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704F4" w14:textId="77777777" w:rsidR="00986D24" w:rsidRDefault="00986D24">
      <w:pPr>
        <w:spacing w:before="360" w:after="40" w:line="252" w:lineRule="auto"/>
        <w:jc w:val="center"/>
        <w:rPr>
          <w:rFonts w:asciiTheme="minorHAnsi" w:hAnsiTheme="minorHAnsi"/>
          <w:b/>
          <w:color w:val="17365D"/>
          <w:sz w:val="22"/>
          <w:lang w:val="es-CL"/>
        </w:rPr>
      </w:pPr>
    </w:p>
    <w:p w14:paraId="44121C9F" w14:textId="44A77742" w:rsidR="00BA185C" w:rsidRPr="00F5355E" w:rsidRDefault="0049208A">
      <w:pPr>
        <w:spacing w:before="360" w:after="40" w:line="252" w:lineRule="auto"/>
        <w:jc w:val="center"/>
        <w:rPr>
          <w:rFonts w:asciiTheme="minorHAnsi" w:hAnsiTheme="minorHAnsi"/>
          <w:lang w:val="es-CL"/>
        </w:rPr>
      </w:pPr>
      <w:r w:rsidRPr="00F5355E">
        <w:rPr>
          <w:rFonts w:asciiTheme="minorHAnsi" w:hAnsiTheme="minorHAnsi"/>
          <w:b/>
          <w:color w:val="17365D"/>
          <w:sz w:val="22"/>
          <w:lang w:val="es-CL"/>
        </w:rPr>
        <w:t>FORMATO MUNICIPAL</w:t>
      </w:r>
    </w:p>
    <w:p w14:paraId="05E0E166" w14:textId="77777777" w:rsidR="00BA185C" w:rsidRPr="00F5355E" w:rsidRDefault="0049208A">
      <w:pPr>
        <w:spacing w:after="40" w:line="252" w:lineRule="auto"/>
        <w:jc w:val="center"/>
        <w:rPr>
          <w:rFonts w:asciiTheme="minorHAnsi" w:hAnsiTheme="minorHAnsi"/>
          <w:lang w:val="es-CL"/>
        </w:rPr>
      </w:pPr>
      <w:r w:rsidRPr="00F5355E">
        <w:rPr>
          <w:rFonts w:asciiTheme="minorHAnsi" w:hAnsiTheme="minorHAnsi"/>
          <w:b/>
          <w:color w:val="17365D"/>
          <w:sz w:val="26"/>
          <w:lang w:val="es-CL"/>
        </w:rPr>
        <w:t>PERFIL REDUCIDO DE PROYECTO</w:t>
      </w:r>
    </w:p>
    <w:p w14:paraId="1F33AD2B" w14:textId="77777777" w:rsidR="00BA185C" w:rsidRPr="00F5355E" w:rsidRDefault="0049208A">
      <w:pPr>
        <w:spacing w:after="40" w:line="252" w:lineRule="auto"/>
        <w:jc w:val="center"/>
        <w:rPr>
          <w:rFonts w:asciiTheme="minorHAnsi" w:hAnsiTheme="minorHAnsi"/>
          <w:lang w:val="es-CL"/>
        </w:rPr>
      </w:pPr>
      <w:r w:rsidRPr="00F5355E">
        <w:rPr>
          <w:rFonts w:asciiTheme="minorHAnsi" w:hAnsiTheme="minorHAnsi"/>
          <w:b/>
          <w:color w:val="17365D"/>
          <w:sz w:val="26"/>
          <w:lang w:val="es-CL"/>
        </w:rPr>
        <w:t>CIRCULAR 33 - SUBTÍTULO 29</w:t>
      </w:r>
    </w:p>
    <w:p w14:paraId="1C871D6B" w14:textId="77777777" w:rsidR="00BA185C" w:rsidRPr="00F5355E" w:rsidRDefault="0049208A">
      <w:pPr>
        <w:spacing w:after="0" w:line="240" w:lineRule="auto"/>
        <w:jc w:val="center"/>
        <w:rPr>
          <w:rFonts w:asciiTheme="minorHAnsi" w:hAnsiTheme="minorHAnsi"/>
          <w:b/>
          <w:color w:val="17365D"/>
          <w:sz w:val="26"/>
          <w:lang w:val="es-CL"/>
        </w:rPr>
      </w:pPr>
      <w:r w:rsidRPr="00F5355E">
        <w:rPr>
          <w:rFonts w:asciiTheme="minorHAnsi" w:hAnsiTheme="minorHAnsi"/>
          <w:b/>
          <w:color w:val="17365D"/>
          <w:sz w:val="26"/>
          <w:lang w:val="es-CL"/>
        </w:rPr>
        <w:t>ADQUISICIÓN O REPOSICIÓN DE ACTIVOS NO FINANCIEROS</w:t>
      </w:r>
    </w:p>
    <w:p w14:paraId="49F4CAF5" w14:textId="77777777" w:rsidR="0026054B" w:rsidRDefault="0026054B">
      <w:pPr>
        <w:spacing w:after="0" w:line="240" w:lineRule="auto"/>
        <w:jc w:val="center"/>
        <w:rPr>
          <w:rFonts w:asciiTheme="minorHAnsi" w:hAnsiTheme="minorHAnsi"/>
          <w:b/>
          <w:color w:val="17365D"/>
          <w:sz w:val="26"/>
          <w:lang w:val="es-CL"/>
        </w:rPr>
      </w:pPr>
    </w:p>
    <w:p w14:paraId="228E3843" w14:textId="77777777" w:rsidR="00986D24" w:rsidRDefault="00986D24">
      <w:pPr>
        <w:spacing w:after="0" w:line="240" w:lineRule="auto"/>
        <w:jc w:val="center"/>
        <w:rPr>
          <w:rFonts w:asciiTheme="minorHAnsi" w:hAnsiTheme="minorHAnsi"/>
          <w:b/>
          <w:color w:val="17365D"/>
          <w:sz w:val="26"/>
          <w:lang w:val="es-CL"/>
        </w:rPr>
      </w:pPr>
    </w:p>
    <w:p w14:paraId="3D19D21B" w14:textId="77777777" w:rsidR="00986D24" w:rsidRDefault="00986D24">
      <w:pPr>
        <w:spacing w:after="0" w:line="240" w:lineRule="auto"/>
        <w:jc w:val="center"/>
        <w:rPr>
          <w:rFonts w:asciiTheme="minorHAnsi" w:hAnsiTheme="minorHAnsi"/>
          <w:b/>
          <w:color w:val="17365D"/>
          <w:sz w:val="26"/>
          <w:lang w:val="es-CL"/>
        </w:rPr>
      </w:pPr>
    </w:p>
    <w:p w14:paraId="2771BDAE" w14:textId="77777777" w:rsidR="00986D24" w:rsidRDefault="00986D24">
      <w:pPr>
        <w:spacing w:after="0" w:line="240" w:lineRule="auto"/>
        <w:jc w:val="center"/>
        <w:rPr>
          <w:rFonts w:asciiTheme="minorHAnsi" w:hAnsiTheme="minorHAnsi"/>
          <w:b/>
          <w:color w:val="17365D"/>
          <w:sz w:val="26"/>
          <w:lang w:val="es-CL"/>
        </w:rPr>
      </w:pPr>
    </w:p>
    <w:p w14:paraId="3060031D" w14:textId="77777777" w:rsidR="00986D24" w:rsidRDefault="00986D24">
      <w:pPr>
        <w:spacing w:after="0" w:line="240" w:lineRule="auto"/>
        <w:jc w:val="center"/>
        <w:rPr>
          <w:rFonts w:asciiTheme="minorHAnsi" w:hAnsiTheme="minorHAnsi"/>
          <w:b/>
          <w:color w:val="17365D"/>
          <w:sz w:val="26"/>
          <w:lang w:val="es-CL"/>
        </w:rPr>
      </w:pPr>
    </w:p>
    <w:p w14:paraId="19540E8F" w14:textId="77777777" w:rsidR="00986D24" w:rsidRPr="00F5355E" w:rsidRDefault="00986D24">
      <w:pPr>
        <w:spacing w:after="0" w:line="240" w:lineRule="auto"/>
        <w:jc w:val="center"/>
        <w:rPr>
          <w:rFonts w:asciiTheme="minorHAnsi" w:hAnsiTheme="minorHAnsi"/>
          <w:b/>
          <w:color w:val="17365D"/>
          <w:sz w:val="26"/>
          <w:lang w:val="es-CL"/>
        </w:rPr>
      </w:pPr>
    </w:p>
    <w:p w14:paraId="5B24B4A2" w14:textId="77777777" w:rsidR="0026054B" w:rsidRPr="00F5355E" w:rsidRDefault="0026054B">
      <w:pPr>
        <w:spacing w:after="0" w:line="240" w:lineRule="auto"/>
        <w:jc w:val="center"/>
        <w:rPr>
          <w:rFonts w:asciiTheme="minorHAnsi" w:hAnsiTheme="minorHAnsi"/>
          <w:b/>
          <w:color w:val="17365D"/>
          <w:sz w:val="22"/>
          <w:lang w:val="es-CL"/>
        </w:rPr>
      </w:pPr>
    </w:p>
    <w:p w14:paraId="0A6CCD60" w14:textId="77777777" w:rsidR="002064ED" w:rsidRPr="00F5355E" w:rsidRDefault="002064ED">
      <w:pPr>
        <w:spacing w:after="40" w:line="252" w:lineRule="auto"/>
        <w:jc w:val="center"/>
        <w:rPr>
          <w:rFonts w:asciiTheme="minorHAnsi" w:hAnsiTheme="minorHAnsi"/>
          <w:lang w:val="es-CL"/>
        </w:rPr>
      </w:pPr>
    </w:p>
    <w:tbl>
      <w:tblPr>
        <w:tblW w:w="0" w:type="auto"/>
        <w:jc w:val="center"/>
        <w:tblLayout w:type="fixed"/>
        <w:tblLook w:val="04A0" w:firstRow="1" w:lastRow="0" w:firstColumn="1" w:lastColumn="0" w:noHBand="0" w:noVBand="1"/>
      </w:tblPr>
      <w:tblGrid>
        <w:gridCol w:w="3024"/>
        <w:gridCol w:w="6768"/>
      </w:tblGrid>
      <w:tr w:rsidR="00525841" w:rsidRPr="00F5355E" w14:paraId="5889AED8" w14:textId="77777777">
        <w:trPr>
          <w:cantSplit/>
          <w:jc w:val="center"/>
        </w:trPr>
        <w:tc>
          <w:tcPr>
            <w:tcW w:w="3024" w:type="dxa"/>
            <w:tcBorders>
              <w:top w:val="single" w:sz="4" w:space="0" w:color="7F8C8D"/>
              <w:left w:val="single" w:sz="4" w:space="0" w:color="7F8C8D"/>
              <w:bottom w:val="single" w:sz="4" w:space="0" w:color="7F8C8D"/>
              <w:right w:val="single" w:sz="4" w:space="0" w:color="7F8C8D"/>
            </w:tcBorders>
            <w:shd w:val="clear" w:color="auto" w:fill="D9EAF7"/>
            <w:tcMar>
              <w:top w:w="60" w:type="dxa"/>
              <w:left w:w="70" w:type="dxa"/>
              <w:bottom w:w="60" w:type="dxa"/>
              <w:right w:w="70" w:type="dxa"/>
            </w:tcMar>
            <w:vAlign w:val="center"/>
          </w:tcPr>
          <w:p w14:paraId="37BF9212" w14:textId="5DB23F3F" w:rsidR="00525841" w:rsidRPr="00F5355E" w:rsidRDefault="00525841" w:rsidP="00525841">
            <w:pPr>
              <w:spacing w:after="0" w:line="240" w:lineRule="auto"/>
              <w:rPr>
                <w:rFonts w:asciiTheme="minorHAnsi" w:hAnsiTheme="minorHAnsi"/>
                <w:lang w:val="es-CL"/>
              </w:rPr>
            </w:pPr>
            <w:r w:rsidRPr="00F5355E">
              <w:rPr>
                <w:rFonts w:asciiTheme="minorHAnsi" w:hAnsiTheme="minorHAnsi"/>
                <w:b/>
                <w:color w:val="17365D"/>
                <w:lang w:val="es-CL"/>
              </w:rPr>
              <w:t>Municipalidad</w:t>
            </w:r>
          </w:p>
        </w:tc>
        <w:tc>
          <w:tcPr>
            <w:tcW w:w="6768" w:type="dxa"/>
            <w:tcBorders>
              <w:top w:val="single" w:sz="4" w:space="0" w:color="7F8C8D"/>
              <w:left w:val="single" w:sz="4" w:space="0" w:color="7F8C8D"/>
              <w:bottom w:val="single" w:sz="4" w:space="0" w:color="7F8C8D"/>
              <w:right w:val="single" w:sz="4" w:space="0" w:color="7F8C8D"/>
            </w:tcBorders>
            <w:shd w:val="clear" w:color="auto" w:fill="FFF2CC"/>
            <w:tcMar>
              <w:top w:w="60" w:type="dxa"/>
              <w:left w:w="70" w:type="dxa"/>
              <w:bottom w:w="60" w:type="dxa"/>
              <w:right w:w="70" w:type="dxa"/>
            </w:tcMar>
            <w:vAlign w:val="center"/>
          </w:tcPr>
          <w:p w14:paraId="4B538837" w14:textId="1A313898" w:rsidR="00525841" w:rsidRPr="00F5355E" w:rsidRDefault="00525841" w:rsidP="00525841">
            <w:pPr>
              <w:spacing w:after="0" w:line="240" w:lineRule="auto"/>
              <w:rPr>
                <w:rFonts w:asciiTheme="minorHAnsi" w:hAnsiTheme="minorHAnsi"/>
                <w:lang w:val="es-CL"/>
              </w:rPr>
            </w:pPr>
            <w:r w:rsidRPr="00F5355E">
              <w:rPr>
                <w:rFonts w:asciiTheme="minorHAnsi" w:hAnsiTheme="minorHAnsi"/>
                <w:lang w:val="es-CL"/>
              </w:rPr>
              <w:t>[COMPLETAR]</w:t>
            </w:r>
          </w:p>
        </w:tc>
      </w:tr>
      <w:tr w:rsidR="00525841" w:rsidRPr="00ED1331" w14:paraId="5F7C2882" w14:textId="77777777">
        <w:trPr>
          <w:cantSplit/>
          <w:jc w:val="center"/>
        </w:trPr>
        <w:tc>
          <w:tcPr>
            <w:tcW w:w="3024" w:type="dxa"/>
            <w:tcBorders>
              <w:top w:val="single" w:sz="4" w:space="0" w:color="7F8C8D"/>
              <w:left w:val="single" w:sz="4" w:space="0" w:color="7F8C8D"/>
              <w:bottom w:val="single" w:sz="4" w:space="0" w:color="7F8C8D"/>
              <w:right w:val="single" w:sz="4" w:space="0" w:color="7F8C8D"/>
            </w:tcBorders>
            <w:shd w:val="clear" w:color="auto" w:fill="D9EAF7"/>
            <w:tcMar>
              <w:top w:w="60" w:type="dxa"/>
              <w:left w:w="70" w:type="dxa"/>
              <w:bottom w:w="60" w:type="dxa"/>
              <w:right w:w="70" w:type="dxa"/>
            </w:tcMar>
            <w:vAlign w:val="center"/>
          </w:tcPr>
          <w:p w14:paraId="64E45B51" w14:textId="16D21DC0" w:rsidR="00525841" w:rsidRPr="00F5355E" w:rsidRDefault="00525841" w:rsidP="00525841">
            <w:pPr>
              <w:spacing w:after="0" w:line="240" w:lineRule="auto"/>
              <w:rPr>
                <w:rFonts w:asciiTheme="minorHAnsi" w:hAnsiTheme="minorHAnsi"/>
                <w:b/>
                <w:color w:val="17365D"/>
                <w:lang w:val="es-CL"/>
              </w:rPr>
            </w:pPr>
            <w:r w:rsidRPr="00F5355E">
              <w:rPr>
                <w:rFonts w:asciiTheme="minorHAnsi" w:hAnsiTheme="minorHAnsi"/>
                <w:b/>
                <w:color w:val="17365D"/>
                <w:lang w:val="es-CL"/>
              </w:rPr>
              <w:t>Nombre de la iniciativa</w:t>
            </w:r>
          </w:p>
        </w:tc>
        <w:tc>
          <w:tcPr>
            <w:tcW w:w="6768" w:type="dxa"/>
            <w:tcBorders>
              <w:top w:val="single" w:sz="4" w:space="0" w:color="7F8C8D"/>
              <w:left w:val="single" w:sz="4" w:space="0" w:color="7F8C8D"/>
              <w:bottom w:val="single" w:sz="4" w:space="0" w:color="7F8C8D"/>
              <w:right w:val="single" w:sz="4" w:space="0" w:color="7F8C8D"/>
            </w:tcBorders>
            <w:shd w:val="clear" w:color="auto" w:fill="FFF2CC"/>
            <w:tcMar>
              <w:top w:w="60" w:type="dxa"/>
              <w:left w:w="70" w:type="dxa"/>
              <w:bottom w:w="60" w:type="dxa"/>
              <w:right w:w="70" w:type="dxa"/>
            </w:tcMar>
            <w:vAlign w:val="center"/>
          </w:tcPr>
          <w:p w14:paraId="2790222F" w14:textId="002F78F9" w:rsidR="00525841" w:rsidRPr="00F5355E" w:rsidRDefault="00525841" w:rsidP="00525841">
            <w:pPr>
              <w:spacing w:after="0" w:line="240" w:lineRule="auto"/>
              <w:rPr>
                <w:rFonts w:asciiTheme="minorHAnsi" w:hAnsiTheme="minorHAnsi"/>
                <w:lang w:val="es-CL"/>
              </w:rPr>
            </w:pPr>
            <w:r w:rsidRPr="00F5355E">
              <w:rPr>
                <w:rFonts w:asciiTheme="minorHAnsi" w:hAnsiTheme="minorHAnsi"/>
                <w:lang w:val="es-CL"/>
              </w:rPr>
              <w:t>[COMPLETAR: iniciar con “Adquisición</w:t>
            </w:r>
            <w:r w:rsidR="00BC7C88" w:rsidRPr="00F5355E">
              <w:rPr>
                <w:rFonts w:asciiTheme="minorHAnsi" w:hAnsiTheme="minorHAnsi"/>
                <w:lang w:val="es-CL"/>
              </w:rPr>
              <w:t>”</w:t>
            </w:r>
            <w:r w:rsidRPr="00F5355E">
              <w:rPr>
                <w:rFonts w:asciiTheme="minorHAnsi" w:hAnsiTheme="minorHAnsi"/>
                <w:lang w:val="es-CL"/>
              </w:rPr>
              <w:t xml:space="preserve"> o “Reposición”, según corresponda. Debe coincidir exactamente con Ficha IDI, Anexo N°1 y oficio conductor.]</w:t>
            </w:r>
          </w:p>
        </w:tc>
      </w:tr>
      <w:tr w:rsidR="00525841" w:rsidRPr="00F5355E" w14:paraId="5E9E1DAE" w14:textId="77777777">
        <w:trPr>
          <w:cantSplit/>
          <w:jc w:val="center"/>
        </w:trPr>
        <w:tc>
          <w:tcPr>
            <w:tcW w:w="3024" w:type="dxa"/>
            <w:tcBorders>
              <w:top w:val="single" w:sz="4" w:space="0" w:color="7F8C8D"/>
              <w:left w:val="single" w:sz="4" w:space="0" w:color="7F8C8D"/>
              <w:bottom w:val="single" w:sz="4" w:space="0" w:color="7F8C8D"/>
              <w:right w:val="single" w:sz="4" w:space="0" w:color="7F8C8D"/>
            </w:tcBorders>
            <w:shd w:val="clear" w:color="auto" w:fill="D9EAF7"/>
            <w:tcMar>
              <w:top w:w="60" w:type="dxa"/>
              <w:left w:w="70" w:type="dxa"/>
              <w:bottom w:w="60" w:type="dxa"/>
              <w:right w:w="70" w:type="dxa"/>
            </w:tcMar>
            <w:vAlign w:val="center"/>
          </w:tcPr>
          <w:p w14:paraId="2AE6BD2C" w14:textId="77777777" w:rsidR="00525841" w:rsidRPr="00F5355E" w:rsidRDefault="00525841" w:rsidP="00525841">
            <w:pPr>
              <w:spacing w:after="0" w:line="240" w:lineRule="auto"/>
              <w:rPr>
                <w:rFonts w:asciiTheme="minorHAnsi" w:hAnsiTheme="minorHAnsi"/>
                <w:lang w:val="es-CL"/>
              </w:rPr>
            </w:pPr>
            <w:r w:rsidRPr="00F5355E">
              <w:rPr>
                <w:rFonts w:asciiTheme="minorHAnsi" w:hAnsiTheme="minorHAnsi"/>
                <w:b/>
                <w:color w:val="17365D"/>
                <w:lang w:val="es-CL"/>
              </w:rPr>
              <w:t>Código BIP</w:t>
            </w:r>
          </w:p>
        </w:tc>
        <w:tc>
          <w:tcPr>
            <w:tcW w:w="6768" w:type="dxa"/>
            <w:tcBorders>
              <w:top w:val="single" w:sz="4" w:space="0" w:color="7F8C8D"/>
              <w:left w:val="single" w:sz="4" w:space="0" w:color="7F8C8D"/>
              <w:bottom w:val="single" w:sz="4" w:space="0" w:color="7F8C8D"/>
              <w:right w:val="single" w:sz="4" w:space="0" w:color="7F8C8D"/>
            </w:tcBorders>
            <w:shd w:val="clear" w:color="auto" w:fill="FFF2CC"/>
            <w:tcMar>
              <w:top w:w="60" w:type="dxa"/>
              <w:left w:w="70" w:type="dxa"/>
              <w:bottom w:w="60" w:type="dxa"/>
              <w:right w:w="70" w:type="dxa"/>
            </w:tcMar>
            <w:vAlign w:val="center"/>
          </w:tcPr>
          <w:p w14:paraId="70F41A25" w14:textId="77777777" w:rsidR="00525841" w:rsidRPr="00F5355E" w:rsidRDefault="00525841" w:rsidP="00525841">
            <w:pPr>
              <w:spacing w:after="0" w:line="240" w:lineRule="auto"/>
              <w:rPr>
                <w:rFonts w:asciiTheme="minorHAnsi" w:hAnsiTheme="minorHAnsi"/>
                <w:lang w:val="es-CL"/>
              </w:rPr>
            </w:pPr>
            <w:r w:rsidRPr="00F5355E">
              <w:rPr>
                <w:rFonts w:asciiTheme="minorHAnsi" w:hAnsiTheme="minorHAnsi"/>
                <w:lang w:val="es-CL"/>
              </w:rPr>
              <w:t>[COMPLETAR]</w:t>
            </w:r>
          </w:p>
        </w:tc>
      </w:tr>
      <w:tr w:rsidR="00525841" w:rsidRPr="00F5355E" w14:paraId="09EB654C" w14:textId="77777777">
        <w:trPr>
          <w:cantSplit/>
          <w:jc w:val="center"/>
        </w:trPr>
        <w:tc>
          <w:tcPr>
            <w:tcW w:w="3024" w:type="dxa"/>
            <w:tcBorders>
              <w:top w:val="single" w:sz="4" w:space="0" w:color="7F8C8D"/>
              <w:left w:val="single" w:sz="4" w:space="0" w:color="7F8C8D"/>
              <w:bottom w:val="single" w:sz="4" w:space="0" w:color="7F8C8D"/>
              <w:right w:val="single" w:sz="4" w:space="0" w:color="7F8C8D"/>
            </w:tcBorders>
            <w:shd w:val="clear" w:color="auto" w:fill="D9EAF7"/>
            <w:tcMar>
              <w:top w:w="60" w:type="dxa"/>
              <w:left w:w="70" w:type="dxa"/>
              <w:bottom w:w="60" w:type="dxa"/>
              <w:right w:w="70" w:type="dxa"/>
            </w:tcMar>
            <w:vAlign w:val="center"/>
          </w:tcPr>
          <w:p w14:paraId="5F9C037D" w14:textId="77777777" w:rsidR="00525841" w:rsidRPr="00F5355E" w:rsidRDefault="00525841" w:rsidP="00525841">
            <w:pPr>
              <w:spacing w:after="0" w:line="240" w:lineRule="auto"/>
              <w:rPr>
                <w:rFonts w:asciiTheme="minorHAnsi" w:hAnsiTheme="minorHAnsi"/>
                <w:lang w:val="es-CL"/>
              </w:rPr>
            </w:pPr>
            <w:r w:rsidRPr="00F5355E">
              <w:rPr>
                <w:rFonts w:asciiTheme="minorHAnsi" w:hAnsiTheme="minorHAnsi"/>
                <w:b/>
                <w:color w:val="17365D"/>
                <w:lang w:val="es-CL"/>
              </w:rPr>
              <w:t>Comuna / provincia</w:t>
            </w:r>
          </w:p>
        </w:tc>
        <w:tc>
          <w:tcPr>
            <w:tcW w:w="6768" w:type="dxa"/>
            <w:tcBorders>
              <w:top w:val="single" w:sz="4" w:space="0" w:color="7F8C8D"/>
              <w:left w:val="single" w:sz="4" w:space="0" w:color="7F8C8D"/>
              <w:bottom w:val="single" w:sz="4" w:space="0" w:color="7F8C8D"/>
              <w:right w:val="single" w:sz="4" w:space="0" w:color="7F8C8D"/>
            </w:tcBorders>
            <w:shd w:val="clear" w:color="auto" w:fill="FFF2CC"/>
            <w:tcMar>
              <w:top w:w="60" w:type="dxa"/>
              <w:left w:w="70" w:type="dxa"/>
              <w:bottom w:w="60" w:type="dxa"/>
              <w:right w:w="70" w:type="dxa"/>
            </w:tcMar>
            <w:vAlign w:val="center"/>
          </w:tcPr>
          <w:p w14:paraId="7F3EAA99" w14:textId="77777777" w:rsidR="00525841" w:rsidRPr="00F5355E" w:rsidRDefault="00525841" w:rsidP="00525841">
            <w:pPr>
              <w:spacing w:after="0" w:line="240" w:lineRule="auto"/>
              <w:rPr>
                <w:rFonts w:asciiTheme="minorHAnsi" w:hAnsiTheme="minorHAnsi"/>
                <w:lang w:val="es-CL"/>
              </w:rPr>
            </w:pPr>
            <w:r w:rsidRPr="00F5355E">
              <w:rPr>
                <w:rFonts w:asciiTheme="minorHAnsi" w:hAnsiTheme="minorHAnsi"/>
                <w:lang w:val="es-CL"/>
              </w:rPr>
              <w:t>[COMPLETAR]</w:t>
            </w:r>
          </w:p>
        </w:tc>
      </w:tr>
      <w:tr w:rsidR="00525841" w:rsidRPr="00ED1331" w14:paraId="6B8095CB" w14:textId="77777777">
        <w:trPr>
          <w:cantSplit/>
          <w:jc w:val="center"/>
        </w:trPr>
        <w:tc>
          <w:tcPr>
            <w:tcW w:w="3024" w:type="dxa"/>
            <w:tcBorders>
              <w:top w:val="single" w:sz="4" w:space="0" w:color="7F8C8D"/>
              <w:left w:val="single" w:sz="4" w:space="0" w:color="7F8C8D"/>
              <w:bottom w:val="single" w:sz="4" w:space="0" w:color="7F8C8D"/>
              <w:right w:val="single" w:sz="4" w:space="0" w:color="7F8C8D"/>
            </w:tcBorders>
            <w:shd w:val="clear" w:color="auto" w:fill="D9EAF7"/>
            <w:tcMar>
              <w:top w:w="60" w:type="dxa"/>
              <w:left w:w="70" w:type="dxa"/>
              <w:bottom w:w="60" w:type="dxa"/>
              <w:right w:w="70" w:type="dxa"/>
            </w:tcMar>
            <w:vAlign w:val="center"/>
          </w:tcPr>
          <w:p w14:paraId="7929B463" w14:textId="77777777" w:rsidR="00525841" w:rsidRPr="00F5355E" w:rsidRDefault="00525841" w:rsidP="00525841">
            <w:pPr>
              <w:spacing w:after="0" w:line="240" w:lineRule="auto"/>
              <w:rPr>
                <w:rFonts w:asciiTheme="minorHAnsi" w:hAnsiTheme="minorHAnsi"/>
                <w:lang w:val="es-CL"/>
              </w:rPr>
            </w:pPr>
            <w:r w:rsidRPr="00F5355E">
              <w:rPr>
                <w:rFonts w:asciiTheme="minorHAnsi" w:hAnsiTheme="minorHAnsi"/>
                <w:b/>
                <w:color w:val="17365D"/>
                <w:lang w:val="es-CL"/>
              </w:rPr>
              <w:t>Monto total (M$)</w:t>
            </w:r>
          </w:p>
        </w:tc>
        <w:tc>
          <w:tcPr>
            <w:tcW w:w="6768" w:type="dxa"/>
            <w:tcBorders>
              <w:top w:val="single" w:sz="4" w:space="0" w:color="7F8C8D"/>
              <w:left w:val="single" w:sz="4" w:space="0" w:color="7F8C8D"/>
              <w:bottom w:val="single" w:sz="4" w:space="0" w:color="7F8C8D"/>
              <w:right w:val="single" w:sz="4" w:space="0" w:color="7F8C8D"/>
            </w:tcBorders>
            <w:shd w:val="clear" w:color="auto" w:fill="FFF2CC"/>
            <w:tcMar>
              <w:top w:w="60" w:type="dxa"/>
              <w:left w:w="70" w:type="dxa"/>
              <w:bottom w:w="60" w:type="dxa"/>
              <w:right w:w="70" w:type="dxa"/>
            </w:tcMar>
            <w:vAlign w:val="center"/>
          </w:tcPr>
          <w:p w14:paraId="4FFA2CD4" w14:textId="77777777" w:rsidR="00525841" w:rsidRPr="00F5355E" w:rsidRDefault="00525841" w:rsidP="00525841">
            <w:pPr>
              <w:spacing w:after="0" w:line="240" w:lineRule="auto"/>
              <w:rPr>
                <w:rFonts w:asciiTheme="minorHAnsi" w:hAnsiTheme="minorHAnsi"/>
                <w:lang w:val="es-CL"/>
              </w:rPr>
            </w:pPr>
            <w:r w:rsidRPr="00F5355E">
              <w:rPr>
                <w:rFonts w:asciiTheme="minorHAnsi" w:hAnsiTheme="minorHAnsi"/>
                <w:lang w:val="es-CL"/>
              </w:rPr>
              <w:t>[COMPLETAR: valor con IVA incluido, expresado en miles de pesos]</w:t>
            </w:r>
          </w:p>
        </w:tc>
      </w:tr>
      <w:tr w:rsidR="00525841" w:rsidRPr="00F5355E" w14:paraId="212D27C3" w14:textId="77777777">
        <w:trPr>
          <w:cantSplit/>
          <w:jc w:val="center"/>
        </w:trPr>
        <w:tc>
          <w:tcPr>
            <w:tcW w:w="3024" w:type="dxa"/>
            <w:tcBorders>
              <w:top w:val="single" w:sz="4" w:space="0" w:color="7F8C8D"/>
              <w:left w:val="single" w:sz="4" w:space="0" w:color="7F8C8D"/>
              <w:bottom w:val="single" w:sz="4" w:space="0" w:color="7F8C8D"/>
              <w:right w:val="single" w:sz="4" w:space="0" w:color="7F8C8D"/>
            </w:tcBorders>
            <w:shd w:val="clear" w:color="auto" w:fill="D9EAF7"/>
            <w:tcMar>
              <w:top w:w="60" w:type="dxa"/>
              <w:left w:w="70" w:type="dxa"/>
              <w:bottom w:w="60" w:type="dxa"/>
              <w:right w:w="70" w:type="dxa"/>
            </w:tcMar>
            <w:vAlign w:val="center"/>
          </w:tcPr>
          <w:p w14:paraId="4B96AC63" w14:textId="77777777" w:rsidR="00525841" w:rsidRPr="00F5355E" w:rsidRDefault="00525841" w:rsidP="00525841">
            <w:pPr>
              <w:spacing w:after="0" w:line="240" w:lineRule="auto"/>
              <w:rPr>
                <w:rFonts w:asciiTheme="minorHAnsi" w:hAnsiTheme="minorHAnsi"/>
                <w:lang w:val="es-CL"/>
              </w:rPr>
            </w:pPr>
            <w:r w:rsidRPr="00F5355E">
              <w:rPr>
                <w:rFonts w:asciiTheme="minorHAnsi" w:hAnsiTheme="minorHAnsi"/>
                <w:b/>
                <w:color w:val="17365D"/>
                <w:lang w:val="es-CL"/>
              </w:rPr>
              <w:t>Descriptor Ficha IDI</w:t>
            </w:r>
          </w:p>
        </w:tc>
        <w:tc>
          <w:tcPr>
            <w:tcW w:w="6768" w:type="dxa"/>
            <w:tcBorders>
              <w:top w:val="single" w:sz="4" w:space="0" w:color="7F8C8D"/>
              <w:left w:val="single" w:sz="4" w:space="0" w:color="7F8C8D"/>
              <w:bottom w:val="single" w:sz="4" w:space="0" w:color="7F8C8D"/>
              <w:right w:val="single" w:sz="4" w:space="0" w:color="7F8C8D"/>
            </w:tcBorders>
            <w:shd w:val="clear" w:color="auto" w:fill="FFF2CC"/>
            <w:tcMar>
              <w:top w:w="60" w:type="dxa"/>
              <w:left w:w="70" w:type="dxa"/>
              <w:bottom w:w="60" w:type="dxa"/>
              <w:right w:w="70" w:type="dxa"/>
            </w:tcMar>
            <w:vAlign w:val="center"/>
          </w:tcPr>
          <w:p w14:paraId="6E6036F7" w14:textId="77777777" w:rsidR="00525841" w:rsidRPr="00F5355E" w:rsidRDefault="00525841" w:rsidP="00525841">
            <w:pPr>
              <w:spacing w:after="0" w:line="240" w:lineRule="auto"/>
              <w:rPr>
                <w:rFonts w:asciiTheme="minorHAnsi" w:hAnsiTheme="minorHAnsi"/>
                <w:lang w:val="es-CL"/>
              </w:rPr>
            </w:pPr>
            <w:r w:rsidRPr="00F5355E">
              <w:rPr>
                <w:rFonts w:asciiTheme="minorHAnsi" w:hAnsiTheme="minorHAnsi"/>
                <w:lang w:val="es-CL"/>
              </w:rPr>
              <w:t>INUNDACIONES INVIERNO 2026 (descriptor oficial)</w:t>
            </w:r>
          </w:p>
        </w:tc>
      </w:tr>
      <w:tr w:rsidR="00525841" w:rsidRPr="00F5355E" w14:paraId="36B8260D" w14:textId="77777777">
        <w:trPr>
          <w:cantSplit/>
          <w:jc w:val="center"/>
        </w:trPr>
        <w:tc>
          <w:tcPr>
            <w:tcW w:w="3024" w:type="dxa"/>
            <w:tcBorders>
              <w:top w:val="single" w:sz="4" w:space="0" w:color="7F8C8D"/>
              <w:left w:val="single" w:sz="4" w:space="0" w:color="7F8C8D"/>
              <w:bottom w:val="single" w:sz="4" w:space="0" w:color="7F8C8D"/>
              <w:right w:val="single" w:sz="4" w:space="0" w:color="7F8C8D"/>
            </w:tcBorders>
            <w:shd w:val="clear" w:color="auto" w:fill="D9EAF7"/>
            <w:tcMar>
              <w:top w:w="60" w:type="dxa"/>
              <w:left w:w="70" w:type="dxa"/>
              <w:bottom w:w="60" w:type="dxa"/>
              <w:right w:w="70" w:type="dxa"/>
            </w:tcMar>
            <w:vAlign w:val="center"/>
          </w:tcPr>
          <w:p w14:paraId="7C299C3C" w14:textId="77777777" w:rsidR="00525841" w:rsidRPr="00F5355E" w:rsidRDefault="00525841" w:rsidP="00525841">
            <w:pPr>
              <w:spacing w:after="0" w:line="240" w:lineRule="auto"/>
              <w:rPr>
                <w:rFonts w:asciiTheme="minorHAnsi" w:hAnsiTheme="minorHAnsi"/>
                <w:lang w:val="es-CL"/>
              </w:rPr>
            </w:pPr>
            <w:r w:rsidRPr="00F5355E">
              <w:rPr>
                <w:rFonts w:asciiTheme="minorHAnsi" w:hAnsiTheme="minorHAnsi"/>
                <w:b/>
                <w:color w:val="17365D"/>
                <w:lang w:val="es-CL"/>
              </w:rPr>
              <w:t>Fecha de presentación</w:t>
            </w:r>
          </w:p>
        </w:tc>
        <w:tc>
          <w:tcPr>
            <w:tcW w:w="6768" w:type="dxa"/>
            <w:tcBorders>
              <w:top w:val="single" w:sz="4" w:space="0" w:color="7F8C8D"/>
              <w:left w:val="single" w:sz="4" w:space="0" w:color="7F8C8D"/>
              <w:bottom w:val="single" w:sz="4" w:space="0" w:color="7F8C8D"/>
              <w:right w:val="single" w:sz="4" w:space="0" w:color="7F8C8D"/>
            </w:tcBorders>
            <w:shd w:val="clear" w:color="auto" w:fill="FFF2CC"/>
            <w:tcMar>
              <w:top w:w="60" w:type="dxa"/>
              <w:left w:w="70" w:type="dxa"/>
              <w:bottom w:w="60" w:type="dxa"/>
              <w:right w:w="70" w:type="dxa"/>
            </w:tcMar>
            <w:vAlign w:val="center"/>
          </w:tcPr>
          <w:p w14:paraId="635BA966" w14:textId="77777777" w:rsidR="00525841" w:rsidRPr="00F5355E" w:rsidRDefault="00525841" w:rsidP="00525841">
            <w:pPr>
              <w:spacing w:after="0" w:line="240" w:lineRule="auto"/>
              <w:rPr>
                <w:rFonts w:asciiTheme="minorHAnsi" w:hAnsiTheme="minorHAnsi"/>
                <w:lang w:val="es-CL"/>
              </w:rPr>
            </w:pPr>
            <w:r w:rsidRPr="00F5355E">
              <w:rPr>
                <w:rFonts w:asciiTheme="minorHAnsi" w:hAnsiTheme="minorHAnsi"/>
                <w:lang w:val="es-CL"/>
              </w:rPr>
              <w:t>[MES Y AÑO]</w:t>
            </w:r>
          </w:p>
        </w:tc>
      </w:tr>
    </w:tbl>
    <w:p w14:paraId="519886DB" w14:textId="77777777" w:rsidR="00BA185C" w:rsidRPr="00F5355E" w:rsidRDefault="00BA185C">
      <w:pPr>
        <w:spacing w:after="40" w:line="252" w:lineRule="auto"/>
        <w:rPr>
          <w:rFonts w:asciiTheme="minorHAnsi" w:hAnsiTheme="minorHAnsi"/>
          <w:lang w:val="es-CL"/>
        </w:rPr>
      </w:pPr>
    </w:p>
    <w:tbl>
      <w:tblPr>
        <w:tblW w:w="9857" w:type="dxa"/>
        <w:jc w:val="center"/>
        <w:tblLook w:val="04A0" w:firstRow="1" w:lastRow="0" w:firstColumn="1" w:lastColumn="0" w:noHBand="0" w:noVBand="1"/>
      </w:tblPr>
      <w:tblGrid>
        <w:gridCol w:w="9857"/>
      </w:tblGrid>
      <w:tr w:rsidR="00BA185C" w:rsidRPr="00ED1331" w14:paraId="67DB6EB1" w14:textId="77777777" w:rsidTr="00525841">
        <w:trPr>
          <w:cantSplit/>
          <w:jc w:val="center"/>
        </w:trPr>
        <w:tc>
          <w:tcPr>
            <w:tcW w:w="9857" w:type="dxa"/>
            <w:tcBorders>
              <w:top w:val="single" w:sz="6" w:space="0" w:color="7F8C8D"/>
              <w:left w:val="single" w:sz="6" w:space="0" w:color="7F8C8D"/>
              <w:bottom w:val="single" w:sz="6" w:space="0" w:color="7F8C8D"/>
              <w:right w:val="single" w:sz="6" w:space="0" w:color="7F8C8D"/>
            </w:tcBorders>
            <w:shd w:val="clear" w:color="auto" w:fill="FFF2CC"/>
            <w:tcMar>
              <w:top w:w="70" w:type="dxa"/>
              <w:left w:w="80" w:type="dxa"/>
              <w:bottom w:w="70" w:type="dxa"/>
              <w:right w:w="80" w:type="dxa"/>
            </w:tcMar>
            <w:vAlign w:val="center"/>
          </w:tcPr>
          <w:p w14:paraId="4E7E94C8" w14:textId="7BF52210" w:rsidR="000362F3" w:rsidRPr="001A3422" w:rsidRDefault="00B22738" w:rsidP="00514EED">
            <w:pPr>
              <w:spacing w:after="0" w:line="240" w:lineRule="auto"/>
              <w:jc w:val="both"/>
              <w:rPr>
                <w:rFonts w:asciiTheme="minorHAnsi" w:hAnsiTheme="minorHAnsi"/>
                <w:lang w:val="es-CL"/>
              </w:rPr>
            </w:pPr>
            <w:r w:rsidRPr="00F5355E">
              <w:rPr>
                <w:rFonts w:asciiTheme="minorHAnsi" w:hAnsiTheme="minorHAnsi"/>
                <w:lang w:val="es-CL"/>
              </w:rPr>
              <w:t xml:space="preserve">INSTRUCCIÓN DE LLENADO (OBLIGATORIA): </w:t>
            </w:r>
            <w:r w:rsidR="001A3422" w:rsidRPr="001A3422">
              <w:rPr>
                <w:rFonts w:asciiTheme="minorHAnsi" w:hAnsiTheme="minorHAnsi"/>
                <w:lang w:val="es-CL"/>
              </w:rPr>
              <w:t xml:space="preserve">Antes de completar el formato, defina si la iniciativa corresponde a </w:t>
            </w:r>
            <w:r w:rsidR="001A3422" w:rsidRPr="001A3422">
              <w:rPr>
                <w:rFonts w:asciiTheme="minorHAnsi" w:hAnsiTheme="minorHAnsi"/>
                <w:b/>
                <w:bCs/>
                <w:lang w:val="es-CL"/>
              </w:rPr>
              <w:t>adquisición</w:t>
            </w:r>
            <w:r w:rsidR="001A3422" w:rsidRPr="001A3422">
              <w:rPr>
                <w:rFonts w:asciiTheme="minorHAnsi" w:hAnsiTheme="minorHAnsi"/>
                <w:lang w:val="es-CL"/>
              </w:rPr>
              <w:t xml:space="preserve"> o </w:t>
            </w:r>
            <w:r w:rsidR="001A3422" w:rsidRPr="001A3422">
              <w:rPr>
                <w:rFonts w:asciiTheme="minorHAnsi" w:hAnsiTheme="minorHAnsi"/>
                <w:b/>
                <w:bCs/>
                <w:lang w:val="es-CL"/>
              </w:rPr>
              <w:t>reposición</w:t>
            </w:r>
            <w:r w:rsidR="001A3422" w:rsidRPr="001A3422">
              <w:rPr>
                <w:rFonts w:asciiTheme="minorHAnsi" w:hAnsiTheme="minorHAnsi"/>
                <w:lang w:val="es-CL"/>
              </w:rPr>
              <w:t xml:space="preserve"> de activos no financieros. Seleccione una sola tipología y elimine del documento todas las referencias y apartados asociados a la opción que no corresponda. La información deberá ser verificable y consistente con la Ficha IDI, el Anexo N°1, la evaluación económica y los antecedentes cargados en la Carpeta Digital del BIP.</w:t>
            </w:r>
          </w:p>
        </w:tc>
      </w:tr>
    </w:tbl>
    <w:p w14:paraId="68325B15" w14:textId="77777777" w:rsidR="00BA185C" w:rsidRPr="00F5355E" w:rsidRDefault="00BA185C">
      <w:pPr>
        <w:spacing w:after="40" w:line="252" w:lineRule="auto"/>
        <w:rPr>
          <w:rFonts w:asciiTheme="minorHAnsi" w:hAnsiTheme="minorHAnsi"/>
          <w:lang w:val="es-CL"/>
        </w:rPr>
      </w:pPr>
    </w:p>
    <w:p w14:paraId="42CBD981" w14:textId="77777777" w:rsidR="00BA185C" w:rsidRPr="00F5355E" w:rsidRDefault="00BA185C">
      <w:pPr>
        <w:spacing w:after="40" w:line="252" w:lineRule="auto"/>
        <w:rPr>
          <w:rFonts w:asciiTheme="minorHAnsi" w:hAnsiTheme="minorHAnsi"/>
          <w:b/>
          <w:color w:val="17365D"/>
          <w:sz w:val="16"/>
          <w:lang w:val="es-CL"/>
        </w:rPr>
      </w:pPr>
    </w:p>
    <w:p w14:paraId="5F0E9727" w14:textId="77777777" w:rsidR="0026054B" w:rsidRPr="00F5355E" w:rsidRDefault="0026054B">
      <w:pPr>
        <w:spacing w:after="40" w:line="252" w:lineRule="auto"/>
        <w:rPr>
          <w:rFonts w:asciiTheme="minorHAnsi" w:hAnsiTheme="minorHAnsi"/>
          <w:b/>
          <w:color w:val="17365D"/>
          <w:sz w:val="16"/>
          <w:lang w:val="es-CL"/>
        </w:rPr>
      </w:pPr>
    </w:p>
    <w:p w14:paraId="4C5807AD" w14:textId="77777777" w:rsidR="0026054B" w:rsidRPr="00F5355E" w:rsidRDefault="0026054B">
      <w:pPr>
        <w:spacing w:after="40" w:line="252" w:lineRule="auto"/>
        <w:rPr>
          <w:rFonts w:asciiTheme="minorHAnsi" w:hAnsiTheme="minorHAnsi"/>
          <w:b/>
          <w:color w:val="17365D"/>
          <w:sz w:val="16"/>
          <w:lang w:val="es-CL"/>
        </w:rPr>
      </w:pPr>
    </w:p>
    <w:p w14:paraId="62EC2775" w14:textId="77777777" w:rsidR="0026054B" w:rsidRPr="00F5355E" w:rsidRDefault="0026054B">
      <w:pPr>
        <w:spacing w:after="40" w:line="252" w:lineRule="auto"/>
        <w:rPr>
          <w:rFonts w:asciiTheme="minorHAnsi" w:hAnsiTheme="minorHAnsi"/>
          <w:b/>
          <w:color w:val="17365D"/>
          <w:sz w:val="16"/>
          <w:lang w:val="es-CL"/>
        </w:rPr>
      </w:pPr>
    </w:p>
    <w:p w14:paraId="19436856" w14:textId="77777777" w:rsidR="0026054B" w:rsidRPr="00F5355E" w:rsidRDefault="0026054B">
      <w:pPr>
        <w:spacing w:after="40" w:line="252" w:lineRule="auto"/>
        <w:rPr>
          <w:rFonts w:asciiTheme="minorHAnsi" w:hAnsiTheme="minorHAnsi"/>
          <w:b/>
          <w:color w:val="17365D"/>
          <w:sz w:val="16"/>
          <w:lang w:val="es-CL"/>
        </w:rPr>
      </w:pPr>
    </w:p>
    <w:p w14:paraId="72949D31" w14:textId="77777777" w:rsidR="0026054B" w:rsidRPr="00F5355E" w:rsidRDefault="0026054B">
      <w:pPr>
        <w:spacing w:after="40" w:line="252" w:lineRule="auto"/>
        <w:rPr>
          <w:rFonts w:asciiTheme="minorHAnsi" w:hAnsiTheme="minorHAnsi"/>
          <w:b/>
          <w:color w:val="17365D"/>
          <w:sz w:val="16"/>
          <w:lang w:val="es-CL"/>
        </w:rPr>
      </w:pPr>
    </w:p>
    <w:p w14:paraId="47A91A14" w14:textId="77777777" w:rsidR="0026054B" w:rsidRPr="00F5355E" w:rsidRDefault="0026054B">
      <w:pPr>
        <w:spacing w:after="40" w:line="252" w:lineRule="auto"/>
        <w:rPr>
          <w:rFonts w:asciiTheme="minorHAnsi" w:hAnsiTheme="minorHAnsi"/>
          <w:b/>
          <w:color w:val="17365D"/>
          <w:sz w:val="16"/>
          <w:lang w:val="es-CL"/>
        </w:rPr>
      </w:pPr>
    </w:p>
    <w:p w14:paraId="4D05B0B6" w14:textId="77777777" w:rsidR="0026054B" w:rsidRPr="00F5355E" w:rsidRDefault="0026054B">
      <w:pPr>
        <w:spacing w:after="40" w:line="252" w:lineRule="auto"/>
        <w:rPr>
          <w:rFonts w:asciiTheme="minorHAnsi" w:hAnsiTheme="minorHAnsi"/>
          <w:b/>
          <w:color w:val="17365D"/>
          <w:sz w:val="16"/>
          <w:lang w:val="es-CL"/>
        </w:rPr>
      </w:pPr>
    </w:p>
    <w:p w14:paraId="6AFF4D94" w14:textId="77777777" w:rsidR="0026054B" w:rsidRPr="00F5355E" w:rsidRDefault="0026054B">
      <w:pPr>
        <w:spacing w:after="40" w:line="252" w:lineRule="auto"/>
        <w:rPr>
          <w:rFonts w:asciiTheme="minorHAnsi" w:hAnsiTheme="minorHAnsi"/>
          <w:b/>
          <w:color w:val="17365D"/>
          <w:sz w:val="16"/>
          <w:lang w:val="es-CL"/>
        </w:rPr>
      </w:pPr>
    </w:p>
    <w:p w14:paraId="1CD1F96F" w14:textId="77777777" w:rsidR="0026054B" w:rsidRPr="00F5355E" w:rsidRDefault="0026054B">
      <w:pPr>
        <w:spacing w:after="40" w:line="252" w:lineRule="auto"/>
        <w:rPr>
          <w:rFonts w:asciiTheme="minorHAnsi" w:hAnsiTheme="minorHAnsi"/>
          <w:b/>
          <w:color w:val="17365D"/>
          <w:sz w:val="16"/>
          <w:lang w:val="es-CL"/>
        </w:rPr>
      </w:pPr>
    </w:p>
    <w:p w14:paraId="402ADDB8" w14:textId="77777777" w:rsidR="0026054B" w:rsidRPr="00F5355E" w:rsidRDefault="0026054B">
      <w:pPr>
        <w:spacing w:after="40" w:line="252" w:lineRule="auto"/>
        <w:rPr>
          <w:rFonts w:asciiTheme="minorHAnsi" w:hAnsiTheme="minorHAnsi"/>
          <w:b/>
          <w:color w:val="17365D"/>
          <w:sz w:val="16"/>
          <w:lang w:val="es-CL"/>
        </w:rPr>
      </w:pPr>
    </w:p>
    <w:p w14:paraId="5F5ED265" w14:textId="77777777" w:rsidR="0026054B" w:rsidRPr="00F5355E" w:rsidRDefault="0026054B">
      <w:pPr>
        <w:spacing w:after="40" w:line="252" w:lineRule="auto"/>
        <w:rPr>
          <w:rFonts w:asciiTheme="minorHAnsi" w:hAnsiTheme="minorHAnsi"/>
          <w:b/>
          <w:color w:val="17365D"/>
          <w:sz w:val="16"/>
          <w:lang w:val="es-CL"/>
        </w:rPr>
      </w:pPr>
    </w:p>
    <w:p w14:paraId="30161434" w14:textId="77777777" w:rsidR="0026054B" w:rsidRPr="00F5355E" w:rsidRDefault="0026054B">
      <w:pPr>
        <w:spacing w:after="40" w:line="252" w:lineRule="auto"/>
        <w:rPr>
          <w:rFonts w:asciiTheme="minorHAnsi" w:hAnsiTheme="minorHAnsi"/>
          <w:b/>
          <w:color w:val="17365D"/>
          <w:sz w:val="16"/>
          <w:lang w:val="es-CL"/>
        </w:rPr>
      </w:pPr>
    </w:p>
    <w:p w14:paraId="7A73929D" w14:textId="77777777" w:rsidR="0026054B" w:rsidRPr="00F5355E" w:rsidRDefault="0026054B">
      <w:pPr>
        <w:spacing w:after="40" w:line="252" w:lineRule="auto"/>
        <w:rPr>
          <w:rFonts w:asciiTheme="minorHAnsi" w:hAnsiTheme="minorHAnsi"/>
          <w:b/>
          <w:color w:val="17365D"/>
          <w:sz w:val="16"/>
          <w:lang w:val="es-CL"/>
        </w:rPr>
      </w:pPr>
    </w:p>
    <w:p w14:paraId="47A7D198" w14:textId="77777777" w:rsidR="0026054B" w:rsidRPr="00F5355E" w:rsidRDefault="0026054B">
      <w:pPr>
        <w:spacing w:after="40" w:line="252" w:lineRule="auto"/>
        <w:rPr>
          <w:rFonts w:asciiTheme="minorHAnsi" w:hAnsiTheme="minorHAnsi"/>
          <w:b/>
          <w:color w:val="17365D"/>
          <w:sz w:val="16"/>
          <w:lang w:val="es-CL"/>
        </w:rPr>
      </w:pPr>
    </w:p>
    <w:p w14:paraId="5AC826A9" w14:textId="77777777" w:rsidR="0026054B" w:rsidRPr="00F5355E" w:rsidRDefault="0026054B">
      <w:pPr>
        <w:spacing w:after="40" w:line="252" w:lineRule="auto"/>
        <w:rPr>
          <w:rFonts w:asciiTheme="minorHAnsi" w:hAnsiTheme="minorHAnsi"/>
          <w:b/>
          <w:color w:val="17365D"/>
          <w:sz w:val="16"/>
          <w:lang w:val="es-CL"/>
        </w:rPr>
      </w:pPr>
    </w:p>
    <w:p w14:paraId="07FB5CCB" w14:textId="77777777" w:rsidR="0026054B" w:rsidRPr="00F5355E" w:rsidRDefault="0026054B">
      <w:pPr>
        <w:spacing w:after="40" w:line="252" w:lineRule="auto"/>
        <w:rPr>
          <w:rFonts w:asciiTheme="minorHAnsi" w:hAnsiTheme="minorHAnsi"/>
          <w:b/>
          <w:color w:val="17365D"/>
          <w:sz w:val="16"/>
          <w:lang w:val="es-CL"/>
        </w:rPr>
      </w:pPr>
    </w:p>
    <w:p w14:paraId="59481668" w14:textId="77777777" w:rsidR="0026054B" w:rsidRPr="00F5355E" w:rsidRDefault="0026054B">
      <w:pPr>
        <w:spacing w:after="40" w:line="252" w:lineRule="auto"/>
        <w:rPr>
          <w:rFonts w:asciiTheme="minorHAnsi" w:hAnsiTheme="minorHAnsi"/>
          <w:b/>
          <w:color w:val="17365D"/>
          <w:sz w:val="16"/>
          <w:lang w:val="es-CL"/>
        </w:rPr>
      </w:pPr>
    </w:p>
    <w:p w14:paraId="6B510155" w14:textId="77777777" w:rsidR="0026054B" w:rsidRPr="00F5355E" w:rsidRDefault="0026054B">
      <w:pPr>
        <w:spacing w:after="40" w:line="252" w:lineRule="auto"/>
        <w:rPr>
          <w:rFonts w:asciiTheme="minorHAnsi" w:hAnsiTheme="minorHAnsi"/>
          <w:b/>
          <w:color w:val="17365D"/>
          <w:sz w:val="16"/>
          <w:lang w:val="es-CL"/>
        </w:rPr>
      </w:pPr>
    </w:p>
    <w:p w14:paraId="13C3157B" w14:textId="77777777" w:rsidR="0026054B" w:rsidRPr="00F5355E" w:rsidRDefault="0026054B">
      <w:pPr>
        <w:spacing w:after="40" w:line="252" w:lineRule="auto"/>
        <w:rPr>
          <w:rFonts w:asciiTheme="minorHAnsi" w:hAnsiTheme="minorHAnsi"/>
          <w:b/>
          <w:color w:val="17365D"/>
          <w:sz w:val="16"/>
          <w:lang w:val="es-CL"/>
        </w:rPr>
      </w:pPr>
    </w:p>
    <w:p w14:paraId="4C11D6EF" w14:textId="77777777" w:rsidR="0026054B" w:rsidRPr="00F5355E" w:rsidRDefault="0026054B">
      <w:pPr>
        <w:spacing w:after="40" w:line="252" w:lineRule="auto"/>
        <w:rPr>
          <w:rFonts w:asciiTheme="minorHAnsi" w:hAnsiTheme="minorHAnsi"/>
          <w:b/>
          <w:color w:val="17365D"/>
          <w:sz w:val="16"/>
          <w:lang w:val="es-CL"/>
        </w:rPr>
      </w:pPr>
    </w:p>
    <w:p w14:paraId="4525E6E3" w14:textId="77777777" w:rsidR="0026054B" w:rsidRPr="00F5355E" w:rsidRDefault="0026054B">
      <w:pPr>
        <w:spacing w:after="40" w:line="252" w:lineRule="auto"/>
        <w:rPr>
          <w:rFonts w:asciiTheme="minorHAnsi" w:hAnsiTheme="minorHAnsi"/>
          <w:b/>
          <w:color w:val="17365D"/>
          <w:sz w:val="16"/>
          <w:lang w:val="es-CL"/>
        </w:rPr>
      </w:pPr>
    </w:p>
    <w:p w14:paraId="4D277A97" w14:textId="77777777" w:rsidR="0026054B" w:rsidRPr="00F5355E" w:rsidRDefault="0026054B">
      <w:pPr>
        <w:spacing w:after="40" w:line="252" w:lineRule="auto"/>
        <w:rPr>
          <w:rFonts w:asciiTheme="minorHAnsi" w:hAnsiTheme="minorHAnsi"/>
          <w:b/>
          <w:color w:val="17365D"/>
          <w:sz w:val="16"/>
          <w:lang w:val="es-CL"/>
        </w:rPr>
      </w:pPr>
    </w:p>
    <w:p w14:paraId="78A80C4F" w14:textId="77777777" w:rsidR="0026054B" w:rsidRPr="00F5355E" w:rsidRDefault="0026054B">
      <w:pPr>
        <w:spacing w:after="40" w:line="252" w:lineRule="auto"/>
        <w:rPr>
          <w:rFonts w:asciiTheme="minorHAnsi" w:hAnsiTheme="minorHAnsi"/>
          <w:b/>
          <w:color w:val="17365D"/>
          <w:sz w:val="16"/>
          <w:lang w:val="es-CL"/>
        </w:rPr>
      </w:pPr>
    </w:p>
    <w:p w14:paraId="63539ED6" w14:textId="77777777" w:rsidR="0026054B" w:rsidRPr="00F5355E" w:rsidRDefault="0026054B">
      <w:pPr>
        <w:spacing w:after="40" w:line="252" w:lineRule="auto"/>
        <w:rPr>
          <w:rFonts w:asciiTheme="minorHAnsi" w:hAnsiTheme="minorHAnsi"/>
          <w:b/>
          <w:color w:val="17365D"/>
          <w:sz w:val="16"/>
          <w:lang w:val="es-CL"/>
        </w:rPr>
      </w:pPr>
    </w:p>
    <w:p w14:paraId="425293E4" w14:textId="77777777" w:rsidR="0026054B" w:rsidRPr="00F5355E" w:rsidRDefault="0026054B">
      <w:pPr>
        <w:spacing w:after="40" w:line="252" w:lineRule="auto"/>
        <w:rPr>
          <w:rFonts w:asciiTheme="minorHAnsi" w:hAnsiTheme="minorHAnsi"/>
          <w:b/>
          <w:color w:val="17365D"/>
          <w:sz w:val="16"/>
          <w:lang w:val="es-CL"/>
        </w:rPr>
      </w:pPr>
    </w:p>
    <w:p w14:paraId="2DFE1BF9" w14:textId="77777777" w:rsidR="0026054B" w:rsidRPr="00F5355E" w:rsidRDefault="0026054B">
      <w:pPr>
        <w:spacing w:after="40" w:line="252" w:lineRule="auto"/>
        <w:rPr>
          <w:rFonts w:asciiTheme="minorHAnsi" w:hAnsiTheme="minorHAnsi"/>
          <w:b/>
          <w:color w:val="17365D"/>
          <w:sz w:val="16"/>
          <w:lang w:val="es-CL"/>
        </w:rPr>
      </w:pPr>
    </w:p>
    <w:p w14:paraId="2163FF6F" w14:textId="77777777" w:rsidR="00BA185C" w:rsidRPr="00F5355E" w:rsidRDefault="0049208A">
      <w:pPr>
        <w:pStyle w:val="TituloSeccionSinExpansion"/>
        <w:pBdr>
          <w:bottom w:val="single" w:sz="8" w:space="1" w:color="17365D"/>
        </w:pBdr>
        <w:spacing w:before="0" w:after="0" w:line="240" w:lineRule="auto"/>
        <w:rPr>
          <w:rFonts w:asciiTheme="minorHAnsi" w:hAnsiTheme="minorHAnsi"/>
          <w:lang w:val="es-CL"/>
        </w:rPr>
      </w:pPr>
      <w:r w:rsidRPr="00F5355E">
        <w:rPr>
          <w:rFonts w:asciiTheme="minorHAnsi" w:hAnsiTheme="minorHAnsi"/>
          <w:lang w:val="es-CL"/>
        </w:rPr>
        <w:t>1. IDENTIFICACIÓN DE LA INICIATIVA</w:t>
      </w:r>
    </w:p>
    <w:tbl>
      <w:tblPr>
        <w:tblW w:w="0" w:type="auto"/>
        <w:jc w:val="center"/>
        <w:tblLayout w:type="fixed"/>
        <w:tblLook w:val="04A0" w:firstRow="1" w:lastRow="0" w:firstColumn="1" w:lastColumn="0" w:noHBand="0" w:noVBand="1"/>
      </w:tblPr>
      <w:tblGrid>
        <w:gridCol w:w="3024"/>
        <w:gridCol w:w="6768"/>
      </w:tblGrid>
      <w:tr w:rsidR="00BA185C" w:rsidRPr="00ED1331" w14:paraId="6164128E" w14:textId="77777777">
        <w:trPr>
          <w:cantSplit/>
          <w:jc w:val="center"/>
        </w:trPr>
        <w:tc>
          <w:tcPr>
            <w:tcW w:w="3024" w:type="dxa"/>
            <w:tcBorders>
              <w:top w:val="single" w:sz="4" w:space="0" w:color="7F8C8D"/>
              <w:left w:val="single" w:sz="4" w:space="0" w:color="7F8C8D"/>
              <w:bottom w:val="single" w:sz="4" w:space="0" w:color="7F8C8D"/>
              <w:right w:val="single" w:sz="4" w:space="0" w:color="7F8C8D"/>
            </w:tcBorders>
            <w:shd w:val="clear" w:color="auto" w:fill="D9EAF7"/>
            <w:tcMar>
              <w:top w:w="60" w:type="dxa"/>
              <w:left w:w="70" w:type="dxa"/>
              <w:bottom w:w="60" w:type="dxa"/>
              <w:right w:w="70" w:type="dxa"/>
            </w:tcMar>
            <w:vAlign w:val="center"/>
          </w:tcPr>
          <w:p w14:paraId="691E979E" w14:textId="77777777" w:rsidR="000362F3" w:rsidRPr="00F5355E" w:rsidRDefault="00B22738">
            <w:pPr>
              <w:spacing w:after="0" w:line="240" w:lineRule="auto"/>
              <w:rPr>
                <w:rFonts w:asciiTheme="minorHAnsi" w:hAnsiTheme="minorHAnsi"/>
                <w:lang w:val="es-CL"/>
              </w:rPr>
            </w:pPr>
            <w:r w:rsidRPr="00F5355E">
              <w:rPr>
                <w:rFonts w:asciiTheme="minorHAnsi" w:hAnsiTheme="minorHAnsi"/>
                <w:b/>
                <w:color w:val="17365D"/>
                <w:lang w:val="es-CL"/>
              </w:rPr>
              <w:t>Nombre de la iniciativa</w:t>
            </w:r>
          </w:p>
        </w:tc>
        <w:tc>
          <w:tcPr>
            <w:tcW w:w="6768" w:type="dxa"/>
            <w:tcBorders>
              <w:top w:val="single" w:sz="4" w:space="0" w:color="7F8C8D"/>
              <w:left w:val="single" w:sz="4" w:space="0" w:color="7F8C8D"/>
              <w:bottom w:val="single" w:sz="4" w:space="0" w:color="7F8C8D"/>
              <w:right w:val="single" w:sz="4" w:space="0" w:color="7F8C8D"/>
            </w:tcBorders>
            <w:shd w:val="clear" w:color="auto" w:fill="FFF2CC"/>
            <w:tcMar>
              <w:top w:w="60" w:type="dxa"/>
              <w:left w:w="70" w:type="dxa"/>
              <w:bottom w:w="60" w:type="dxa"/>
              <w:right w:w="70" w:type="dxa"/>
            </w:tcMar>
            <w:vAlign w:val="center"/>
          </w:tcPr>
          <w:p w14:paraId="55AB75DE" w14:textId="77777777" w:rsidR="000362F3" w:rsidRPr="00F5355E" w:rsidRDefault="00B22738" w:rsidP="00AC6C96">
            <w:pPr>
              <w:spacing w:after="0" w:line="240" w:lineRule="auto"/>
              <w:jc w:val="both"/>
              <w:rPr>
                <w:rFonts w:asciiTheme="minorHAnsi" w:hAnsiTheme="minorHAnsi"/>
                <w:lang w:val="es-CL"/>
              </w:rPr>
            </w:pPr>
            <w:r w:rsidRPr="00F5355E">
              <w:rPr>
                <w:rFonts w:asciiTheme="minorHAnsi" w:hAnsiTheme="minorHAnsi"/>
                <w:sz w:val="17"/>
                <w:lang w:val="es-CL"/>
              </w:rPr>
              <w:t>Use “Adquisición de…” cuando el proyecto incorpore activos sin baja asociada; use “Reposición de…” cuando sustituya activos identificados que serán dados de baja. El nombre debe ser idéntico en Ficha IDI, Anexo N°1, perfil, certificados y oficio de ingreso.</w:t>
            </w:r>
          </w:p>
        </w:tc>
      </w:tr>
      <w:tr w:rsidR="00F01F65" w:rsidRPr="00ED1331" w14:paraId="71AC85AA" w14:textId="77777777">
        <w:trPr>
          <w:cantSplit/>
          <w:jc w:val="center"/>
        </w:trPr>
        <w:tc>
          <w:tcPr>
            <w:tcW w:w="3024" w:type="dxa"/>
            <w:tcBorders>
              <w:top w:val="single" w:sz="4" w:space="0" w:color="7F8C8D"/>
              <w:left w:val="single" w:sz="4" w:space="0" w:color="7F8C8D"/>
              <w:bottom w:val="single" w:sz="4" w:space="0" w:color="7F8C8D"/>
              <w:right w:val="single" w:sz="4" w:space="0" w:color="7F8C8D"/>
            </w:tcBorders>
            <w:shd w:val="clear" w:color="auto" w:fill="D9EAF7"/>
            <w:tcMar>
              <w:top w:w="60" w:type="dxa"/>
              <w:left w:w="70" w:type="dxa"/>
              <w:bottom w:w="60" w:type="dxa"/>
              <w:right w:w="70" w:type="dxa"/>
            </w:tcMar>
            <w:vAlign w:val="center"/>
          </w:tcPr>
          <w:p w14:paraId="60158823" w14:textId="58839462" w:rsidR="00F01F65" w:rsidRPr="00F5355E" w:rsidRDefault="00F01F65" w:rsidP="00F01F65">
            <w:pPr>
              <w:spacing w:after="0" w:line="240" w:lineRule="auto"/>
              <w:rPr>
                <w:rFonts w:asciiTheme="minorHAnsi" w:hAnsiTheme="minorHAnsi"/>
                <w:b/>
                <w:color w:val="17365D"/>
                <w:lang w:val="es-CL"/>
              </w:rPr>
            </w:pPr>
            <w:r w:rsidRPr="00F5355E">
              <w:rPr>
                <w:rFonts w:asciiTheme="minorHAnsi" w:hAnsiTheme="minorHAnsi"/>
                <w:b/>
                <w:color w:val="17365D"/>
                <w:lang w:val="es-CL"/>
              </w:rPr>
              <w:t>Unidad formuladora</w:t>
            </w:r>
          </w:p>
        </w:tc>
        <w:tc>
          <w:tcPr>
            <w:tcW w:w="6768" w:type="dxa"/>
            <w:tcBorders>
              <w:top w:val="single" w:sz="4" w:space="0" w:color="7F8C8D"/>
              <w:left w:val="single" w:sz="4" w:space="0" w:color="7F8C8D"/>
              <w:bottom w:val="single" w:sz="4" w:space="0" w:color="7F8C8D"/>
              <w:right w:val="single" w:sz="4" w:space="0" w:color="7F8C8D"/>
            </w:tcBorders>
            <w:shd w:val="clear" w:color="auto" w:fill="FFF2CC"/>
            <w:tcMar>
              <w:top w:w="60" w:type="dxa"/>
              <w:left w:w="70" w:type="dxa"/>
              <w:bottom w:w="60" w:type="dxa"/>
              <w:right w:w="70" w:type="dxa"/>
            </w:tcMar>
            <w:vAlign w:val="center"/>
          </w:tcPr>
          <w:p w14:paraId="35149533" w14:textId="4AE06199" w:rsidR="00F01F65" w:rsidRPr="00F5355E" w:rsidRDefault="00F01F65" w:rsidP="00F01F65">
            <w:pPr>
              <w:spacing w:after="0" w:line="240" w:lineRule="auto"/>
              <w:rPr>
                <w:rFonts w:asciiTheme="minorHAnsi" w:hAnsiTheme="minorHAnsi"/>
                <w:sz w:val="17"/>
                <w:lang w:val="es-CL"/>
              </w:rPr>
            </w:pPr>
            <w:r w:rsidRPr="00F5355E">
              <w:rPr>
                <w:rFonts w:asciiTheme="minorHAnsi" w:hAnsiTheme="minorHAnsi"/>
                <w:sz w:val="17"/>
                <w:lang w:val="es-CL"/>
              </w:rPr>
              <w:t>Municipalidad y unidad responsable de la formulación.</w:t>
            </w:r>
          </w:p>
        </w:tc>
      </w:tr>
      <w:tr w:rsidR="00F01F65" w:rsidRPr="00ED1331" w14:paraId="5CC9C657" w14:textId="77777777">
        <w:trPr>
          <w:cantSplit/>
          <w:jc w:val="center"/>
        </w:trPr>
        <w:tc>
          <w:tcPr>
            <w:tcW w:w="3024" w:type="dxa"/>
            <w:tcBorders>
              <w:top w:val="single" w:sz="4" w:space="0" w:color="7F8C8D"/>
              <w:left w:val="single" w:sz="4" w:space="0" w:color="7F8C8D"/>
              <w:bottom w:val="single" w:sz="4" w:space="0" w:color="7F8C8D"/>
              <w:right w:val="single" w:sz="4" w:space="0" w:color="7F8C8D"/>
            </w:tcBorders>
            <w:shd w:val="clear" w:color="auto" w:fill="D9EAF7"/>
            <w:tcMar>
              <w:top w:w="60" w:type="dxa"/>
              <w:left w:w="70" w:type="dxa"/>
              <w:bottom w:w="60" w:type="dxa"/>
              <w:right w:w="70" w:type="dxa"/>
            </w:tcMar>
            <w:vAlign w:val="center"/>
          </w:tcPr>
          <w:p w14:paraId="6CA39B92" w14:textId="580EDE25" w:rsidR="00F01F65" w:rsidRPr="00F5355E" w:rsidRDefault="00F01F65" w:rsidP="00F01F65">
            <w:pPr>
              <w:spacing w:after="0" w:line="240" w:lineRule="auto"/>
              <w:rPr>
                <w:rFonts w:asciiTheme="minorHAnsi" w:hAnsiTheme="minorHAnsi"/>
                <w:b/>
                <w:color w:val="17365D"/>
                <w:lang w:val="es-CL"/>
              </w:rPr>
            </w:pPr>
            <w:r w:rsidRPr="00F5355E">
              <w:rPr>
                <w:rFonts w:asciiTheme="minorHAnsi" w:hAnsiTheme="minorHAnsi"/>
                <w:b/>
                <w:color w:val="17365D"/>
                <w:lang w:val="es-CL"/>
              </w:rPr>
              <w:t>Código BIP</w:t>
            </w:r>
          </w:p>
        </w:tc>
        <w:tc>
          <w:tcPr>
            <w:tcW w:w="6768" w:type="dxa"/>
            <w:tcBorders>
              <w:top w:val="single" w:sz="4" w:space="0" w:color="7F8C8D"/>
              <w:left w:val="single" w:sz="4" w:space="0" w:color="7F8C8D"/>
              <w:bottom w:val="single" w:sz="4" w:space="0" w:color="7F8C8D"/>
              <w:right w:val="single" w:sz="4" w:space="0" w:color="7F8C8D"/>
            </w:tcBorders>
            <w:shd w:val="clear" w:color="auto" w:fill="FFF2CC"/>
            <w:tcMar>
              <w:top w:w="60" w:type="dxa"/>
              <w:left w:w="70" w:type="dxa"/>
              <w:bottom w:w="60" w:type="dxa"/>
              <w:right w:w="70" w:type="dxa"/>
            </w:tcMar>
            <w:vAlign w:val="center"/>
          </w:tcPr>
          <w:p w14:paraId="5B94212E" w14:textId="4D6D2295" w:rsidR="00F01F65" w:rsidRPr="00F5355E" w:rsidRDefault="00F01F65" w:rsidP="00F01F65">
            <w:pPr>
              <w:spacing w:after="0" w:line="240" w:lineRule="auto"/>
              <w:rPr>
                <w:rFonts w:asciiTheme="minorHAnsi" w:hAnsiTheme="minorHAnsi"/>
                <w:sz w:val="17"/>
                <w:lang w:val="es-CL"/>
              </w:rPr>
            </w:pPr>
            <w:r w:rsidRPr="00F5355E">
              <w:rPr>
                <w:rFonts w:asciiTheme="minorHAnsi" w:hAnsiTheme="minorHAnsi"/>
                <w:sz w:val="17"/>
                <w:lang w:val="es-CL"/>
              </w:rPr>
              <w:t>Código ya vigente de la iniciativa.</w:t>
            </w:r>
          </w:p>
        </w:tc>
      </w:tr>
      <w:tr w:rsidR="00F01F65" w:rsidRPr="00ED1331" w14:paraId="65F27C9E" w14:textId="77777777">
        <w:trPr>
          <w:cantSplit/>
          <w:jc w:val="center"/>
        </w:trPr>
        <w:tc>
          <w:tcPr>
            <w:tcW w:w="3024" w:type="dxa"/>
            <w:tcBorders>
              <w:top w:val="single" w:sz="4" w:space="0" w:color="7F8C8D"/>
              <w:left w:val="single" w:sz="4" w:space="0" w:color="7F8C8D"/>
              <w:bottom w:val="single" w:sz="4" w:space="0" w:color="7F8C8D"/>
              <w:right w:val="single" w:sz="4" w:space="0" w:color="7F8C8D"/>
            </w:tcBorders>
            <w:shd w:val="clear" w:color="auto" w:fill="D9EAF7"/>
            <w:tcMar>
              <w:top w:w="60" w:type="dxa"/>
              <w:left w:w="70" w:type="dxa"/>
              <w:bottom w:w="60" w:type="dxa"/>
              <w:right w:w="70" w:type="dxa"/>
            </w:tcMar>
            <w:vAlign w:val="center"/>
          </w:tcPr>
          <w:p w14:paraId="0AD8EF3E" w14:textId="77777777" w:rsidR="00F01F65" w:rsidRPr="00F5355E" w:rsidRDefault="00F01F65" w:rsidP="00F01F65">
            <w:pPr>
              <w:spacing w:after="0" w:line="240" w:lineRule="auto"/>
              <w:rPr>
                <w:rFonts w:asciiTheme="minorHAnsi" w:hAnsiTheme="minorHAnsi"/>
                <w:lang w:val="es-CL"/>
              </w:rPr>
            </w:pPr>
            <w:r w:rsidRPr="00F5355E">
              <w:rPr>
                <w:rFonts w:asciiTheme="minorHAnsi" w:hAnsiTheme="minorHAnsi"/>
                <w:b/>
                <w:color w:val="17365D"/>
                <w:lang w:val="es-CL"/>
              </w:rPr>
              <w:t>Activo solicitado y cantidad</w:t>
            </w:r>
          </w:p>
        </w:tc>
        <w:tc>
          <w:tcPr>
            <w:tcW w:w="6768" w:type="dxa"/>
            <w:tcBorders>
              <w:top w:val="single" w:sz="4" w:space="0" w:color="7F8C8D"/>
              <w:left w:val="single" w:sz="4" w:space="0" w:color="7F8C8D"/>
              <w:bottom w:val="single" w:sz="4" w:space="0" w:color="7F8C8D"/>
              <w:right w:val="single" w:sz="4" w:space="0" w:color="7F8C8D"/>
            </w:tcBorders>
            <w:shd w:val="clear" w:color="auto" w:fill="FFF2CC"/>
            <w:tcMar>
              <w:top w:w="60" w:type="dxa"/>
              <w:left w:w="70" w:type="dxa"/>
              <w:bottom w:w="60" w:type="dxa"/>
              <w:right w:w="70" w:type="dxa"/>
            </w:tcMar>
            <w:vAlign w:val="center"/>
          </w:tcPr>
          <w:p w14:paraId="3F5ECEFA" w14:textId="77777777" w:rsidR="00F01F65" w:rsidRPr="00F5355E" w:rsidRDefault="00F01F65" w:rsidP="00F01F65">
            <w:pPr>
              <w:spacing w:after="0" w:line="240" w:lineRule="auto"/>
              <w:rPr>
                <w:rFonts w:asciiTheme="minorHAnsi" w:hAnsiTheme="minorHAnsi"/>
                <w:lang w:val="es-CL"/>
              </w:rPr>
            </w:pPr>
            <w:r w:rsidRPr="00F5355E">
              <w:rPr>
                <w:rFonts w:asciiTheme="minorHAnsi" w:hAnsiTheme="minorHAnsi"/>
                <w:sz w:val="17"/>
                <w:lang w:val="es-CL"/>
              </w:rPr>
              <w:t>[COMPLETAR: tipo de activo, características generales y número de unidades.]</w:t>
            </w:r>
          </w:p>
        </w:tc>
      </w:tr>
      <w:tr w:rsidR="00F01F65" w:rsidRPr="00ED1331" w14:paraId="2747FF09" w14:textId="77777777">
        <w:trPr>
          <w:cantSplit/>
          <w:jc w:val="center"/>
        </w:trPr>
        <w:tc>
          <w:tcPr>
            <w:tcW w:w="3024" w:type="dxa"/>
            <w:tcBorders>
              <w:top w:val="single" w:sz="4" w:space="0" w:color="7F8C8D"/>
              <w:left w:val="single" w:sz="4" w:space="0" w:color="7F8C8D"/>
              <w:bottom w:val="single" w:sz="4" w:space="0" w:color="7F8C8D"/>
              <w:right w:val="single" w:sz="4" w:space="0" w:color="7F8C8D"/>
            </w:tcBorders>
            <w:shd w:val="clear" w:color="auto" w:fill="D9EAF7"/>
            <w:tcMar>
              <w:top w:w="60" w:type="dxa"/>
              <w:left w:w="70" w:type="dxa"/>
              <w:bottom w:w="60" w:type="dxa"/>
              <w:right w:w="70" w:type="dxa"/>
            </w:tcMar>
            <w:vAlign w:val="center"/>
          </w:tcPr>
          <w:p w14:paraId="3337222A" w14:textId="77777777" w:rsidR="00F01F65" w:rsidRPr="00F5355E" w:rsidRDefault="00F01F65" w:rsidP="00F01F65">
            <w:pPr>
              <w:spacing w:after="0" w:line="240" w:lineRule="auto"/>
              <w:rPr>
                <w:rFonts w:asciiTheme="minorHAnsi" w:hAnsiTheme="minorHAnsi"/>
                <w:lang w:val="es-CL"/>
              </w:rPr>
            </w:pPr>
            <w:r w:rsidRPr="00F5355E">
              <w:rPr>
                <w:rFonts w:asciiTheme="minorHAnsi" w:hAnsiTheme="minorHAnsi"/>
                <w:b/>
                <w:color w:val="17365D"/>
                <w:lang w:val="es-CL"/>
              </w:rPr>
              <w:t>Región / provincia / comuna</w:t>
            </w:r>
          </w:p>
        </w:tc>
        <w:tc>
          <w:tcPr>
            <w:tcW w:w="6768" w:type="dxa"/>
            <w:tcBorders>
              <w:top w:val="single" w:sz="4" w:space="0" w:color="7F8C8D"/>
              <w:left w:val="single" w:sz="4" w:space="0" w:color="7F8C8D"/>
              <w:bottom w:val="single" w:sz="4" w:space="0" w:color="7F8C8D"/>
              <w:right w:val="single" w:sz="4" w:space="0" w:color="7F8C8D"/>
            </w:tcBorders>
            <w:shd w:val="clear" w:color="auto" w:fill="FFF2CC"/>
            <w:tcMar>
              <w:top w:w="60" w:type="dxa"/>
              <w:left w:w="70" w:type="dxa"/>
              <w:bottom w:w="60" w:type="dxa"/>
              <w:right w:w="70" w:type="dxa"/>
            </w:tcMar>
            <w:vAlign w:val="center"/>
          </w:tcPr>
          <w:p w14:paraId="65267AD3" w14:textId="77777777" w:rsidR="00F01F65" w:rsidRPr="00F5355E" w:rsidRDefault="00F01F65" w:rsidP="00F01F65">
            <w:pPr>
              <w:spacing w:after="0" w:line="240" w:lineRule="auto"/>
              <w:rPr>
                <w:rFonts w:asciiTheme="minorHAnsi" w:hAnsiTheme="minorHAnsi"/>
                <w:lang w:val="es-CL"/>
              </w:rPr>
            </w:pPr>
            <w:r w:rsidRPr="00F5355E">
              <w:rPr>
                <w:rFonts w:asciiTheme="minorHAnsi" w:hAnsiTheme="minorHAnsi"/>
                <w:sz w:val="17"/>
                <w:lang w:val="es-CL"/>
              </w:rPr>
              <w:t>Región de Coquimbo / [PROVINCIA] / [COMUNA].</w:t>
            </w:r>
          </w:p>
        </w:tc>
      </w:tr>
      <w:tr w:rsidR="00F01F65" w:rsidRPr="00ED1331" w14:paraId="5D4F9E13" w14:textId="77777777">
        <w:trPr>
          <w:cantSplit/>
          <w:jc w:val="center"/>
        </w:trPr>
        <w:tc>
          <w:tcPr>
            <w:tcW w:w="3024" w:type="dxa"/>
            <w:tcBorders>
              <w:top w:val="single" w:sz="4" w:space="0" w:color="7F8C8D"/>
              <w:left w:val="single" w:sz="4" w:space="0" w:color="7F8C8D"/>
              <w:bottom w:val="single" w:sz="4" w:space="0" w:color="7F8C8D"/>
              <w:right w:val="single" w:sz="4" w:space="0" w:color="7F8C8D"/>
            </w:tcBorders>
            <w:shd w:val="clear" w:color="auto" w:fill="D9EAF7"/>
            <w:tcMar>
              <w:top w:w="60" w:type="dxa"/>
              <w:left w:w="70" w:type="dxa"/>
              <w:bottom w:w="60" w:type="dxa"/>
              <w:right w:w="70" w:type="dxa"/>
            </w:tcMar>
            <w:vAlign w:val="center"/>
          </w:tcPr>
          <w:p w14:paraId="1042DB21" w14:textId="77777777" w:rsidR="00F01F65" w:rsidRPr="00F5355E" w:rsidRDefault="00F01F65" w:rsidP="00F01F65">
            <w:pPr>
              <w:spacing w:after="0" w:line="240" w:lineRule="auto"/>
              <w:rPr>
                <w:rFonts w:asciiTheme="minorHAnsi" w:hAnsiTheme="minorHAnsi"/>
                <w:lang w:val="es-CL"/>
              </w:rPr>
            </w:pPr>
            <w:r w:rsidRPr="00F5355E">
              <w:rPr>
                <w:rFonts w:asciiTheme="minorHAnsi" w:hAnsiTheme="minorHAnsi"/>
                <w:b/>
                <w:color w:val="17365D"/>
                <w:lang w:val="es-CL"/>
              </w:rPr>
              <w:t>Fuente de financiamiento</w:t>
            </w:r>
          </w:p>
        </w:tc>
        <w:tc>
          <w:tcPr>
            <w:tcW w:w="6768" w:type="dxa"/>
            <w:tcBorders>
              <w:top w:val="single" w:sz="4" w:space="0" w:color="7F8C8D"/>
              <w:left w:val="single" w:sz="4" w:space="0" w:color="7F8C8D"/>
              <w:bottom w:val="single" w:sz="4" w:space="0" w:color="7F8C8D"/>
              <w:right w:val="single" w:sz="4" w:space="0" w:color="7F8C8D"/>
            </w:tcBorders>
            <w:shd w:val="clear" w:color="auto" w:fill="FFF2CC"/>
            <w:tcMar>
              <w:top w:w="60" w:type="dxa"/>
              <w:left w:w="70" w:type="dxa"/>
              <w:bottom w:w="60" w:type="dxa"/>
              <w:right w:w="70" w:type="dxa"/>
            </w:tcMar>
            <w:vAlign w:val="center"/>
          </w:tcPr>
          <w:p w14:paraId="6FDD38BB" w14:textId="77777777" w:rsidR="00F01F65" w:rsidRPr="00F5355E" w:rsidRDefault="00F01F65" w:rsidP="00F01F65">
            <w:pPr>
              <w:spacing w:after="0" w:line="240" w:lineRule="auto"/>
              <w:rPr>
                <w:rFonts w:asciiTheme="minorHAnsi" w:hAnsiTheme="minorHAnsi"/>
                <w:lang w:val="es-CL"/>
              </w:rPr>
            </w:pPr>
            <w:r w:rsidRPr="00F5355E">
              <w:rPr>
                <w:rFonts w:asciiTheme="minorHAnsi" w:hAnsiTheme="minorHAnsi"/>
                <w:sz w:val="17"/>
                <w:lang w:val="es-CL"/>
              </w:rPr>
              <w:t>FNDR u otra fuente concurrente.</w:t>
            </w:r>
          </w:p>
        </w:tc>
      </w:tr>
      <w:tr w:rsidR="00F01F65" w:rsidRPr="00ED1331" w14:paraId="42B15825" w14:textId="77777777">
        <w:trPr>
          <w:cantSplit/>
          <w:jc w:val="center"/>
        </w:trPr>
        <w:tc>
          <w:tcPr>
            <w:tcW w:w="3024" w:type="dxa"/>
            <w:tcBorders>
              <w:top w:val="single" w:sz="4" w:space="0" w:color="7F8C8D"/>
              <w:left w:val="single" w:sz="4" w:space="0" w:color="7F8C8D"/>
              <w:bottom w:val="single" w:sz="4" w:space="0" w:color="7F8C8D"/>
              <w:right w:val="single" w:sz="4" w:space="0" w:color="7F8C8D"/>
            </w:tcBorders>
            <w:shd w:val="clear" w:color="auto" w:fill="D9EAF7"/>
            <w:tcMar>
              <w:top w:w="60" w:type="dxa"/>
              <w:left w:w="70" w:type="dxa"/>
              <w:bottom w:w="60" w:type="dxa"/>
              <w:right w:w="70" w:type="dxa"/>
            </w:tcMar>
            <w:vAlign w:val="center"/>
          </w:tcPr>
          <w:p w14:paraId="14D66389" w14:textId="77777777" w:rsidR="00F01F65" w:rsidRPr="00F5355E" w:rsidRDefault="00F01F65" w:rsidP="00F01F65">
            <w:pPr>
              <w:spacing w:after="0" w:line="240" w:lineRule="auto"/>
              <w:rPr>
                <w:rFonts w:asciiTheme="minorHAnsi" w:hAnsiTheme="minorHAnsi"/>
                <w:lang w:val="es-CL"/>
              </w:rPr>
            </w:pPr>
            <w:r w:rsidRPr="00F5355E">
              <w:rPr>
                <w:rFonts w:asciiTheme="minorHAnsi" w:hAnsiTheme="minorHAnsi"/>
                <w:b/>
                <w:color w:val="17365D"/>
                <w:lang w:val="es-CL"/>
              </w:rPr>
              <w:t>Monto de inversión (M$)</w:t>
            </w:r>
          </w:p>
        </w:tc>
        <w:tc>
          <w:tcPr>
            <w:tcW w:w="6768" w:type="dxa"/>
            <w:tcBorders>
              <w:top w:val="single" w:sz="4" w:space="0" w:color="7F8C8D"/>
              <w:left w:val="single" w:sz="4" w:space="0" w:color="7F8C8D"/>
              <w:bottom w:val="single" w:sz="4" w:space="0" w:color="7F8C8D"/>
              <w:right w:val="single" w:sz="4" w:space="0" w:color="7F8C8D"/>
            </w:tcBorders>
            <w:shd w:val="clear" w:color="auto" w:fill="FFF2CC"/>
            <w:tcMar>
              <w:top w:w="60" w:type="dxa"/>
              <w:left w:w="70" w:type="dxa"/>
              <w:bottom w:w="60" w:type="dxa"/>
              <w:right w:w="70" w:type="dxa"/>
            </w:tcMar>
            <w:vAlign w:val="center"/>
          </w:tcPr>
          <w:p w14:paraId="7FB52D26" w14:textId="77777777" w:rsidR="00F01F65" w:rsidRPr="00F5355E" w:rsidRDefault="00F01F65" w:rsidP="00F01F65">
            <w:pPr>
              <w:spacing w:after="0" w:line="240" w:lineRule="auto"/>
              <w:rPr>
                <w:rFonts w:asciiTheme="minorHAnsi" w:hAnsiTheme="minorHAnsi"/>
                <w:lang w:val="es-CL"/>
              </w:rPr>
            </w:pPr>
            <w:r w:rsidRPr="00F5355E">
              <w:rPr>
                <w:rFonts w:asciiTheme="minorHAnsi" w:hAnsiTheme="minorHAnsi"/>
                <w:sz w:val="17"/>
                <w:lang w:val="es-CL"/>
              </w:rPr>
              <w:t>Costo total con IVA incluido, en miles de pesos.</w:t>
            </w:r>
          </w:p>
        </w:tc>
      </w:tr>
      <w:tr w:rsidR="00F01F65" w:rsidRPr="00ED1331" w14:paraId="0B06F4C0" w14:textId="77777777" w:rsidTr="00F81447">
        <w:trPr>
          <w:cantSplit/>
          <w:trHeight w:val="477"/>
          <w:jc w:val="center"/>
        </w:trPr>
        <w:tc>
          <w:tcPr>
            <w:tcW w:w="3024" w:type="dxa"/>
            <w:tcBorders>
              <w:top w:val="single" w:sz="4" w:space="0" w:color="7F8C8D"/>
              <w:left w:val="single" w:sz="4" w:space="0" w:color="7F8C8D"/>
              <w:bottom w:val="single" w:sz="4" w:space="0" w:color="7F8C8D"/>
              <w:right w:val="single" w:sz="4" w:space="0" w:color="7F8C8D"/>
            </w:tcBorders>
            <w:shd w:val="clear" w:color="auto" w:fill="D9EAF7"/>
            <w:tcMar>
              <w:top w:w="60" w:type="dxa"/>
              <w:left w:w="70" w:type="dxa"/>
              <w:bottom w:w="60" w:type="dxa"/>
              <w:right w:w="70" w:type="dxa"/>
            </w:tcMar>
            <w:vAlign w:val="center"/>
          </w:tcPr>
          <w:p w14:paraId="6491F55A" w14:textId="77777777" w:rsidR="00F01F65" w:rsidRPr="00F5355E" w:rsidRDefault="00F01F65" w:rsidP="00F01F65">
            <w:pPr>
              <w:spacing w:after="0" w:line="240" w:lineRule="auto"/>
              <w:rPr>
                <w:rFonts w:asciiTheme="minorHAnsi" w:hAnsiTheme="minorHAnsi"/>
                <w:lang w:val="es-CL"/>
              </w:rPr>
            </w:pPr>
            <w:r w:rsidRPr="00F5355E">
              <w:rPr>
                <w:rFonts w:asciiTheme="minorHAnsi" w:hAnsiTheme="minorHAnsi"/>
                <w:b/>
                <w:color w:val="17365D"/>
                <w:lang w:val="es-CL"/>
              </w:rPr>
              <w:t>Población objetivo</w:t>
            </w:r>
          </w:p>
        </w:tc>
        <w:tc>
          <w:tcPr>
            <w:tcW w:w="6768" w:type="dxa"/>
            <w:tcBorders>
              <w:top w:val="single" w:sz="4" w:space="0" w:color="7F8C8D"/>
              <w:left w:val="single" w:sz="4" w:space="0" w:color="7F8C8D"/>
              <w:bottom w:val="single" w:sz="4" w:space="0" w:color="7F8C8D"/>
              <w:right w:val="single" w:sz="4" w:space="0" w:color="7F8C8D"/>
            </w:tcBorders>
            <w:shd w:val="clear" w:color="auto" w:fill="FFF2CC"/>
            <w:tcMar>
              <w:top w:w="60" w:type="dxa"/>
              <w:left w:w="70" w:type="dxa"/>
              <w:bottom w:w="60" w:type="dxa"/>
              <w:right w:w="70" w:type="dxa"/>
            </w:tcMar>
            <w:vAlign w:val="center"/>
          </w:tcPr>
          <w:p w14:paraId="4E7E62EC" w14:textId="77777777" w:rsidR="00F01F65" w:rsidRPr="00F5355E" w:rsidRDefault="00F01F65" w:rsidP="00F01F65">
            <w:pPr>
              <w:spacing w:after="0" w:line="240" w:lineRule="auto"/>
              <w:rPr>
                <w:rFonts w:asciiTheme="minorHAnsi" w:hAnsiTheme="minorHAnsi"/>
                <w:lang w:val="es-CL"/>
              </w:rPr>
            </w:pPr>
            <w:r w:rsidRPr="00F5355E">
              <w:rPr>
                <w:rFonts w:asciiTheme="minorHAnsi" w:hAnsiTheme="minorHAnsi"/>
                <w:sz w:val="17"/>
                <w:lang w:val="es-CL"/>
              </w:rPr>
              <w:t>Número de personas, hogares, localidades, establecimientos o unidades territoriales que recibirán el servicio.</w:t>
            </w:r>
          </w:p>
        </w:tc>
      </w:tr>
      <w:tr w:rsidR="00F01F65" w:rsidRPr="00ED1331" w14:paraId="7A5B0816" w14:textId="77777777" w:rsidTr="00D821D2">
        <w:trPr>
          <w:cantSplit/>
          <w:trHeight w:val="672"/>
          <w:jc w:val="center"/>
        </w:trPr>
        <w:tc>
          <w:tcPr>
            <w:tcW w:w="3024" w:type="dxa"/>
            <w:tcBorders>
              <w:top w:val="single" w:sz="4" w:space="0" w:color="7F8C8D"/>
              <w:left w:val="single" w:sz="4" w:space="0" w:color="7F8C8D"/>
              <w:bottom w:val="single" w:sz="4" w:space="0" w:color="7F8C8D"/>
              <w:right w:val="single" w:sz="4" w:space="0" w:color="7F8C8D"/>
            </w:tcBorders>
            <w:shd w:val="clear" w:color="auto" w:fill="D9EAF7"/>
            <w:tcMar>
              <w:top w:w="60" w:type="dxa"/>
              <w:left w:w="70" w:type="dxa"/>
              <w:bottom w:w="60" w:type="dxa"/>
              <w:right w:w="70" w:type="dxa"/>
            </w:tcMar>
            <w:vAlign w:val="center"/>
          </w:tcPr>
          <w:p w14:paraId="61A5E0C8" w14:textId="77777777" w:rsidR="00F01F65" w:rsidRPr="00F5355E" w:rsidRDefault="00F01F65" w:rsidP="00F01F65">
            <w:pPr>
              <w:spacing w:after="0" w:line="240" w:lineRule="auto"/>
              <w:rPr>
                <w:rFonts w:asciiTheme="minorHAnsi" w:hAnsiTheme="minorHAnsi"/>
                <w:lang w:val="es-CL"/>
              </w:rPr>
            </w:pPr>
            <w:r w:rsidRPr="00F5355E">
              <w:rPr>
                <w:rFonts w:asciiTheme="minorHAnsi" w:hAnsiTheme="minorHAnsi"/>
                <w:b/>
                <w:color w:val="17365D"/>
                <w:lang w:val="es-CL"/>
              </w:rPr>
              <w:t>Marco de la emergencia</w:t>
            </w:r>
          </w:p>
        </w:tc>
        <w:tc>
          <w:tcPr>
            <w:tcW w:w="6768" w:type="dxa"/>
            <w:tcBorders>
              <w:top w:val="single" w:sz="4" w:space="0" w:color="7F8C8D"/>
              <w:left w:val="single" w:sz="4" w:space="0" w:color="7F8C8D"/>
              <w:bottom w:val="single" w:sz="4" w:space="0" w:color="7F8C8D"/>
              <w:right w:val="single" w:sz="4" w:space="0" w:color="7F8C8D"/>
            </w:tcBorders>
            <w:shd w:val="clear" w:color="auto" w:fill="FFF2CC"/>
            <w:tcMar>
              <w:top w:w="60" w:type="dxa"/>
              <w:left w:w="70" w:type="dxa"/>
              <w:bottom w:w="60" w:type="dxa"/>
              <w:right w:w="70" w:type="dxa"/>
            </w:tcMar>
            <w:vAlign w:val="center"/>
          </w:tcPr>
          <w:p w14:paraId="33AD4BD2" w14:textId="77777777" w:rsidR="00F01F65" w:rsidRPr="00F5355E" w:rsidRDefault="00F01F65" w:rsidP="00F01F65">
            <w:pPr>
              <w:spacing w:after="0" w:line="240" w:lineRule="auto"/>
              <w:rPr>
                <w:rFonts w:asciiTheme="minorHAnsi" w:hAnsiTheme="minorHAnsi"/>
                <w:lang w:val="es-CL"/>
              </w:rPr>
            </w:pPr>
            <w:r w:rsidRPr="00F5355E">
              <w:rPr>
                <w:rFonts w:asciiTheme="minorHAnsi" w:hAnsiTheme="minorHAnsi"/>
                <w:sz w:val="17"/>
                <w:lang w:val="es-CL"/>
              </w:rPr>
              <w:t>Decreto, resolución o alerta que fundamenta la emergencia. Para esta convocatoria: Decreto Supremo N°112, de 20/07/2026, Estado de Excepción Constitucional de Catástrofe, y Alerta Roja Regional vigente.</w:t>
            </w:r>
          </w:p>
        </w:tc>
      </w:tr>
    </w:tbl>
    <w:p w14:paraId="6A13B726" w14:textId="77777777" w:rsidR="00BA185C" w:rsidRPr="00F5355E" w:rsidRDefault="00BA185C">
      <w:pPr>
        <w:spacing w:after="40" w:line="252" w:lineRule="auto"/>
        <w:rPr>
          <w:rFonts w:asciiTheme="minorHAnsi" w:hAnsiTheme="minorHAnsi"/>
          <w:lang w:val="es-CL"/>
        </w:rPr>
      </w:pPr>
    </w:p>
    <w:p w14:paraId="4DE80A3E" w14:textId="77777777" w:rsidR="00825B55" w:rsidRDefault="00825B55">
      <w:pPr>
        <w:spacing w:after="40" w:line="252" w:lineRule="auto"/>
        <w:rPr>
          <w:rFonts w:asciiTheme="minorHAnsi" w:hAnsiTheme="minorHAnsi"/>
          <w:lang w:val="es-CL"/>
        </w:rPr>
      </w:pPr>
    </w:p>
    <w:p w14:paraId="586F2FA3" w14:textId="77777777" w:rsidR="000F7DB9" w:rsidRDefault="000F7DB9">
      <w:pPr>
        <w:spacing w:after="40" w:line="252" w:lineRule="auto"/>
        <w:rPr>
          <w:rFonts w:asciiTheme="minorHAnsi" w:hAnsiTheme="minorHAnsi"/>
          <w:lang w:val="es-CL"/>
        </w:rPr>
      </w:pPr>
    </w:p>
    <w:p w14:paraId="19C0331E" w14:textId="77777777" w:rsidR="000F7DB9" w:rsidRDefault="000F7DB9">
      <w:pPr>
        <w:spacing w:after="40" w:line="252" w:lineRule="auto"/>
        <w:rPr>
          <w:rFonts w:asciiTheme="minorHAnsi" w:hAnsiTheme="minorHAnsi"/>
          <w:lang w:val="es-CL"/>
        </w:rPr>
      </w:pPr>
    </w:p>
    <w:p w14:paraId="2A9FCF2A" w14:textId="77777777" w:rsidR="000F7DB9" w:rsidRDefault="000F7DB9">
      <w:pPr>
        <w:spacing w:after="40" w:line="252" w:lineRule="auto"/>
        <w:rPr>
          <w:rFonts w:asciiTheme="minorHAnsi" w:hAnsiTheme="minorHAnsi"/>
          <w:lang w:val="es-CL"/>
        </w:rPr>
      </w:pPr>
    </w:p>
    <w:p w14:paraId="2D428395" w14:textId="77777777" w:rsidR="000F7DB9" w:rsidRDefault="000F7DB9">
      <w:pPr>
        <w:spacing w:after="40" w:line="252" w:lineRule="auto"/>
        <w:rPr>
          <w:rFonts w:asciiTheme="minorHAnsi" w:hAnsiTheme="minorHAnsi"/>
          <w:lang w:val="es-CL"/>
        </w:rPr>
      </w:pPr>
    </w:p>
    <w:p w14:paraId="0ED10434" w14:textId="77777777" w:rsidR="000F7DB9" w:rsidRDefault="000F7DB9">
      <w:pPr>
        <w:spacing w:after="40" w:line="252" w:lineRule="auto"/>
        <w:rPr>
          <w:rFonts w:asciiTheme="minorHAnsi" w:hAnsiTheme="minorHAnsi"/>
          <w:lang w:val="es-CL"/>
        </w:rPr>
      </w:pPr>
    </w:p>
    <w:p w14:paraId="6A175468" w14:textId="77777777" w:rsidR="000F7DB9" w:rsidRDefault="000F7DB9">
      <w:pPr>
        <w:spacing w:after="40" w:line="252" w:lineRule="auto"/>
        <w:rPr>
          <w:rFonts w:asciiTheme="minorHAnsi" w:hAnsiTheme="minorHAnsi"/>
          <w:lang w:val="es-CL"/>
        </w:rPr>
      </w:pPr>
    </w:p>
    <w:p w14:paraId="5F112361" w14:textId="77777777" w:rsidR="000F7DB9" w:rsidRDefault="000F7DB9">
      <w:pPr>
        <w:spacing w:after="40" w:line="252" w:lineRule="auto"/>
        <w:rPr>
          <w:rFonts w:asciiTheme="minorHAnsi" w:hAnsiTheme="minorHAnsi"/>
          <w:lang w:val="es-CL"/>
        </w:rPr>
      </w:pPr>
    </w:p>
    <w:p w14:paraId="6FB223E6" w14:textId="77777777" w:rsidR="000F7DB9" w:rsidRDefault="000F7DB9">
      <w:pPr>
        <w:spacing w:after="40" w:line="252" w:lineRule="auto"/>
        <w:rPr>
          <w:rFonts w:asciiTheme="minorHAnsi" w:hAnsiTheme="minorHAnsi"/>
          <w:lang w:val="es-CL"/>
        </w:rPr>
      </w:pPr>
    </w:p>
    <w:p w14:paraId="56378EBB" w14:textId="77777777" w:rsidR="000F7DB9" w:rsidRDefault="000F7DB9">
      <w:pPr>
        <w:spacing w:after="40" w:line="252" w:lineRule="auto"/>
        <w:rPr>
          <w:rFonts w:asciiTheme="minorHAnsi" w:hAnsiTheme="minorHAnsi"/>
          <w:lang w:val="es-CL"/>
        </w:rPr>
      </w:pPr>
    </w:p>
    <w:p w14:paraId="3052ECF5" w14:textId="77777777" w:rsidR="000F7DB9" w:rsidRDefault="000F7DB9">
      <w:pPr>
        <w:spacing w:after="40" w:line="252" w:lineRule="auto"/>
        <w:rPr>
          <w:rFonts w:asciiTheme="minorHAnsi" w:hAnsiTheme="minorHAnsi"/>
          <w:lang w:val="es-CL"/>
        </w:rPr>
      </w:pPr>
    </w:p>
    <w:p w14:paraId="146471F7" w14:textId="77777777" w:rsidR="000F7DB9" w:rsidRDefault="000F7DB9">
      <w:pPr>
        <w:spacing w:after="40" w:line="252" w:lineRule="auto"/>
        <w:rPr>
          <w:rFonts w:asciiTheme="minorHAnsi" w:hAnsiTheme="minorHAnsi"/>
          <w:lang w:val="es-CL"/>
        </w:rPr>
      </w:pPr>
    </w:p>
    <w:p w14:paraId="55954290" w14:textId="77777777" w:rsidR="000F7DB9" w:rsidRDefault="000F7DB9">
      <w:pPr>
        <w:spacing w:after="40" w:line="252" w:lineRule="auto"/>
        <w:rPr>
          <w:rFonts w:asciiTheme="minorHAnsi" w:hAnsiTheme="minorHAnsi"/>
          <w:lang w:val="es-CL"/>
        </w:rPr>
      </w:pPr>
    </w:p>
    <w:p w14:paraId="38994663" w14:textId="77777777" w:rsidR="000F7DB9" w:rsidRDefault="000F7DB9">
      <w:pPr>
        <w:spacing w:after="40" w:line="252" w:lineRule="auto"/>
        <w:rPr>
          <w:rFonts w:asciiTheme="minorHAnsi" w:hAnsiTheme="minorHAnsi"/>
          <w:lang w:val="es-CL"/>
        </w:rPr>
      </w:pPr>
    </w:p>
    <w:p w14:paraId="629F007D" w14:textId="77777777" w:rsidR="000F7DB9" w:rsidRDefault="000F7DB9">
      <w:pPr>
        <w:spacing w:after="40" w:line="252" w:lineRule="auto"/>
        <w:rPr>
          <w:rFonts w:asciiTheme="minorHAnsi" w:hAnsiTheme="minorHAnsi"/>
          <w:lang w:val="es-CL"/>
        </w:rPr>
      </w:pPr>
    </w:p>
    <w:p w14:paraId="7C0DD5AC" w14:textId="77777777" w:rsidR="000F7DB9" w:rsidRDefault="000F7DB9">
      <w:pPr>
        <w:spacing w:after="40" w:line="252" w:lineRule="auto"/>
        <w:rPr>
          <w:rFonts w:asciiTheme="minorHAnsi" w:hAnsiTheme="minorHAnsi"/>
          <w:lang w:val="es-CL"/>
        </w:rPr>
      </w:pPr>
    </w:p>
    <w:p w14:paraId="3F62B7D8" w14:textId="77777777" w:rsidR="000F7DB9" w:rsidRDefault="000F7DB9">
      <w:pPr>
        <w:spacing w:after="40" w:line="252" w:lineRule="auto"/>
        <w:rPr>
          <w:rFonts w:asciiTheme="minorHAnsi" w:hAnsiTheme="minorHAnsi"/>
          <w:lang w:val="es-CL"/>
        </w:rPr>
      </w:pPr>
    </w:p>
    <w:p w14:paraId="5DE32159" w14:textId="77777777" w:rsidR="000F7DB9" w:rsidRDefault="000F7DB9">
      <w:pPr>
        <w:spacing w:after="40" w:line="252" w:lineRule="auto"/>
        <w:rPr>
          <w:rFonts w:asciiTheme="minorHAnsi" w:hAnsiTheme="minorHAnsi"/>
          <w:lang w:val="es-CL"/>
        </w:rPr>
      </w:pPr>
    </w:p>
    <w:p w14:paraId="5BF2E7F5" w14:textId="77777777" w:rsidR="000F7DB9" w:rsidRDefault="000F7DB9">
      <w:pPr>
        <w:spacing w:after="40" w:line="252" w:lineRule="auto"/>
        <w:rPr>
          <w:rFonts w:asciiTheme="minorHAnsi" w:hAnsiTheme="minorHAnsi"/>
          <w:lang w:val="es-CL"/>
        </w:rPr>
      </w:pPr>
    </w:p>
    <w:p w14:paraId="39158504" w14:textId="77777777" w:rsidR="000F7DB9" w:rsidRDefault="000F7DB9">
      <w:pPr>
        <w:spacing w:after="40" w:line="252" w:lineRule="auto"/>
        <w:rPr>
          <w:rFonts w:asciiTheme="minorHAnsi" w:hAnsiTheme="minorHAnsi"/>
          <w:lang w:val="es-CL"/>
        </w:rPr>
      </w:pPr>
    </w:p>
    <w:p w14:paraId="5FCCAFC7" w14:textId="77777777" w:rsidR="000F7DB9" w:rsidRDefault="000F7DB9">
      <w:pPr>
        <w:spacing w:after="40" w:line="252" w:lineRule="auto"/>
        <w:rPr>
          <w:rFonts w:asciiTheme="minorHAnsi" w:hAnsiTheme="minorHAnsi"/>
          <w:lang w:val="es-CL"/>
        </w:rPr>
      </w:pPr>
    </w:p>
    <w:p w14:paraId="35870713" w14:textId="77777777" w:rsidR="000F7DB9" w:rsidRDefault="000F7DB9">
      <w:pPr>
        <w:spacing w:after="40" w:line="252" w:lineRule="auto"/>
        <w:rPr>
          <w:rFonts w:asciiTheme="minorHAnsi" w:hAnsiTheme="minorHAnsi"/>
          <w:lang w:val="es-CL"/>
        </w:rPr>
      </w:pPr>
    </w:p>
    <w:p w14:paraId="34BD7098" w14:textId="77777777" w:rsidR="000F7DB9" w:rsidRDefault="000F7DB9">
      <w:pPr>
        <w:spacing w:after="40" w:line="252" w:lineRule="auto"/>
        <w:rPr>
          <w:rFonts w:asciiTheme="minorHAnsi" w:hAnsiTheme="minorHAnsi"/>
          <w:lang w:val="es-CL"/>
        </w:rPr>
      </w:pPr>
    </w:p>
    <w:p w14:paraId="11EF652E" w14:textId="77777777" w:rsidR="000F7DB9" w:rsidRDefault="000F7DB9">
      <w:pPr>
        <w:spacing w:after="40" w:line="252" w:lineRule="auto"/>
        <w:rPr>
          <w:rFonts w:asciiTheme="minorHAnsi" w:hAnsiTheme="minorHAnsi"/>
          <w:lang w:val="es-CL"/>
        </w:rPr>
      </w:pPr>
    </w:p>
    <w:p w14:paraId="09C1EBA9" w14:textId="77777777" w:rsidR="000F7DB9" w:rsidRDefault="000F7DB9">
      <w:pPr>
        <w:spacing w:after="40" w:line="252" w:lineRule="auto"/>
        <w:rPr>
          <w:rFonts w:asciiTheme="minorHAnsi" w:hAnsiTheme="minorHAnsi"/>
          <w:lang w:val="es-CL"/>
        </w:rPr>
      </w:pPr>
    </w:p>
    <w:p w14:paraId="47AE1625" w14:textId="77777777" w:rsidR="000F7DB9" w:rsidRDefault="000F7DB9">
      <w:pPr>
        <w:spacing w:after="40" w:line="252" w:lineRule="auto"/>
        <w:rPr>
          <w:rFonts w:asciiTheme="minorHAnsi" w:hAnsiTheme="minorHAnsi"/>
          <w:lang w:val="es-CL"/>
        </w:rPr>
      </w:pPr>
    </w:p>
    <w:p w14:paraId="663575DB" w14:textId="77777777" w:rsidR="000F7DB9" w:rsidRDefault="000F7DB9">
      <w:pPr>
        <w:spacing w:after="40" w:line="252" w:lineRule="auto"/>
        <w:rPr>
          <w:rFonts w:asciiTheme="minorHAnsi" w:hAnsiTheme="minorHAnsi"/>
          <w:lang w:val="es-CL"/>
        </w:rPr>
      </w:pPr>
    </w:p>
    <w:p w14:paraId="49C7592B" w14:textId="77777777" w:rsidR="000F7DB9" w:rsidRDefault="000F7DB9">
      <w:pPr>
        <w:spacing w:after="40" w:line="252" w:lineRule="auto"/>
        <w:rPr>
          <w:rFonts w:asciiTheme="minorHAnsi" w:hAnsiTheme="minorHAnsi"/>
          <w:lang w:val="es-CL"/>
        </w:rPr>
      </w:pPr>
    </w:p>
    <w:p w14:paraId="4EA7EA1C" w14:textId="77777777" w:rsidR="000F7DB9" w:rsidRDefault="000F7DB9">
      <w:pPr>
        <w:spacing w:after="40" w:line="252" w:lineRule="auto"/>
        <w:rPr>
          <w:rFonts w:asciiTheme="minorHAnsi" w:hAnsiTheme="minorHAnsi"/>
          <w:lang w:val="es-CL"/>
        </w:rPr>
      </w:pPr>
    </w:p>
    <w:p w14:paraId="47435EE6" w14:textId="77777777" w:rsidR="000F7DB9" w:rsidRPr="00F5355E" w:rsidRDefault="000F7DB9">
      <w:pPr>
        <w:spacing w:after="40" w:line="252" w:lineRule="auto"/>
        <w:rPr>
          <w:rFonts w:asciiTheme="minorHAnsi" w:hAnsiTheme="minorHAnsi"/>
          <w:lang w:val="es-CL"/>
        </w:rPr>
      </w:pPr>
    </w:p>
    <w:p w14:paraId="11660B38" w14:textId="77777777" w:rsidR="00BA185C" w:rsidRPr="00F5355E" w:rsidRDefault="0049208A">
      <w:pPr>
        <w:pStyle w:val="TituloSeccionSinExpansion"/>
        <w:pBdr>
          <w:bottom w:val="single" w:sz="8" w:space="1" w:color="17365D"/>
        </w:pBdr>
        <w:spacing w:before="0" w:after="0" w:line="240" w:lineRule="auto"/>
        <w:rPr>
          <w:rFonts w:asciiTheme="minorHAnsi" w:hAnsiTheme="minorHAnsi"/>
          <w:lang w:val="es-CL"/>
        </w:rPr>
      </w:pPr>
      <w:r w:rsidRPr="00F5355E">
        <w:rPr>
          <w:rFonts w:asciiTheme="minorHAnsi" w:hAnsiTheme="minorHAnsi"/>
          <w:lang w:val="es-CL"/>
        </w:rPr>
        <w:lastRenderedPageBreak/>
        <w:t>2. PROBLEMA Y OBJETIVOS</w:t>
      </w:r>
    </w:p>
    <w:p w14:paraId="12C911BA" w14:textId="2BAA22D3" w:rsidR="00BA185C" w:rsidRPr="00F5355E" w:rsidRDefault="0049208A">
      <w:pPr>
        <w:pStyle w:val="SubtituloSinExpansion"/>
        <w:spacing w:before="0" w:after="0" w:line="240" w:lineRule="auto"/>
        <w:rPr>
          <w:rFonts w:asciiTheme="minorHAnsi" w:hAnsiTheme="minorHAnsi"/>
          <w:lang w:val="es-CL"/>
        </w:rPr>
      </w:pPr>
      <w:r w:rsidRPr="00F5355E">
        <w:rPr>
          <w:rFonts w:asciiTheme="minorHAnsi" w:hAnsiTheme="minorHAnsi"/>
          <w:lang w:val="es-CL"/>
        </w:rPr>
        <w:t xml:space="preserve">2.1 Problema </w:t>
      </w:r>
      <w:r w:rsidR="001B2138" w:rsidRPr="00F5355E">
        <w:rPr>
          <w:rFonts w:asciiTheme="minorHAnsi" w:hAnsiTheme="minorHAnsi"/>
          <w:lang w:val="es-CL"/>
        </w:rPr>
        <w:t>C</w:t>
      </w:r>
      <w:r w:rsidRPr="00F5355E">
        <w:rPr>
          <w:rFonts w:asciiTheme="minorHAnsi" w:hAnsiTheme="minorHAnsi"/>
          <w:lang w:val="es-CL"/>
        </w:rPr>
        <w:t>entral</w:t>
      </w:r>
    </w:p>
    <w:p w14:paraId="2C2F4E09" w14:textId="77777777" w:rsidR="00825B55" w:rsidRPr="00F5355E" w:rsidRDefault="00825B55">
      <w:pPr>
        <w:pStyle w:val="SubtituloSinExpansion"/>
        <w:spacing w:before="0" w:after="0" w:line="240" w:lineRule="auto"/>
        <w:rPr>
          <w:rFonts w:asciiTheme="minorHAnsi" w:hAnsiTheme="minorHAnsi"/>
          <w:lang w:val="es-CL"/>
        </w:rPr>
      </w:pPr>
    </w:p>
    <w:tbl>
      <w:tblPr>
        <w:tblW w:w="9914" w:type="dxa"/>
        <w:jc w:val="center"/>
        <w:tblLook w:val="04A0" w:firstRow="1" w:lastRow="0" w:firstColumn="1" w:lastColumn="0" w:noHBand="0" w:noVBand="1"/>
      </w:tblPr>
      <w:tblGrid>
        <w:gridCol w:w="9914"/>
      </w:tblGrid>
      <w:tr w:rsidR="00BA185C" w:rsidRPr="00F5355E" w14:paraId="618A6131" w14:textId="77777777" w:rsidTr="00ED19AC">
        <w:trPr>
          <w:cantSplit/>
          <w:jc w:val="center"/>
        </w:trPr>
        <w:tc>
          <w:tcPr>
            <w:tcW w:w="9914" w:type="dxa"/>
            <w:tcBorders>
              <w:top w:val="single" w:sz="6" w:space="0" w:color="7F8C8D"/>
              <w:left w:val="single" w:sz="6" w:space="0" w:color="7F8C8D"/>
              <w:bottom w:val="single" w:sz="6" w:space="0" w:color="7F8C8D"/>
              <w:right w:val="single" w:sz="6" w:space="0" w:color="7F8C8D"/>
            </w:tcBorders>
            <w:shd w:val="clear" w:color="auto" w:fill="FFF2CC"/>
            <w:tcMar>
              <w:top w:w="70" w:type="dxa"/>
              <w:left w:w="80" w:type="dxa"/>
              <w:bottom w:w="70" w:type="dxa"/>
              <w:right w:w="80" w:type="dxa"/>
            </w:tcMar>
            <w:vAlign w:val="center"/>
          </w:tcPr>
          <w:p w14:paraId="034DD5A0" w14:textId="08A093B1" w:rsidR="000362F3" w:rsidRPr="00F5355E" w:rsidRDefault="00B22738" w:rsidP="00F73889">
            <w:pPr>
              <w:spacing w:after="0" w:line="240" w:lineRule="auto"/>
              <w:jc w:val="both"/>
              <w:rPr>
                <w:rFonts w:asciiTheme="minorHAnsi" w:hAnsiTheme="minorHAnsi"/>
                <w:lang w:val="es-CL"/>
              </w:rPr>
            </w:pPr>
            <w:r w:rsidRPr="00F5355E">
              <w:rPr>
                <w:rFonts w:asciiTheme="minorHAnsi" w:hAnsiTheme="minorHAnsi"/>
                <w:lang w:val="es-CL"/>
              </w:rPr>
              <w:t>INSTRUCCIÓN DE LLENADO (OBLIGATORIA): Redacte una sola situación negativa actual que afecte la capacidad municipal para prestar el servicio. Indique qué capacidad es insuficiente o inadecuada, dónde ocurre, a quién afecta y cuál es su magnitud. Para ADQUISICIÓN, describa la necesidad no cubierta, la prestación manual, la dependencia de terceros o la insuficiencia de capacidad. Para REPOSICIÓN, identifique las fallas, indisponibilidad, obsolescencia, costos o término de vida útil del activo existente. No redacte el problema como</w:t>
            </w:r>
            <w:r w:rsidR="00654BAC">
              <w:rPr>
                <w:rFonts w:asciiTheme="minorHAnsi" w:hAnsiTheme="minorHAnsi"/>
                <w:lang w:val="es-CL"/>
              </w:rPr>
              <w:t xml:space="preserve"> la falta </w:t>
            </w:r>
            <w:r w:rsidR="000E625E">
              <w:rPr>
                <w:rFonts w:asciiTheme="minorHAnsi" w:hAnsiTheme="minorHAnsi"/>
                <w:lang w:val="es-CL"/>
              </w:rPr>
              <w:t>del activo</w:t>
            </w:r>
            <w:r w:rsidR="00654BAC">
              <w:rPr>
                <w:rFonts w:asciiTheme="minorHAnsi" w:hAnsiTheme="minorHAnsi"/>
                <w:lang w:val="es-CL"/>
              </w:rPr>
              <w:t xml:space="preserve"> </w:t>
            </w:r>
            <w:r w:rsidRPr="00F5355E">
              <w:rPr>
                <w:rFonts w:asciiTheme="minorHAnsi" w:hAnsiTheme="minorHAnsi"/>
                <w:lang w:val="es-CL"/>
              </w:rPr>
              <w:t>“falta comprar” o “falta reponer”.</w:t>
            </w:r>
          </w:p>
          <w:p w14:paraId="6217A067" w14:textId="77777777" w:rsidR="00C167AB" w:rsidRPr="00F5355E" w:rsidRDefault="00C167AB" w:rsidP="00F73889">
            <w:pPr>
              <w:spacing w:after="0" w:line="240" w:lineRule="auto"/>
              <w:jc w:val="both"/>
              <w:rPr>
                <w:rFonts w:asciiTheme="minorHAnsi" w:hAnsiTheme="minorHAnsi"/>
                <w:lang w:val="es-CL"/>
              </w:rPr>
            </w:pPr>
          </w:p>
          <w:p w14:paraId="1BD4F36C" w14:textId="77777777" w:rsidR="00C167AB" w:rsidRPr="00F5355E" w:rsidRDefault="00C167AB" w:rsidP="00F73889">
            <w:pPr>
              <w:spacing w:after="0" w:line="240" w:lineRule="auto"/>
              <w:jc w:val="both"/>
              <w:rPr>
                <w:rFonts w:asciiTheme="minorHAnsi" w:hAnsiTheme="minorHAnsi"/>
                <w:i/>
                <w:color w:val="7F7F7F"/>
                <w:lang w:val="es-CL"/>
              </w:rPr>
            </w:pPr>
            <w:r w:rsidRPr="00F5355E">
              <w:rPr>
                <w:rFonts w:asciiTheme="minorHAnsi" w:hAnsiTheme="minorHAnsi"/>
                <w:i/>
                <w:color w:val="7F7F7F"/>
                <w:lang w:val="es-CL"/>
              </w:rPr>
              <w:t>[COMPLETAR]</w:t>
            </w:r>
          </w:p>
          <w:p w14:paraId="1571549E" w14:textId="420B0C35" w:rsidR="00E03FD5" w:rsidRPr="00F5355E" w:rsidRDefault="00E03FD5">
            <w:pPr>
              <w:spacing w:after="0" w:line="240" w:lineRule="auto"/>
              <w:rPr>
                <w:rFonts w:asciiTheme="minorHAnsi" w:hAnsiTheme="minorHAnsi"/>
                <w:lang w:val="es-CL"/>
              </w:rPr>
            </w:pPr>
          </w:p>
        </w:tc>
      </w:tr>
    </w:tbl>
    <w:p w14:paraId="14BF6FEB" w14:textId="77777777" w:rsidR="00BA185C" w:rsidRPr="00F5355E" w:rsidRDefault="00BA185C">
      <w:pPr>
        <w:spacing w:after="40" w:line="252" w:lineRule="auto"/>
        <w:rPr>
          <w:rFonts w:asciiTheme="minorHAnsi" w:hAnsiTheme="minorHAnsi"/>
          <w:lang w:val="es-CL"/>
        </w:rPr>
      </w:pPr>
    </w:p>
    <w:p w14:paraId="5A232071" w14:textId="77777777" w:rsidR="00BA185C" w:rsidRPr="00F5355E" w:rsidRDefault="00BA185C">
      <w:pPr>
        <w:spacing w:after="40" w:line="252" w:lineRule="auto"/>
        <w:rPr>
          <w:rFonts w:asciiTheme="minorHAnsi" w:hAnsiTheme="minorHAnsi"/>
          <w:lang w:val="es-CL"/>
        </w:rPr>
      </w:pPr>
    </w:p>
    <w:p w14:paraId="32582F25" w14:textId="79708BF0" w:rsidR="006A1A83" w:rsidRPr="00F5355E" w:rsidRDefault="0049208A">
      <w:pPr>
        <w:pStyle w:val="SubtituloSinExpansion"/>
        <w:spacing w:before="0" w:after="0" w:line="240" w:lineRule="auto"/>
        <w:rPr>
          <w:rFonts w:asciiTheme="minorHAnsi" w:hAnsiTheme="minorHAnsi"/>
          <w:lang w:val="es-CL"/>
        </w:rPr>
      </w:pPr>
      <w:r w:rsidRPr="00F5355E">
        <w:rPr>
          <w:rFonts w:asciiTheme="minorHAnsi" w:hAnsiTheme="minorHAnsi"/>
          <w:lang w:val="es-CL"/>
        </w:rPr>
        <w:t xml:space="preserve">2.2 Objetivo </w:t>
      </w:r>
      <w:r w:rsidR="0000615F" w:rsidRPr="00F5355E">
        <w:rPr>
          <w:rFonts w:asciiTheme="minorHAnsi" w:hAnsiTheme="minorHAnsi"/>
          <w:lang w:val="es-CL"/>
        </w:rPr>
        <w:t>G</w:t>
      </w:r>
      <w:r w:rsidRPr="00F5355E">
        <w:rPr>
          <w:rFonts w:asciiTheme="minorHAnsi" w:hAnsiTheme="minorHAnsi"/>
          <w:lang w:val="es-CL"/>
        </w:rPr>
        <w:t>eneral</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893"/>
      </w:tblGrid>
      <w:tr w:rsidR="006A1A83" w:rsidRPr="00F5355E" w14:paraId="63A25087" w14:textId="77777777" w:rsidTr="00ED19AC">
        <w:trPr>
          <w:trHeight w:val="1368"/>
          <w:jc w:val="center"/>
        </w:trPr>
        <w:tc>
          <w:tcPr>
            <w:tcW w:w="9893" w:type="dxa"/>
            <w:shd w:val="clear" w:color="auto" w:fill="FFF2CC"/>
            <w:tcMar>
              <w:top w:w="70" w:type="dxa"/>
              <w:left w:w="80" w:type="dxa"/>
              <w:bottom w:w="70" w:type="dxa"/>
              <w:right w:w="80" w:type="dxa"/>
            </w:tcMar>
            <w:vAlign w:val="center"/>
          </w:tcPr>
          <w:p w14:paraId="322D22E6" w14:textId="4090B4B5" w:rsidR="00D821D2" w:rsidRDefault="0049208A" w:rsidP="0000615F">
            <w:pPr>
              <w:spacing w:after="0" w:line="240" w:lineRule="auto"/>
              <w:jc w:val="both"/>
              <w:rPr>
                <w:rFonts w:asciiTheme="minorHAnsi" w:hAnsiTheme="minorHAnsi"/>
                <w:color w:val="000000"/>
                <w:lang w:val="es-CL"/>
              </w:rPr>
            </w:pPr>
            <w:r w:rsidRPr="00F5355E">
              <w:rPr>
                <w:rFonts w:asciiTheme="minorHAnsi" w:hAnsiTheme="minorHAnsi"/>
                <w:b/>
                <w:color w:val="17365D"/>
                <w:lang w:val="es-CL"/>
              </w:rPr>
              <w:t xml:space="preserve">INSTRUCCIÓN DE LLENADO (OBLIGATORIA): </w:t>
            </w:r>
            <w:r w:rsidRPr="00F5355E">
              <w:rPr>
                <w:rFonts w:asciiTheme="minorHAnsi" w:hAnsiTheme="minorHAnsi"/>
                <w:color w:val="000000"/>
                <w:lang w:val="es-CL"/>
              </w:rPr>
              <w:t xml:space="preserve">Formule en una sola oración la situación positiva que se espera alcanzar. El objetivo debe responder directamente al problema central y expresar la capacidad o el servicio municipal que se fortalecerá. </w:t>
            </w:r>
          </w:p>
          <w:p w14:paraId="3CC33DC3" w14:textId="77777777" w:rsidR="00F65C63" w:rsidRPr="00F5355E" w:rsidRDefault="00F65C63" w:rsidP="0000615F">
            <w:pPr>
              <w:spacing w:after="0" w:line="240" w:lineRule="auto"/>
              <w:jc w:val="both"/>
              <w:rPr>
                <w:rFonts w:asciiTheme="minorHAnsi" w:hAnsiTheme="minorHAnsi"/>
                <w:i/>
                <w:color w:val="7F7F7F"/>
                <w:lang w:val="es-CL"/>
              </w:rPr>
            </w:pPr>
          </w:p>
          <w:p w14:paraId="4C65612E" w14:textId="77777777" w:rsidR="006A1A83" w:rsidRPr="00F5355E" w:rsidRDefault="0049208A">
            <w:pPr>
              <w:spacing w:after="0" w:line="240" w:lineRule="auto"/>
              <w:rPr>
                <w:rFonts w:asciiTheme="minorHAnsi" w:hAnsiTheme="minorHAnsi"/>
                <w:i/>
                <w:color w:val="7F7F7F"/>
                <w:lang w:val="es-CL"/>
              </w:rPr>
            </w:pPr>
            <w:r w:rsidRPr="00F5355E">
              <w:rPr>
                <w:rFonts w:asciiTheme="minorHAnsi" w:hAnsiTheme="minorHAnsi"/>
                <w:i/>
                <w:color w:val="7F7F7F"/>
                <w:lang w:val="es-CL"/>
              </w:rPr>
              <w:t>[COMPLETAR]</w:t>
            </w:r>
          </w:p>
          <w:p w14:paraId="122B483C" w14:textId="77777777" w:rsidR="00E03FD5" w:rsidRPr="00F5355E" w:rsidRDefault="00E03FD5">
            <w:pPr>
              <w:spacing w:after="0" w:line="240" w:lineRule="auto"/>
              <w:rPr>
                <w:rFonts w:asciiTheme="minorHAnsi" w:hAnsiTheme="minorHAnsi"/>
                <w:i/>
                <w:color w:val="7F7F7F"/>
                <w:lang w:val="es-CL"/>
              </w:rPr>
            </w:pPr>
          </w:p>
          <w:p w14:paraId="5F01D056" w14:textId="022A773D" w:rsidR="00E03FD5" w:rsidRPr="00F5355E" w:rsidRDefault="00E03FD5">
            <w:pPr>
              <w:spacing w:after="0" w:line="240" w:lineRule="auto"/>
              <w:rPr>
                <w:rFonts w:asciiTheme="minorHAnsi" w:hAnsiTheme="minorHAnsi"/>
                <w:lang w:val="es-CL"/>
              </w:rPr>
            </w:pPr>
          </w:p>
        </w:tc>
      </w:tr>
    </w:tbl>
    <w:p w14:paraId="11F302BD" w14:textId="77777777" w:rsidR="00E03FD5" w:rsidRDefault="00E03FD5">
      <w:pPr>
        <w:pStyle w:val="SubtituloSinExpansion"/>
        <w:spacing w:before="0" w:after="0" w:line="240" w:lineRule="auto"/>
        <w:rPr>
          <w:rFonts w:asciiTheme="minorHAnsi" w:hAnsiTheme="minorHAnsi"/>
          <w:lang w:val="es-CL"/>
        </w:rPr>
      </w:pPr>
    </w:p>
    <w:p w14:paraId="6781A886" w14:textId="77777777" w:rsidR="00E27BF0" w:rsidRPr="00F5355E" w:rsidRDefault="00E27BF0">
      <w:pPr>
        <w:pStyle w:val="SubtituloSinExpansion"/>
        <w:spacing w:before="0" w:after="0" w:line="240" w:lineRule="auto"/>
        <w:rPr>
          <w:rFonts w:asciiTheme="minorHAnsi" w:hAnsiTheme="minorHAnsi"/>
          <w:lang w:val="es-CL"/>
        </w:rPr>
      </w:pPr>
    </w:p>
    <w:p w14:paraId="64F82A5A" w14:textId="07242D85" w:rsidR="006A1A83" w:rsidRPr="00F5355E" w:rsidRDefault="0049208A">
      <w:pPr>
        <w:pStyle w:val="SubtituloSinExpansion"/>
        <w:spacing w:before="0" w:after="0" w:line="240" w:lineRule="auto"/>
        <w:rPr>
          <w:rFonts w:asciiTheme="minorHAnsi" w:hAnsiTheme="minorHAnsi"/>
          <w:lang w:val="es-CL"/>
        </w:rPr>
      </w:pPr>
      <w:r w:rsidRPr="00F5355E">
        <w:rPr>
          <w:rFonts w:asciiTheme="minorHAnsi" w:hAnsiTheme="minorHAnsi"/>
          <w:lang w:val="es-CL"/>
        </w:rPr>
        <w:t xml:space="preserve">2.3 Objetivos </w:t>
      </w:r>
      <w:r w:rsidR="001B2138" w:rsidRPr="00F5355E">
        <w:rPr>
          <w:rFonts w:asciiTheme="minorHAnsi" w:hAnsiTheme="minorHAnsi"/>
          <w:lang w:val="es-CL"/>
        </w:rPr>
        <w:t>E</w:t>
      </w:r>
      <w:r w:rsidRPr="00F5355E">
        <w:rPr>
          <w:rFonts w:asciiTheme="minorHAnsi" w:hAnsiTheme="minorHAnsi"/>
          <w:lang w:val="es-CL"/>
        </w:rPr>
        <w:t>specíficos</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921"/>
      </w:tblGrid>
      <w:tr w:rsidR="006A1A83" w:rsidRPr="00F5355E" w14:paraId="1ADF62D2" w14:textId="77777777" w:rsidTr="00ED19AC">
        <w:trPr>
          <w:trHeight w:val="1512"/>
          <w:jc w:val="center"/>
        </w:trPr>
        <w:tc>
          <w:tcPr>
            <w:tcW w:w="9921" w:type="dxa"/>
            <w:shd w:val="clear" w:color="auto" w:fill="FFF2CC"/>
            <w:tcMar>
              <w:top w:w="70" w:type="dxa"/>
              <w:left w:w="80" w:type="dxa"/>
              <w:bottom w:w="70" w:type="dxa"/>
              <w:right w:w="80" w:type="dxa"/>
            </w:tcMar>
            <w:vAlign w:val="center"/>
          </w:tcPr>
          <w:p w14:paraId="1F7D9A56" w14:textId="77777777" w:rsidR="006A1A83" w:rsidRPr="00F5355E" w:rsidRDefault="0049208A" w:rsidP="0000615F">
            <w:pPr>
              <w:spacing w:after="0" w:line="240" w:lineRule="auto"/>
              <w:jc w:val="both"/>
              <w:rPr>
                <w:rFonts w:asciiTheme="minorHAnsi" w:hAnsiTheme="minorHAnsi"/>
                <w:lang w:val="es-CL"/>
              </w:rPr>
            </w:pPr>
            <w:r w:rsidRPr="00F5355E">
              <w:rPr>
                <w:rFonts w:asciiTheme="minorHAnsi" w:hAnsiTheme="minorHAnsi"/>
                <w:b/>
                <w:color w:val="17365D"/>
                <w:lang w:val="es-CL"/>
              </w:rPr>
              <w:t xml:space="preserve">INSTRUCCIÓN DE LLENADO (OBLIGATORIA): </w:t>
            </w:r>
            <w:r w:rsidRPr="00F5355E">
              <w:rPr>
                <w:rFonts w:asciiTheme="minorHAnsi" w:hAnsiTheme="minorHAnsi"/>
                <w:color w:val="000000"/>
                <w:lang w:val="es-CL"/>
              </w:rPr>
              <w:t>Defina entre dos y tres resultados concretos y verificables que permitan alcanzar el objetivo general. Utilice verbos en infinitivo y vincule cada objetivo con cobertura, oportunidad, continuidad, seguridad o capacidad operativa. No incluya actividades administrativas ni especificaciones del proceso de compra.</w:t>
            </w:r>
          </w:p>
          <w:p w14:paraId="12475F22" w14:textId="77777777" w:rsidR="00D821D2" w:rsidRPr="00F5355E" w:rsidRDefault="00D821D2">
            <w:pPr>
              <w:spacing w:after="0" w:line="240" w:lineRule="auto"/>
              <w:rPr>
                <w:rFonts w:asciiTheme="minorHAnsi" w:hAnsiTheme="minorHAnsi"/>
                <w:i/>
                <w:color w:val="7F7F7F"/>
                <w:lang w:val="es-CL"/>
              </w:rPr>
            </w:pPr>
          </w:p>
          <w:p w14:paraId="5950D3D3" w14:textId="77777777" w:rsidR="006A1A83" w:rsidRPr="00F5355E" w:rsidRDefault="0049208A">
            <w:pPr>
              <w:spacing w:after="0" w:line="240" w:lineRule="auto"/>
              <w:rPr>
                <w:rFonts w:asciiTheme="minorHAnsi" w:hAnsiTheme="minorHAnsi"/>
                <w:i/>
                <w:color w:val="7F7F7F"/>
                <w:lang w:val="es-CL"/>
              </w:rPr>
            </w:pPr>
            <w:r w:rsidRPr="00F5355E">
              <w:rPr>
                <w:rFonts w:asciiTheme="minorHAnsi" w:hAnsiTheme="minorHAnsi"/>
                <w:i/>
                <w:color w:val="7F7F7F"/>
                <w:lang w:val="es-CL"/>
              </w:rPr>
              <w:t>[COMPLETAR]</w:t>
            </w:r>
          </w:p>
          <w:p w14:paraId="30968E57" w14:textId="08A08CD4" w:rsidR="00E03FD5" w:rsidRPr="00F5355E" w:rsidRDefault="00E03FD5">
            <w:pPr>
              <w:spacing w:after="0" w:line="240" w:lineRule="auto"/>
              <w:rPr>
                <w:rFonts w:asciiTheme="minorHAnsi" w:hAnsiTheme="minorHAnsi"/>
                <w:lang w:val="es-CL"/>
              </w:rPr>
            </w:pPr>
          </w:p>
        </w:tc>
      </w:tr>
    </w:tbl>
    <w:p w14:paraId="0BD3B5D7" w14:textId="77777777" w:rsidR="00F04D91" w:rsidRDefault="00F04D91">
      <w:pPr>
        <w:pStyle w:val="TituloSeccionSinExpansion"/>
        <w:pBdr>
          <w:bottom w:val="single" w:sz="8" w:space="1" w:color="17365D"/>
        </w:pBdr>
        <w:spacing w:before="0" w:after="0" w:line="240" w:lineRule="auto"/>
        <w:rPr>
          <w:rFonts w:asciiTheme="minorHAnsi" w:hAnsiTheme="minorHAnsi"/>
          <w:lang w:val="es-CL"/>
        </w:rPr>
      </w:pPr>
    </w:p>
    <w:p w14:paraId="10A0722F" w14:textId="6E494472" w:rsidR="00BA185C" w:rsidRPr="00F5355E" w:rsidRDefault="0049208A">
      <w:pPr>
        <w:pStyle w:val="TituloSeccionSinExpansion"/>
        <w:pBdr>
          <w:bottom w:val="single" w:sz="8" w:space="1" w:color="17365D"/>
        </w:pBdr>
        <w:spacing w:before="0" w:after="0" w:line="240" w:lineRule="auto"/>
        <w:rPr>
          <w:rFonts w:asciiTheme="minorHAnsi" w:hAnsiTheme="minorHAnsi"/>
          <w:lang w:val="es-CL"/>
        </w:rPr>
      </w:pPr>
      <w:r w:rsidRPr="00F5355E">
        <w:rPr>
          <w:rFonts w:asciiTheme="minorHAnsi" w:hAnsiTheme="minorHAnsi"/>
          <w:lang w:val="es-CL"/>
        </w:rPr>
        <w:t>3. DIAGNÓSTICO DE LA SITUACIÓN ACTUAL</w:t>
      </w:r>
    </w:p>
    <w:p w14:paraId="76493476" w14:textId="7E5A2E11" w:rsidR="00BA185C" w:rsidRPr="00F5355E" w:rsidRDefault="0049208A">
      <w:pPr>
        <w:pStyle w:val="SubtituloSinExpansion"/>
        <w:spacing w:before="0" w:after="0" w:line="240" w:lineRule="auto"/>
        <w:rPr>
          <w:rFonts w:asciiTheme="minorHAnsi" w:hAnsiTheme="minorHAnsi"/>
          <w:lang w:val="es-CL"/>
        </w:rPr>
      </w:pPr>
      <w:r w:rsidRPr="00F5355E">
        <w:rPr>
          <w:rFonts w:asciiTheme="minorHAnsi" w:hAnsiTheme="minorHAnsi"/>
          <w:lang w:val="es-CL"/>
        </w:rPr>
        <w:t xml:space="preserve">3.1 Contexto </w:t>
      </w:r>
      <w:r w:rsidR="001B2138" w:rsidRPr="00F5355E">
        <w:rPr>
          <w:rFonts w:asciiTheme="minorHAnsi" w:hAnsiTheme="minorHAnsi"/>
          <w:lang w:val="es-CL"/>
        </w:rPr>
        <w:t>R</w:t>
      </w:r>
      <w:r w:rsidRPr="00F5355E">
        <w:rPr>
          <w:rFonts w:asciiTheme="minorHAnsi" w:hAnsiTheme="minorHAnsi"/>
          <w:lang w:val="es-CL"/>
        </w:rPr>
        <w:t>egional</w:t>
      </w:r>
    </w:p>
    <w:tbl>
      <w:tblPr>
        <w:tblW w:w="0" w:type="auto"/>
        <w:jc w:val="center"/>
        <w:tblLook w:val="04A0" w:firstRow="1" w:lastRow="0" w:firstColumn="1" w:lastColumn="0" w:noHBand="0" w:noVBand="1"/>
      </w:tblPr>
      <w:tblGrid>
        <w:gridCol w:w="9891"/>
      </w:tblGrid>
      <w:tr w:rsidR="00BA185C" w:rsidRPr="00F5355E" w14:paraId="38244146" w14:textId="77777777" w:rsidTr="00ED19AC">
        <w:trPr>
          <w:cantSplit/>
          <w:jc w:val="center"/>
        </w:trPr>
        <w:tc>
          <w:tcPr>
            <w:tcW w:w="9891" w:type="dxa"/>
            <w:tcBorders>
              <w:top w:val="single" w:sz="6" w:space="0" w:color="7F8C8D"/>
              <w:left w:val="single" w:sz="6" w:space="0" w:color="7F8C8D"/>
              <w:bottom w:val="single" w:sz="6" w:space="0" w:color="7F8C8D"/>
              <w:right w:val="single" w:sz="6" w:space="0" w:color="7F8C8D"/>
            </w:tcBorders>
            <w:shd w:val="clear" w:color="auto" w:fill="FFF2CC"/>
            <w:tcMar>
              <w:top w:w="70" w:type="dxa"/>
              <w:left w:w="80" w:type="dxa"/>
              <w:bottom w:w="70" w:type="dxa"/>
              <w:right w:w="80" w:type="dxa"/>
            </w:tcMar>
            <w:vAlign w:val="center"/>
          </w:tcPr>
          <w:p w14:paraId="36372342" w14:textId="77777777" w:rsidR="00BA185C" w:rsidRPr="00F04D91" w:rsidRDefault="0049208A" w:rsidP="00535F6C">
            <w:pPr>
              <w:spacing w:after="0" w:line="240" w:lineRule="auto"/>
              <w:jc w:val="both"/>
              <w:rPr>
                <w:rFonts w:asciiTheme="minorHAnsi" w:hAnsiTheme="minorHAnsi"/>
                <w:color w:val="1F1F1F"/>
                <w:szCs w:val="18"/>
                <w:lang w:val="es-CL"/>
              </w:rPr>
            </w:pPr>
            <w:r w:rsidRPr="00F04D91">
              <w:rPr>
                <w:rFonts w:asciiTheme="minorHAnsi" w:hAnsiTheme="minorHAnsi"/>
                <w:b/>
                <w:color w:val="17365D"/>
                <w:szCs w:val="18"/>
                <w:lang w:val="es-CL"/>
              </w:rPr>
              <w:t xml:space="preserve">INSTRUCCIÓN DE LLENADO (OBLIGATORIA): </w:t>
            </w:r>
            <w:r w:rsidRPr="00F04D91">
              <w:rPr>
                <w:rFonts w:asciiTheme="minorHAnsi" w:hAnsiTheme="minorHAnsi"/>
                <w:color w:val="1F1F1F"/>
                <w:szCs w:val="18"/>
                <w:lang w:val="es-CL"/>
              </w:rPr>
              <w:t xml:space="preserve">Resuma únicamente los antecedentes regionales del evento que se relacionan con el activo solicitado. Incluya fecha del evento, tipo de afectación, magnitud y fuente oficial. Evite copiar el informe regional completo. Para maquinaria vial, relacione cortes, socavones, barro o sedimentos; para camiones aljibe, interrupciones de agua; para </w:t>
            </w:r>
            <w:proofErr w:type="spellStart"/>
            <w:r w:rsidRPr="00F04D91">
              <w:rPr>
                <w:rFonts w:asciiTheme="minorHAnsi" w:hAnsiTheme="minorHAnsi"/>
                <w:color w:val="1F1F1F"/>
                <w:szCs w:val="18"/>
                <w:lang w:val="es-CL"/>
              </w:rPr>
              <w:t>limpiafosas</w:t>
            </w:r>
            <w:proofErr w:type="spellEnd"/>
            <w:r w:rsidRPr="00F04D91">
              <w:rPr>
                <w:rFonts w:asciiTheme="minorHAnsi" w:hAnsiTheme="minorHAnsi"/>
                <w:color w:val="1F1F1F"/>
                <w:szCs w:val="18"/>
                <w:lang w:val="es-CL"/>
              </w:rPr>
              <w:t>, afectación sanitaria; para vehículos, problemas de conectividad y acceso.</w:t>
            </w:r>
          </w:p>
          <w:p w14:paraId="0447A648" w14:textId="77777777" w:rsidR="00D821D2" w:rsidRPr="00F04D91" w:rsidRDefault="00D821D2" w:rsidP="00535F6C">
            <w:pPr>
              <w:spacing w:after="0" w:line="240" w:lineRule="auto"/>
              <w:jc w:val="both"/>
              <w:rPr>
                <w:rFonts w:asciiTheme="minorHAnsi" w:hAnsiTheme="minorHAnsi"/>
                <w:i/>
                <w:color w:val="7F7F7F"/>
                <w:szCs w:val="18"/>
                <w:lang w:val="es-CL"/>
              </w:rPr>
            </w:pPr>
          </w:p>
          <w:p w14:paraId="3908444D" w14:textId="77777777" w:rsidR="00D821D2" w:rsidRPr="00F04D91" w:rsidRDefault="00D821D2">
            <w:pPr>
              <w:spacing w:after="0" w:line="240" w:lineRule="auto"/>
              <w:rPr>
                <w:rFonts w:asciiTheme="minorHAnsi" w:hAnsiTheme="minorHAnsi"/>
                <w:i/>
                <w:color w:val="7F7F7F"/>
                <w:szCs w:val="18"/>
                <w:lang w:val="es-CL"/>
              </w:rPr>
            </w:pPr>
            <w:r w:rsidRPr="00F04D91">
              <w:rPr>
                <w:rFonts w:asciiTheme="minorHAnsi" w:hAnsiTheme="minorHAnsi"/>
                <w:i/>
                <w:color w:val="7F7F7F"/>
                <w:szCs w:val="18"/>
                <w:lang w:val="es-CL"/>
              </w:rPr>
              <w:t>[COMPLETAR]</w:t>
            </w:r>
          </w:p>
          <w:p w14:paraId="716E8654" w14:textId="57196514" w:rsidR="00E03FD5" w:rsidRPr="00F04D91" w:rsidRDefault="00E03FD5">
            <w:pPr>
              <w:spacing w:after="0" w:line="240" w:lineRule="auto"/>
              <w:rPr>
                <w:rFonts w:asciiTheme="minorHAnsi" w:hAnsiTheme="minorHAnsi"/>
                <w:szCs w:val="18"/>
                <w:lang w:val="es-CL"/>
              </w:rPr>
            </w:pPr>
          </w:p>
        </w:tc>
      </w:tr>
    </w:tbl>
    <w:p w14:paraId="61E8DE8A" w14:textId="77777777" w:rsidR="00BA185C" w:rsidRPr="00F5355E" w:rsidRDefault="00BA185C">
      <w:pPr>
        <w:spacing w:after="40" w:line="252" w:lineRule="auto"/>
        <w:rPr>
          <w:rFonts w:asciiTheme="minorHAnsi" w:hAnsiTheme="minorHAnsi"/>
          <w:lang w:val="es-CL"/>
        </w:rPr>
      </w:pPr>
    </w:p>
    <w:p w14:paraId="12FC0E26" w14:textId="77777777" w:rsidR="00BA185C" w:rsidRPr="00F5355E" w:rsidRDefault="00BA185C">
      <w:pPr>
        <w:spacing w:after="40" w:line="252" w:lineRule="auto"/>
        <w:rPr>
          <w:rFonts w:asciiTheme="minorHAnsi" w:hAnsiTheme="minorHAnsi"/>
          <w:lang w:val="es-CL"/>
        </w:rPr>
      </w:pPr>
    </w:p>
    <w:p w14:paraId="6AB78505" w14:textId="5199092B" w:rsidR="00BA185C" w:rsidRPr="00F5355E" w:rsidRDefault="0049208A">
      <w:pPr>
        <w:pStyle w:val="SubtituloSinExpansion"/>
        <w:spacing w:before="0" w:after="0" w:line="240" w:lineRule="auto"/>
        <w:rPr>
          <w:rFonts w:asciiTheme="minorHAnsi" w:hAnsiTheme="minorHAnsi"/>
          <w:lang w:val="es-CL"/>
        </w:rPr>
      </w:pPr>
      <w:r w:rsidRPr="00F5355E">
        <w:rPr>
          <w:rFonts w:asciiTheme="minorHAnsi" w:hAnsiTheme="minorHAnsi"/>
          <w:lang w:val="es-CL"/>
        </w:rPr>
        <w:t xml:space="preserve">3.2 </w:t>
      </w:r>
      <w:r w:rsidR="000E34D6">
        <w:rPr>
          <w:rFonts w:asciiTheme="minorHAnsi" w:hAnsiTheme="minorHAnsi"/>
          <w:lang w:val="es-CL"/>
        </w:rPr>
        <w:t>Situación de la Comuna</w:t>
      </w:r>
      <w:r w:rsidR="00ED19AC">
        <w:rPr>
          <w:rFonts w:asciiTheme="minorHAnsi" w:hAnsiTheme="minorHAnsi"/>
          <w:lang w:val="es-CL"/>
        </w:rPr>
        <w:t xml:space="preserve">, </w:t>
      </w:r>
      <w:r w:rsidR="00BB6998" w:rsidRPr="00F5355E">
        <w:rPr>
          <w:rFonts w:asciiTheme="minorHAnsi" w:hAnsiTheme="minorHAnsi"/>
          <w:lang w:val="es-CL"/>
        </w:rPr>
        <w:t>Mapa Referencial y Evidencia Fotográfica</w:t>
      </w:r>
    </w:p>
    <w:tbl>
      <w:tblPr>
        <w:tblW w:w="0" w:type="auto"/>
        <w:jc w:val="center"/>
        <w:tblLook w:val="04A0" w:firstRow="1" w:lastRow="0" w:firstColumn="1" w:lastColumn="0" w:noHBand="0" w:noVBand="1"/>
      </w:tblPr>
      <w:tblGrid>
        <w:gridCol w:w="9855"/>
      </w:tblGrid>
      <w:tr w:rsidR="00BA185C" w:rsidRPr="00ED1331" w14:paraId="78624630" w14:textId="77777777" w:rsidTr="00ED19AC">
        <w:trPr>
          <w:cantSplit/>
          <w:jc w:val="center"/>
        </w:trPr>
        <w:tc>
          <w:tcPr>
            <w:tcW w:w="9855" w:type="dxa"/>
            <w:tcBorders>
              <w:top w:val="single" w:sz="6" w:space="0" w:color="7F8C8D"/>
              <w:left w:val="single" w:sz="6" w:space="0" w:color="7F8C8D"/>
              <w:bottom w:val="single" w:sz="6" w:space="0" w:color="7F8C8D"/>
              <w:right w:val="single" w:sz="6" w:space="0" w:color="7F8C8D"/>
            </w:tcBorders>
            <w:shd w:val="clear" w:color="auto" w:fill="FFF2CC"/>
            <w:tcMar>
              <w:top w:w="70" w:type="dxa"/>
              <w:left w:w="80" w:type="dxa"/>
              <w:bottom w:w="70" w:type="dxa"/>
              <w:right w:w="80" w:type="dxa"/>
            </w:tcMar>
            <w:vAlign w:val="center"/>
          </w:tcPr>
          <w:p w14:paraId="037F9F01" w14:textId="6D9D27C0" w:rsidR="00BA185C" w:rsidRPr="00F94867" w:rsidRDefault="0049208A" w:rsidP="00535F6C">
            <w:pPr>
              <w:spacing w:after="0" w:line="240" w:lineRule="auto"/>
              <w:jc w:val="both"/>
              <w:rPr>
                <w:rFonts w:asciiTheme="minorHAnsi" w:hAnsiTheme="minorHAnsi"/>
                <w:color w:val="1F1F1F"/>
                <w:szCs w:val="18"/>
                <w:lang w:val="es-CL"/>
              </w:rPr>
            </w:pPr>
            <w:r w:rsidRPr="00F94867">
              <w:rPr>
                <w:rFonts w:asciiTheme="minorHAnsi" w:hAnsiTheme="minorHAnsi"/>
                <w:b/>
                <w:color w:val="17365D"/>
                <w:szCs w:val="18"/>
                <w:lang w:val="es-CL"/>
              </w:rPr>
              <w:t xml:space="preserve">INSTRUCCIÓN DE LLENADO (OBLIGATORIA): </w:t>
            </w:r>
            <w:r w:rsidRPr="00F94867">
              <w:rPr>
                <w:rFonts w:asciiTheme="minorHAnsi" w:hAnsiTheme="minorHAnsi"/>
                <w:color w:val="1F1F1F"/>
                <w:szCs w:val="18"/>
                <w:lang w:val="es-CL"/>
              </w:rPr>
              <w:t>Describa solo las características comunales que inciden en la necesidad del activo: superficie, población, ruralidad, dispersión de localidades, topografía, red vial, distancia entre sectores, accesibilidad, amenazas y población vulnerable. Cada dato debe incluir fuente y año.</w:t>
            </w:r>
            <w:r w:rsidR="00ED19AC" w:rsidRPr="00F94867">
              <w:rPr>
                <w:rFonts w:asciiTheme="minorHAnsi" w:hAnsiTheme="minorHAnsi"/>
                <w:color w:val="1F1F1F"/>
                <w:szCs w:val="18"/>
                <w:lang w:val="es-CL"/>
              </w:rPr>
              <w:t xml:space="preserve"> Inserte un mapa comunal legible que identifique localidades, rutas y sectores afectados o priorizados. Las fotografías deben incluir pie de foto con lugar, fecha y fuente. No use imágenes sin relación directa con el diagnóstico</w:t>
            </w:r>
          </w:p>
          <w:p w14:paraId="0B8671F7" w14:textId="77777777" w:rsidR="00D821D2" w:rsidRPr="00F94867" w:rsidRDefault="00D821D2" w:rsidP="00535F6C">
            <w:pPr>
              <w:spacing w:after="0" w:line="240" w:lineRule="auto"/>
              <w:jc w:val="both"/>
              <w:rPr>
                <w:rFonts w:asciiTheme="minorHAnsi" w:hAnsiTheme="minorHAnsi"/>
                <w:i/>
                <w:color w:val="7F7F7F"/>
                <w:szCs w:val="18"/>
                <w:lang w:val="es-CL"/>
              </w:rPr>
            </w:pPr>
          </w:p>
          <w:p w14:paraId="1D8C9420" w14:textId="77777777" w:rsidR="009E7513" w:rsidRPr="00F94867" w:rsidRDefault="00D821D2" w:rsidP="00535F6C">
            <w:pPr>
              <w:spacing w:after="0" w:line="240" w:lineRule="auto"/>
              <w:jc w:val="both"/>
              <w:rPr>
                <w:rFonts w:asciiTheme="minorHAnsi" w:hAnsiTheme="minorHAnsi"/>
                <w:i/>
                <w:color w:val="7F7F7F"/>
                <w:szCs w:val="18"/>
                <w:lang w:val="es-CL"/>
              </w:rPr>
            </w:pPr>
            <w:r w:rsidRPr="00F94867">
              <w:rPr>
                <w:rFonts w:asciiTheme="minorHAnsi" w:hAnsiTheme="minorHAnsi"/>
                <w:i/>
                <w:color w:val="7F7F7F"/>
                <w:szCs w:val="18"/>
                <w:lang w:val="es-CL"/>
              </w:rPr>
              <w:t>[COMPLETAR]</w:t>
            </w:r>
          </w:p>
          <w:p w14:paraId="1D76FA05" w14:textId="4BC2CEDA" w:rsidR="00E03FD5" w:rsidRPr="00F94867" w:rsidRDefault="00E03FD5">
            <w:pPr>
              <w:spacing w:after="0" w:line="240" w:lineRule="auto"/>
              <w:rPr>
                <w:rFonts w:asciiTheme="minorHAnsi" w:hAnsiTheme="minorHAnsi"/>
                <w:szCs w:val="18"/>
                <w:lang w:val="es-CL"/>
              </w:rPr>
            </w:pPr>
          </w:p>
        </w:tc>
      </w:tr>
    </w:tbl>
    <w:p w14:paraId="6D2B9E5D" w14:textId="77777777" w:rsidR="00BA185C" w:rsidRPr="00F5355E" w:rsidRDefault="00BA185C">
      <w:pPr>
        <w:spacing w:after="40" w:line="252" w:lineRule="auto"/>
        <w:rPr>
          <w:rFonts w:asciiTheme="minorHAnsi" w:hAnsiTheme="minorHAnsi"/>
          <w:lang w:val="es-CL"/>
        </w:rPr>
      </w:pPr>
    </w:p>
    <w:p w14:paraId="7569DA01" w14:textId="77777777" w:rsidR="00BA185C" w:rsidRPr="00F5355E" w:rsidRDefault="00BA185C">
      <w:pPr>
        <w:spacing w:after="40" w:line="252" w:lineRule="auto"/>
        <w:rPr>
          <w:rFonts w:asciiTheme="minorHAnsi" w:hAnsiTheme="minorHAnsi"/>
          <w:lang w:val="es-CL"/>
        </w:rPr>
      </w:pPr>
    </w:p>
    <w:p w14:paraId="78DD5C9C" w14:textId="22771D9D" w:rsidR="00BA185C" w:rsidRPr="00F5355E" w:rsidRDefault="0049208A">
      <w:pPr>
        <w:pStyle w:val="SubtituloSinExpansion"/>
        <w:spacing w:before="0" w:after="0" w:line="240" w:lineRule="auto"/>
        <w:rPr>
          <w:rFonts w:asciiTheme="minorHAnsi" w:hAnsiTheme="minorHAnsi"/>
          <w:lang w:val="es-CL"/>
        </w:rPr>
      </w:pPr>
      <w:r w:rsidRPr="00F5355E">
        <w:rPr>
          <w:rFonts w:asciiTheme="minorHAnsi" w:hAnsiTheme="minorHAnsi"/>
          <w:lang w:val="es-CL"/>
        </w:rPr>
        <w:t xml:space="preserve">3.3 Situación </w:t>
      </w:r>
      <w:r w:rsidR="001B2138" w:rsidRPr="00F5355E">
        <w:rPr>
          <w:rFonts w:asciiTheme="minorHAnsi" w:hAnsiTheme="minorHAnsi"/>
          <w:lang w:val="es-CL"/>
        </w:rPr>
        <w:t>O</w:t>
      </w:r>
      <w:r w:rsidRPr="00F5355E">
        <w:rPr>
          <w:rFonts w:asciiTheme="minorHAnsi" w:hAnsiTheme="minorHAnsi"/>
          <w:lang w:val="es-CL"/>
        </w:rPr>
        <w:t xml:space="preserve">perativa </w:t>
      </w:r>
      <w:r w:rsidR="001B2138" w:rsidRPr="00F5355E">
        <w:rPr>
          <w:rFonts w:asciiTheme="minorHAnsi" w:hAnsiTheme="minorHAnsi"/>
          <w:lang w:val="es-CL"/>
        </w:rPr>
        <w:t>M</w:t>
      </w:r>
      <w:r w:rsidRPr="00F5355E">
        <w:rPr>
          <w:rFonts w:asciiTheme="minorHAnsi" w:hAnsiTheme="minorHAnsi"/>
          <w:lang w:val="es-CL"/>
        </w:rPr>
        <w:t xml:space="preserve">unicipal y </w:t>
      </w:r>
      <w:r w:rsidR="001B2138" w:rsidRPr="00F5355E">
        <w:rPr>
          <w:rFonts w:asciiTheme="minorHAnsi" w:hAnsiTheme="minorHAnsi"/>
          <w:lang w:val="es-CL"/>
        </w:rPr>
        <w:t>O</w:t>
      </w:r>
      <w:r w:rsidRPr="00F5355E">
        <w:rPr>
          <w:rFonts w:asciiTheme="minorHAnsi" w:hAnsiTheme="minorHAnsi"/>
          <w:lang w:val="es-CL"/>
        </w:rPr>
        <w:t xml:space="preserve">ferta </w:t>
      </w:r>
      <w:r w:rsidR="001B2138" w:rsidRPr="00F5355E">
        <w:rPr>
          <w:rFonts w:asciiTheme="minorHAnsi" w:hAnsiTheme="minorHAnsi"/>
          <w:lang w:val="es-CL"/>
        </w:rPr>
        <w:t>E</w:t>
      </w:r>
      <w:r w:rsidRPr="00F5355E">
        <w:rPr>
          <w:rFonts w:asciiTheme="minorHAnsi" w:hAnsiTheme="minorHAnsi"/>
          <w:lang w:val="es-CL"/>
        </w:rPr>
        <w:t>xistente</w:t>
      </w:r>
    </w:p>
    <w:tbl>
      <w:tblPr>
        <w:tblW w:w="0" w:type="auto"/>
        <w:jc w:val="center"/>
        <w:tblLook w:val="04A0" w:firstRow="1" w:lastRow="0" w:firstColumn="1" w:lastColumn="0" w:noHBand="0" w:noVBand="1"/>
      </w:tblPr>
      <w:tblGrid>
        <w:gridCol w:w="9876"/>
      </w:tblGrid>
      <w:tr w:rsidR="00BA185C" w:rsidRPr="00F5355E" w14:paraId="520E59C3" w14:textId="77777777" w:rsidTr="00ED19AC">
        <w:trPr>
          <w:cantSplit/>
          <w:jc w:val="center"/>
        </w:trPr>
        <w:tc>
          <w:tcPr>
            <w:tcW w:w="9876" w:type="dxa"/>
            <w:tcBorders>
              <w:top w:val="single" w:sz="6" w:space="0" w:color="7F8C8D"/>
              <w:left w:val="single" w:sz="6" w:space="0" w:color="7F8C8D"/>
              <w:bottom w:val="single" w:sz="6" w:space="0" w:color="7F8C8D"/>
              <w:right w:val="single" w:sz="6" w:space="0" w:color="7F8C8D"/>
            </w:tcBorders>
            <w:shd w:val="clear" w:color="auto" w:fill="FFF2CC"/>
            <w:tcMar>
              <w:top w:w="70" w:type="dxa"/>
              <w:left w:w="80" w:type="dxa"/>
              <w:bottom w:w="70" w:type="dxa"/>
              <w:right w:w="80" w:type="dxa"/>
            </w:tcMar>
            <w:vAlign w:val="center"/>
          </w:tcPr>
          <w:p w14:paraId="60F86F6A" w14:textId="77777777" w:rsidR="000362F3" w:rsidRDefault="00B22738" w:rsidP="00535F6C">
            <w:pPr>
              <w:spacing w:after="0" w:line="240" w:lineRule="auto"/>
              <w:jc w:val="both"/>
              <w:rPr>
                <w:rFonts w:asciiTheme="minorHAnsi" w:hAnsiTheme="minorHAnsi"/>
                <w:lang w:val="es-CL"/>
              </w:rPr>
            </w:pPr>
            <w:r w:rsidRPr="00366281">
              <w:rPr>
                <w:rFonts w:asciiTheme="minorHAnsi" w:hAnsiTheme="minorHAnsi"/>
                <w:b/>
                <w:color w:val="17365D"/>
                <w:sz w:val="16"/>
                <w:lang w:val="es-CL"/>
              </w:rPr>
              <w:t>INSTRUCCIÓN DE LLENADO (OBLIGATORIA):</w:t>
            </w:r>
            <w:r w:rsidRPr="00F5355E">
              <w:rPr>
                <w:rFonts w:asciiTheme="minorHAnsi" w:hAnsiTheme="minorHAnsi"/>
                <w:lang w:val="es-CL"/>
              </w:rPr>
              <w:t xml:space="preserve"> Para ADQUISICIÓN, describa cómo se atiende la necesidad sin el activo, mediante procesos manuales, arriendos, convenios o terceros, y cuantifique las brechas. Para REPOSICIÓN, detalle el desempeño del activo existente, fallas, mantenciones, días fuera de servicio, costos y restricciones. Distinga la dotación total de la oferta efectivamente disponible para la función del proyecto.</w:t>
            </w:r>
          </w:p>
          <w:p w14:paraId="25CD8EB7" w14:textId="77777777" w:rsidR="002B7A17" w:rsidRDefault="002B7A17" w:rsidP="00535F6C">
            <w:pPr>
              <w:spacing w:after="0" w:line="240" w:lineRule="auto"/>
              <w:jc w:val="both"/>
              <w:rPr>
                <w:rFonts w:asciiTheme="minorHAnsi" w:hAnsiTheme="minorHAnsi"/>
                <w:lang w:val="es-CL"/>
              </w:rPr>
            </w:pPr>
          </w:p>
          <w:p w14:paraId="59E8C1CB" w14:textId="77777777" w:rsidR="002B7A17" w:rsidRPr="00F5355E" w:rsidRDefault="002B7A17" w:rsidP="002B7A17">
            <w:pPr>
              <w:spacing w:after="0" w:line="240" w:lineRule="auto"/>
              <w:jc w:val="both"/>
              <w:rPr>
                <w:rFonts w:asciiTheme="minorHAnsi" w:hAnsiTheme="minorHAnsi"/>
                <w:i/>
                <w:color w:val="7F7F7F"/>
                <w:lang w:val="es-CL"/>
              </w:rPr>
            </w:pPr>
            <w:r w:rsidRPr="00F5355E">
              <w:rPr>
                <w:rFonts w:asciiTheme="minorHAnsi" w:hAnsiTheme="minorHAnsi"/>
                <w:i/>
                <w:color w:val="7F7F7F"/>
                <w:lang w:val="es-CL"/>
              </w:rPr>
              <w:t>[COMPLETAR]</w:t>
            </w:r>
          </w:p>
          <w:p w14:paraId="37C7FC1A" w14:textId="4F20065F" w:rsidR="002B7A17" w:rsidRPr="00F5355E" w:rsidRDefault="002B7A17" w:rsidP="00535F6C">
            <w:pPr>
              <w:spacing w:after="0" w:line="240" w:lineRule="auto"/>
              <w:jc w:val="both"/>
              <w:rPr>
                <w:rFonts w:asciiTheme="minorHAnsi" w:hAnsiTheme="minorHAnsi"/>
                <w:lang w:val="es-CL"/>
              </w:rPr>
            </w:pPr>
          </w:p>
        </w:tc>
      </w:tr>
    </w:tbl>
    <w:p w14:paraId="0B967325" w14:textId="77777777" w:rsidR="00BA185C" w:rsidRPr="00F5355E" w:rsidRDefault="00BA185C">
      <w:pPr>
        <w:spacing w:after="40" w:line="252" w:lineRule="auto"/>
        <w:rPr>
          <w:rFonts w:asciiTheme="minorHAnsi" w:hAnsiTheme="minorHAnsi"/>
          <w:lang w:val="es-CL"/>
        </w:rPr>
      </w:pPr>
    </w:p>
    <w:p w14:paraId="4756CD8C" w14:textId="77777777" w:rsidR="00BA185C" w:rsidRPr="00F5355E" w:rsidRDefault="00BA185C">
      <w:pPr>
        <w:spacing w:after="40" w:line="252" w:lineRule="auto"/>
        <w:rPr>
          <w:rFonts w:asciiTheme="minorHAnsi" w:hAnsiTheme="minorHAnsi"/>
          <w:lang w:val="es-CL"/>
        </w:rPr>
      </w:pPr>
    </w:p>
    <w:p w14:paraId="681861C7" w14:textId="7D767732" w:rsidR="00BA185C" w:rsidRPr="00F5355E" w:rsidRDefault="0049208A">
      <w:pPr>
        <w:pStyle w:val="SubtituloSinExpansion"/>
        <w:spacing w:before="0" w:after="0" w:line="240" w:lineRule="auto"/>
        <w:rPr>
          <w:rFonts w:asciiTheme="minorHAnsi" w:hAnsiTheme="minorHAnsi"/>
          <w:lang w:val="es-CL"/>
        </w:rPr>
      </w:pPr>
      <w:r w:rsidRPr="00F5355E">
        <w:rPr>
          <w:rFonts w:asciiTheme="minorHAnsi" w:hAnsiTheme="minorHAnsi"/>
          <w:lang w:val="es-CL"/>
        </w:rPr>
        <w:t>3.</w:t>
      </w:r>
      <w:r w:rsidR="00ED19AC">
        <w:rPr>
          <w:rFonts w:asciiTheme="minorHAnsi" w:hAnsiTheme="minorHAnsi"/>
          <w:lang w:val="es-CL"/>
        </w:rPr>
        <w:t>4</w:t>
      </w:r>
      <w:r w:rsidRPr="00F5355E">
        <w:rPr>
          <w:rFonts w:asciiTheme="minorHAnsi" w:hAnsiTheme="minorHAnsi"/>
          <w:lang w:val="es-CL"/>
        </w:rPr>
        <w:t xml:space="preserve"> Catastro </w:t>
      </w:r>
      <w:r w:rsidR="004F0B94" w:rsidRPr="00F5355E">
        <w:rPr>
          <w:rFonts w:asciiTheme="minorHAnsi" w:hAnsiTheme="minorHAnsi"/>
          <w:lang w:val="es-CL"/>
        </w:rPr>
        <w:t>C</w:t>
      </w:r>
      <w:r w:rsidRPr="00F5355E">
        <w:rPr>
          <w:rFonts w:asciiTheme="minorHAnsi" w:hAnsiTheme="minorHAnsi"/>
          <w:lang w:val="es-CL"/>
        </w:rPr>
        <w:t xml:space="preserve">omunal de la </w:t>
      </w:r>
      <w:r w:rsidR="004F0B94" w:rsidRPr="00F5355E">
        <w:rPr>
          <w:rFonts w:asciiTheme="minorHAnsi" w:hAnsiTheme="minorHAnsi"/>
          <w:lang w:val="es-CL"/>
        </w:rPr>
        <w:t>E</w:t>
      </w:r>
      <w:r w:rsidRPr="00F5355E">
        <w:rPr>
          <w:rFonts w:asciiTheme="minorHAnsi" w:hAnsiTheme="minorHAnsi"/>
          <w:lang w:val="es-CL"/>
        </w:rPr>
        <w:t>mergencia</w:t>
      </w:r>
    </w:p>
    <w:tbl>
      <w:tblPr>
        <w:tblW w:w="0" w:type="auto"/>
        <w:jc w:val="center"/>
        <w:tblLook w:val="04A0" w:firstRow="1" w:lastRow="0" w:firstColumn="1" w:lastColumn="0" w:noHBand="0" w:noVBand="1"/>
      </w:tblPr>
      <w:tblGrid>
        <w:gridCol w:w="9861"/>
      </w:tblGrid>
      <w:tr w:rsidR="00BA185C" w:rsidRPr="00F5355E" w14:paraId="6B8A901D" w14:textId="77777777" w:rsidTr="00ED19AC">
        <w:trPr>
          <w:cantSplit/>
          <w:jc w:val="center"/>
        </w:trPr>
        <w:tc>
          <w:tcPr>
            <w:tcW w:w="9861" w:type="dxa"/>
            <w:tcBorders>
              <w:top w:val="single" w:sz="6" w:space="0" w:color="7F8C8D"/>
              <w:left w:val="single" w:sz="6" w:space="0" w:color="7F8C8D"/>
              <w:bottom w:val="single" w:sz="6" w:space="0" w:color="7F8C8D"/>
              <w:right w:val="single" w:sz="6" w:space="0" w:color="7F8C8D"/>
            </w:tcBorders>
            <w:shd w:val="clear" w:color="auto" w:fill="FFF2CC"/>
            <w:tcMar>
              <w:top w:w="70" w:type="dxa"/>
              <w:left w:w="80" w:type="dxa"/>
              <w:bottom w:w="70" w:type="dxa"/>
              <w:right w:w="80" w:type="dxa"/>
            </w:tcMar>
            <w:vAlign w:val="center"/>
          </w:tcPr>
          <w:p w14:paraId="325AFD35" w14:textId="26090D78" w:rsidR="00D95137" w:rsidRDefault="0049208A" w:rsidP="007B4C0E">
            <w:pPr>
              <w:spacing w:after="0" w:line="240" w:lineRule="auto"/>
              <w:jc w:val="both"/>
              <w:rPr>
                <w:rFonts w:asciiTheme="minorHAnsi" w:hAnsiTheme="minorHAnsi"/>
                <w:color w:val="1F1F1F"/>
                <w:szCs w:val="18"/>
                <w:lang w:val="es-CL"/>
              </w:rPr>
            </w:pPr>
            <w:r w:rsidRPr="009F0133">
              <w:rPr>
                <w:rFonts w:asciiTheme="minorHAnsi" w:hAnsiTheme="minorHAnsi"/>
                <w:b/>
                <w:color w:val="17365D"/>
                <w:szCs w:val="18"/>
                <w:lang w:val="es-CL"/>
              </w:rPr>
              <w:t xml:space="preserve">INSTRUCCIÓN DE LLENADO (OBLIGATORIA): </w:t>
            </w:r>
            <w:r w:rsidRPr="009F0133">
              <w:rPr>
                <w:rFonts w:asciiTheme="minorHAnsi" w:hAnsiTheme="minorHAnsi"/>
                <w:color w:val="1F1F1F"/>
                <w:szCs w:val="18"/>
                <w:lang w:val="es-CL"/>
              </w:rPr>
              <w:t xml:space="preserve">Complete únicamente las variables respaldadas por fuentes oficiales o municipales. Puede agregar o eliminar filas según el tipo de emergencia y el activo solicitado. </w:t>
            </w:r>
          </w:p>
          <w:p w14:paraId="44FF93E4" w14:textId="77777777" w:rsidR="00D95137" w:rsidRPr="009F0133" w:rsidRDefault="00D95137" w:rsidP="007B4C0E">
            <w:pPr>
              <w:spacing w:after="0" w:line="240" w:lineRule="auto"/>
              <w:jc w:val="both"/>
              <w:rPr>
                <w:rFonts w:asciiTheme="minorHAnsi" w:hAnsiTheme="minorHAnsi"/>
                <w:color w:val="1F1F1F"/>
                <w:szCs w:val="18"/>
                <w:lang w:val="es-CL"/>
              </w:rPr>
            </w:pPr>
          </w:p>
          <w:p w14:paraId="7B1289AB" w14:textId="77777777" w:rsidR="00D821D2" w:rsidRPr="009F0133" w:rsidRDefault="00D821D2" w:rsidP="007B4C0E">
            <w:pPr>
              <w:spacing w:after="0" w:line="240" w:lineRule="auto"/>
              <w:jc w:val="both"/>
              <w:rPr>
                <w:rFonts w:asciiTheme="minorHAnsi" w:hAnsiTheme="minorHAnsi"/>
                <w:i/>
                <w:color w:val="7F7F7F"/>
                <w:szCs w:val="18"/>
                <w:lang w:val="es-CL"/>
              </w:rPr>
            </w:pPr>
            <w:r w:rsidRPr="009F0133">
              <w:rPr>
                <w:rFonts w:asciiTheme="minorHAnsi" w:hAnsiTheme="minorHAnsi"/>
                <w:i/>
                <w:color w:val="7F7F7F"/>
                <w:szCs w:val="18"/>
                <w:lang w:val="es-CL"/>
              </w:rPr>
              <w:t>[COMPLETAR]</w:t>
            </w:r>
          </w:p>
          <w:p w14:paraId="0D9989BA" w14:textId="77777777" w:rsidR="00AA1319" w:rsidRDefault="00AA1319">
            <w:pPr>
              <w:spacing w:after="0" w:line="240" w:lineRule="auto"/>
              <w:rPr>
                <w:rFonts w:asciiTheme="minorHAnsi" w:hAnsiTheme="minorHAnsi"/>
                <w:lang w:val="es-CL"/>
              </w:rPr>
            </w:pPr>
          </w:p>
          <w:tbl>
            <w:tblPr>
              <w:tblW w:w="0" w:type="auto"/>
              <w:jc w:val="center"/>
              <w:tblLook w:val="04A0" w:firstRow="1" w:lastRow="0" w:firstColumn="1" w:lastColumn="0" w:noHBand="0" w:noVBand="1"/>
            </w:tblPr>
            <w:tblGrid>
              <w:gridCol w:w="4393"/>
              <w:gridCol w:w="2776"/>
            </w:tblGrid>
            <w:tr w:rsidR="00AA1319" w:rsidRPr="00F5355E" w14:paraId="29271447" w14:textId="77777777" w:rsidTr="00541AEC">
              <w:trPr>
                <w:cantSplit/>
                <w:tblHeader/>
                <w:jc w:val="center"/>
              </w:trPr>
              <w:tc>
                <w:tcPr>
                  <w:tcW w:w="4393" w:type="dxa"/>
                  <w:tcBorders>
                    <w:top w:val="single" w:sz="4" w:space="0" w:color="7F8C8D"/>
                    <w:left w:val="single" w:sz="4" w:space="0" w:color="7F8C8D"/>
                    <w:bottom w:val="single" w:sz="4" w:space="0" w:color="7F8C8D"/>
                    <w:right w:val="single" w:sz="4" w:space="0" w:color="7F8C8D"/>
                  </w:tcBorders>
                  <w:shd w:val="clear" w:color="auto" w:fill="17365D"/>
                  <w:tcMar>
                    <w:top w:w="70" w:type="dxa"/>
                    <w:left w:w="80" w:type="dxa"/>
                    <w:bottom w:w="70" w:type="dxa"/>
                    <w:right w:w="80" w:type="dxa"/>
                  </w:tcMar>
                  <w:vAlign w:val="center"/>
                </w:tcPr>
                <w:p w14:paraId="032F479A" w14:textId="77777777" w:rsidR="00AA1319" w:rsidRPr="00F5355E" w:rsidRDefault="00AA1319" w:rsidP="00AA1319">
                  <w:pPr>
                    <w:spacing w:after="0" w:line="240" w:lineRule="auto"/>
                    <w:jc w:val="center"/>
                    <w:rPr>
                      <w:rFonts w:asciiTheme="minorHAnsi" w:hAnsiTheme="minorHAnsi"/>
                      <w:lang w:val="es-CL"/>
                    </w:rPr>
                  </w:pPr>
                  <w:r w:rsidRPr="00F5355E">
                    <w:rPr>
                      <w:rFonts w:asciiTheme="minorHAnsi" w:hAnsiTheme="minorHAnsi"/>
                      <w:b/>
                      <w:color w:val="FFFFFF"/>
                      <w:sz w:val="17"/>
                      <w:lang w:val="es-CL"/>
                    </w:rPr>
                    <w:t>Variable</w:t>
                  </w:r>
                </w:p>
              </w:tc>
              <w:tc>
                <w:tcPr>
                  <w:tcW w:w="2776" w:type="dxa"/>
                  <w:tcBorders>
                    <w:top w:val="single" w:sz="4" w:space="0" w:color="7F8C8D"/>
                    <w:left w:val="single" w:sz="4" w:space="0" w:color="7F8C8D"/>
                    <w:bottom w:val="single" w:sz="4" w:space="0" w:color="7F8C8D"/>
                    <w:right w:val="single" w:sz="4" w:space="0" w:color="7F8C8D"/>
                  </w:tcBorders>
                  <w:shd w:val="clear" w:color="auto" w:fill="17365D"/>
                  <w:tcMar>
                    <w:top w:w="70" w:type="dxa"/>
                    <w:left w:w="80" w:type="dxa"/>
                    <w:bottom w:w="70" w:type="dxa"/>
                    <w:right w:w="80" w:type="dxa"/>
                  </w:tcMar>
                  <w:vAlign w:val="center"/>
                </w:tcPr>
                <w:p w14:paraId="47DA9F89" w14:textId="77777777" w:rsidR="00AA1319" w:rsidRPr="00F5355E" w:rsidRDefault="00AA1319" w:rsidP="00AA1319">
                  <w:pPr>
                    <w:spacing w:after="0" w:line="240" w:lineRule="auto"/>
                    <w:jc w:val="center"/>
                    <w:rPr>
                      <w:rFonts w:asciiTheme="minorHAnsi" w:hAnsiTheme="minorHAnsi"/>
                      <w:lang w:val="es-CL"/>
                    </w:rPr>
                  </w:pPr>
                  <w:r w:rsidRPr="00F5355E">
                    <w:rPr>
                      <w:rFonts w:asciiTheme="minorHAnsi" w:hAnsiTheme="minorHAnsi"/>
                      <w:b/>
                      <w:color w:val="FFFFFF"/>
                      <w:sz w:val="17"/>
                      <w:lang w:val="es-CL"/>
                    </w:rPr>
                    <w:t>Situación en la comuna</w:t>
                  </w:r>
                </w:p>
              </w:tc>
            </w:tr>
            <w:tr w:rsidR="00AA1319" w:rsidRPr="00F5355E" w14:paraId="249382E1" w14:textId="77777777" w:rsidTr="00E822AF">
              <w:trPr>
                <w:cantSplit/>
                <w:jc w:val="center"/>
              </w:trPr>
              <w:tc>
                <w:tcPr>
                  <w:tcW w:w="4393" w:type="dxa"/>
                  <w:tcBorders>
                    <w:top w:val="single" w:sz="4" w:space="0" w:color="7F8C8D"/>
                    <w:left w:val="single" w:sz="4" w:space="0" w:color="7F8C8D"/>
                    <w:bottom w:val="single" w:sz="4" w:space="0" w:color="7F8C8D"/>
                    <w:right w:val="single" w:sz="4" w:space="0" w:color="7F8C8D"/>
                  </w:tcBorders>
                  <w:shd w:val="clear" w:color="auto" w:fill="D9EAF7"/>
                  <w:tcMar>
                    <w:top w:w="70" w:type="dxa"/>
                    <w:left w:w="80" w:type="dxa"/>
                    <w:bottom w:w="70" w:type="dxa"/>
                    <w:right w:w="80" w:type="dxa"/>
                  </w:tcMar>
                  <w:vAlign w:val="center"/>
                </w:tcPr>
                <w:p w14:paraId="5B41B98A" w14:textId="77777777" w:rsidR="00AA1319" w:rsidRPr="00F5355E" w:rsidRDefault="00AA1319" w:rsidP="00AA1319">
                  <w:pPr>
                    <w:spacing w:after="0" w:line="240" w:lineRule="auto"/>
                    <w:rPr>
                      <w:rFonts w:asciiTheme="minorHAnsi" w:hAnsiTheme="minorHAnsi"/>
                      <w:lang w:val="es-CL"/>
                    </w:rPr>
                  </w:pPr>
                  <w:r w:rsidRPr="00F5355E">
                    <w:rPr>
                      <w:rFonts w:asciiTheme="minorHAnsi" w:hAnsiTheme="minorHAnsi"/>
                      <w:b/>
                      <w:color w:val="17365D"/>
                      <w:sz w:val="17"/>
                      <w:lang w:val="es-CL"/>
                    </w:rPr>
                    <w:t>Precipitación acumulada</w:t>
                  </w:r>
                </w:p>
              </w:tc>
              <w:tc>
                <w:tcPr>
                  <w:tcW w:w="2776" w:type="dxa"/>
                  <w:tcBorders>
                    <w:top w:val="single" w:sz="4" w:space="0" w:color="7F8C8D"/>
                    <w:left w:val="single" w:sz="4" w:space="0" w:color="7F8C8D"/>
                    <w:bottom w:val="single" w:sz="4" w:space="0" w:color="7F8C8D"/>
                    <w:right w:val="single" w:sz="4" w:space="0" w:color="7F8C8D"/>
                  </w:tcBorders>
                  <w:tcMar>
                    <w:top w:w="70" w:type="dxa"/>
                    <w:left w:w="80" w:type="dxa"/>
                    <w:bottom w:w="70" w:type="dxa"/>
                    <w:right w:w="80" w:type="dxa"/>
                  </w:tcMar>
                  <w:vAlign w:val="center"/>
                </w:tcPr>
                <w:p w14:paraId="0377C37F" w14:textId="77777777" w:rsidR="00AA1319" w:rsidRPr="00F5355E" w:rsidRDefault="00AA1319" w:rsidP="00AA1319">
                  <w:pPr>
                    <w:spacing w:after="0" w:line="240" w:lineRule="auto"/>
                    <w:rPr>
                      <w:rFonts w:asciiTheme="minorHAnsi" w:hAnsiTheme="minorHAnsi"/>
                      <w:lang w:val="es-CL"/>
                    </w:rPr>
                  </w:pPr>
                  <w:r w:rsidRPr="00F5355E">
                    <w:rPr>
                      <w:rFonts w:asciiTheme="minorHAnsi" w:hAnsiTheme="minorHAnsi"/>
                      <w:color w:val="1F1F1F"/>
                      <w:sz w:val="17"/>
                      <w:lang w:val="es-CL"/>
                    </w:rPr>
                    <w:t>[COMPLETAR]</w:t>
                  </w:r>
                </w:p>
              </w:tc>
            </w:tr>
            <w:tr w:rsidR="00AA1319" w:rsidRPr="00F5355E" w14:paraId="5666F616" w14:textId="77777777" w:rsidTr="00E822AF">
              <w:trPr>
                <w:cantSplit/>
                <w:jc w:val="center"/>
              </w:trPr>
              <w:tc>
                <w:tcPr>
                  <w:tcW w:w="4393" w:type="dxa"/>
                  <w:tcBorders>
                    <w:top w:val="single" w:sz="4" w:space="0" w:color="7F8C8D"/>
                    <w:left w:val="single" w:sz="4" w:space="0" w:color="7F8C8D"/>
                    <w:bottom w:val="single" w:sz="4" w:space="0" w:color="7F8C8D"/>
                    <w:right w:val="single" w:sz="4" w:space="0" w:color="7F8C8D"/>
                  </w:tcBorders>
                  <w:shd w:val="clear" w:color="auto" w:fill="D9EAF7"/>
                  <w:tcMar>
                    <w:top w:w="70" w:type="dxa"/>
                    <w:left w:w="80" w:type="dxa"/>
                    <w:bottom w:w="70" w:type="dxa"/>
                    <w:right w:w="80" w:type="dxa"/>
                  </w:tcMar>
                  <w:vAlign w:val="center"/>
                </w:tcPr>
                <w:p w14:paraId="4A10BDDD" w14:textId="77777777" w:rsidR="00AA1319" w:rsidRPr="00F5355E" w:rsidRDefault="00AA1319" w:rsidP="00AA1319">
                  <w:pPr>
                    <w:spacing w:after="0" w:line="240" w:lineRule="auto"/>
                    <w:rPr>
                      <w:rFonts w:asciiTheme="minorHAnsi" w:hAnsiTheme="minorHAnsi"/>
                      <w:lang w:val="es-CL"/>
                    </w:rPr>
                  </w:pPr>
                  <w:r w:rsidRPr="00F5355E">
                    <w:rPr>
                      <w:rFonts w:asciiTheme="minorHAnsi" w:hAnsiTheme="minorHAnsi"/>
                      <w:b/>
                      <w:color w:val="17365D"/>
                      <w:sz w:val="17"/>
                      <w:lang w:val="es-CL"/>
                    </w:rPr>
                    <w:t>Personas afectadas / aisladas</w:t>
                  </w:r>
                </w:p>
              </w:tc>
              <w:tc>
                <w:tcPr>
                  <w:tcW w:w="2776" w:type="dxa"/>
                  <w:tcBorders>
                    <w:top w:val="single" w:sz="4" w:space="0" w:color="7F8C8D"/>
                    <w:left w:val="single" w:sz="4" w:space="0" w:color="7F8C8D"/>
                    <w:bottom w:val="single" w:sz="4" w:space="0" w:color="7F8C8D"/>
                    <w:right w:val="single" w:sz="4" w:space="0" w:color="7F8C8D"/>
                  </w:tcBorders>
                  <w:tcMar>
                    <w:top w:w="70" w:type="dxa"/>
                    <w:left w:w="80" w:type="dxa"/>
                    <w:bottom w:w="70" w:type="dxa"/>
                    <w:right w:w="80" w:type="dxa"/>
                  </w:tcMar>
                  <w:vAlign w:val="center"/>
                </w:tcPr>
                <w:p w14:paraId="7F50B61A" w14:textId="77777777" w:rsidR="00AA1319" w:rsidRPr="00F5355E" w:rsidRDefault="00AA1319" w:rsidP="00AA1319">
                  <w:pPr>
                    <w:spacing w:after="0" w:line="240" w:lineRule="auto"/>
                    <w:rPr>
                      <w:rFonts w:asciiTheme="minorHAnsi" w:hAnsiTheme="minorHAnsi"/>
                      <w:lang w:val="es-CL"/>
                    </w:rPr>
                  </w:pPr>
                  <w:r w:rsidRPr="00F5355E">
                    <w:rPr>
                      <w:rFonts w:asciiTheme="minorHAnsi" w:hAnsiTheme="minorHAnsi"/>
                      <w:color w:val="1F1F1F"/>
                      <w:sz w:val="17"/>
                      <w:lang w:val="es-CL"/>
                    </w:rPr>
                    <w:t>[COMPLETAR]</w:t>
                  </w:r>
                </w:p>
              </w:tc>
            </w:tr>
            <w:tr w:rsidR="00AA1319" w:rsidRPr="00F5355E" w14:paraId="52741CEC" w14:textId="77777777" w:rsidTr="00E822AF">
              <w:trPr>
                <w:cantSplit/>
                <w:jc w:val="center"/>
              </w:trPr>
              <w:tc>
                <w:tcPr>
                  <w:tcW w:w="4393" w:type="dxa"/>
                  <w:tcBorders>
                    <w:top w:val="single" w:sz="4" w:space="0" w:color="7F8C8D"/>
                    <w:left w:val="single" w:sz="4" w:space="0" w:color="7F8C8D"/>
                    <w:bottom w:val="single" w:sz="4" w:space="0" w:color="7F8C8D"/>
                    <w:right w:val="single" w:sz="4" w:space="0" w:color="7F8C8D"/>
                  </w:tcBorders>
                  <w:shd w:val="clear" w:color="auto" w:fill="D9EAF7"/>
                  <w:tcMar>
                    <w:top w:w="70" w:type="dxa"/>
                    <w:left w:w="80" w:type="dxa"/>
                    <w:bottom w:w="70" w:type="dxa"/>
                    <w:right w:w="80" w:type="dxa"/>
                  </w:tcMar>
                  <w:vAlign w:val="center"/>
                </w:tcPr>
                <w:p w14:paraId="46FB8089" w14:textId="77777777" w:rsidR="00AA1319" w:rsidRPr="00F5355E" w:rsidRDefault="00AA1319" w:rsidP="00AA1319">
                  <w:pPr>
                    <w:spacing w:after="0" w:line="240" w:lineRule="auto"/>
                    <w:rPr>
                      <w:rFonts w:asciiTheme="minorHAnsi" w:hAnsiTheme="minorHAnsi"/>
                      <w:lang w:val="es-CL"/>
                    </w:rPr>
                  </w:pPr>
                  <w:r w:rsidRPr="00F5355E">
                    <w:rPr>
                      <w:rFonts w:asciiTheme="minorHAnsi" w:hAnsiTheme="minorHAnsi"/>
                      <w:b/>
                      <w:color w:val="17365D"/>
                      <w:sz w:val="17"/>
                      <w:lang w:val="es-CL"/>
                    </w:rPr>
                    <w:t>Viviendas afectadas</w:t>
                  </w:r>
                </w:p>
              </w:tc>
              <w:tc>
                <w:tcPr>
                  <w:tcW w:w="2776" w:type="dxa"/>
                  <w:tcBorders>
                    <w:top w:val="single" w:sz="4" w:space="0" w:color="7F8C8D"/>
                    <w:left w:val="single" w:sz="4" w:space="0" w:color="7F8C8D"/>
                    <w:bottom w:val="single" w:sz="4" w:space="0" w:color="7F8C8D"/>
                    <w:right w:val="single" w:sz="4" w:space="0" w:color="7F8C8D"/>
                  </w:tcBorders>
                  <w:tcMar>
                    <w:top w:w="70" w:type="dxa"/>
                    <w:left w:w="80" w:type="dxa"/>
                    <w:bottom w:w="70" w:type="dxa"/>
                    <w:right w:w="80" w:type="dxa"/>
                  </w:tcMar>
                  <w:vAlign w:val="center"/>
                </w:tcPr>
                <w:p w14:paraId="397ED9BE" w14:textId="77777777" w:rsidR="00AA1319" w:rsidRPr="00F5355E" w:rsidRDefault="00AA1319" w:rsidP="00AA1319">
                  <w:pPr>
                    <w:spacing w:after="0" w:line="240" w:lineRule="auto"/>
                    <w:rPr>
                      <w:rFonts w:asciiTheme="minorHAnsi" w:hAnsiTheme="minorHAnsi"/>
                      <w:lang w:val="es-CL"/>
                    </w:rPr>
                  </w:pPr>
                  <w:r w:rsidRPr="00F5355E">
                    <w:rPr>
                      <w:rFonts w:asciiTheme="minorHAnsi" w:hAnsiTheme="minorHAnsi"/>
                      <w:color w:val="1F1F1F"/>
                      <w:sz w:val="17"/>
                      <w:lang w:val="es-CL"/>
                    </w:rPr>
                    <w:t>[COMPLETAR]</w:t>
                  </w:r>
                </w:p>
              </w:tc>
            </w:tr>
            <w:tr w:rsidR="00AA1319" w:rsidRPr="00F5355E" w14:paraId="0737ED51" w14:textId="77777777" w:rsidTr="00E822AF">
              <w:trPr>
                <w:cantSplit/>
                <w:jc w:val="center"/>
              </w:trPr>
              <w:tc>
                <w:tcPr>
                  <w:tcW w:w="4393" w:type="dxa"/>
                  <w:tcBorders>
                    <w:top w:val="single" w:sz="4" w:space="0" w:color="7F8C8D"/>
                    <w:left w:val="single" w:sz="4" w:space="0" w:color="7F8C8D"/>
                    <w:bottom w:val="single" w:sz="4" w:space="0" w:color="7F8C8D"/>
                    <w:right w:val="single" w:sz="4" w:space="0" w:color="7F8C8D"/>
                  </w:tcBorders>
                  <w:shd w:val="clear" w:color="auto" w:fill="D9EAF7"/>
                  <w:tcMar>
                    <w:top w:w="70" w:type="dxa"/>
                    <w:left w:w="80" w:type="dxa"/>
                    <w:bottom w:w="70" w:type="dxa"/>
                    <w:right w:w="80" w:type="dxa"/>
                  </w:tcMar>
                  <w:vAlign w:val="center"/>
                </w:tcPr>
                <w:p w14:paraId="4B866DD7" w14:textId="77777777" w:rsidR="00AA1319" w:rsidRPr="00F5355E" w:rsidRDefault="00AA1319" w:rsidP="00AA1319">
                  <w:pPr>
                    <w:spacing w:after="0" w:line="240" w:lineRule="auto"/>
                    <w:rPr>
                      <w:rFonts w:asciiTheme="minorHAnsi" w:hAnsiTheme="minorHAnsi"/>
                      <w:lang w:val="es-CL"/>
                    </w:rPr>
                  </w:pPr>
                  <w:r w:rsidRPr="00F5355E">
                    <w:rPr>
                      <w:rFonts w:asciiTheme="minorHAnsi" w:hAnsiTheme="minorHAnsi"/>
                      <w:b/>
                      <w:color w:val="17365D"/>
                      <w:sz w:val="17"/>
                      <w:lang w:val="es-CL"/>
                    </w:rPr>
                    <w:t>Interrupción de suministro eléctrico</w:t>
                  </w:r>
                </w:p>
              </w:tc>
              <w:tc>
                <w:tcPr>
                  <w:tcW w:w="2776" w:type="dxa"/>
                  <w:tcBorders>
                    <w:top w:val="single" w:sz="4" w:space="0" w:color="7F8C8D"/>
                    <w:left w:val="single" w:sz="4" w:space="0" w:color="7F8C8D"/>
                    <w:bottom w:val="single" w:sz="4" w:space="0" w:color="7F8C8D"/>
                    <w:right w:val="single" w:sz="4" w:space="0" w:color="7F8C8D"/>
                  </w:tcBorders>
                  <w:tcMar>
                    <w:top w:w="70" w:type="dxa"/>
                    <w:left w:w="80" w:type="dxa"/>
                    <w:bottom w:w="70" w:type="dxa"/>
                    <w:right w:w="80" w:type="dxa"/>
                  </w:tcMar>
                  <w:vAlign w:val="center"/>
                </w:tcPr>
                <w:p w14:paraId="7F309E5A" w14:textId="77777777" w:rsidR="00AA1319" w:rsidRPr="00F5355E" w:rsidRDefault="00AA1319" w:rsidP="00AA1319">
                  <w:pPr>
                    <w:spacing w:after="0" w:line="240" w:lineRule="auto"/>
                    <w:rPr>
                      <w:rFonts w:asciiTheme="minorHAnsi" w:hAnsiTheme="minorHAnsi"/>
                      <w:lang w:val="es-CL"/>
                    </w:rPr>
                  </w:pPr>
                  <w:r w:rsidRPr="00F5355E">
                    <w:rPr>
                      <w:rFonts w:asciiTheme="minorHAnsi" w:hAnsiTheme="minorHAnsi"/>
                      <w:color w:val="1F1F1F"/>
                      <w:sz w:val="17"/>
                      <w:lang w:val="es-CL"/>
                    </w:rPr>
                    <w:t>[COMPLETAR]</w:t>
                  </w:r>
                </w:p>
              </w:tc>
            </w:tr>
            <w:tr w:rsidR="00AA1319" w:rsidRPr="00F5355E" w14:paraId="1616BA10" w14:textId="77777777" w:rsidTr="00E822AF">
              <w:trPr>
                <w:cantSplit/>
                <w:jc w:val="center"/>
              </w:trPr>
              <w:tc>
                <w:tcPr>
                  <w:tcW w:w="4393" w:type="dxa"/>
                  <w:tcBorders>
                    <w:top w:val="single" w:sz="4" w:space="0" w:color="7F8C8D"/>
                    <w:left w:val="single" w:sz="4" w:space="0" w:color="7F8C8D"/>
                    <w:bottom w:val="single" w:sz="4" w:space="0" w:color="7F8C8D"/>
                    <w:right w:val="single" w:sz="4" w:space="0" w:color="7F8C8D"/>
                  </w:tcBorders>
                  <w:shd w:val="clear" w:color="auto" w:fill="D9EAF7"/>
                  <w:tcMar>
                    <w:top w:w="70" w:type="dxa"/>
                    <w:left w:w="80" w:type="dxa"/>
                    <w:bottom w:w="70" w:type="dxa"/>
                    <w:right w:w="80" w:type="dxa"/>
                  </w:tcMar>
                  <w:vAlign w:val="center"/>
                </w:tcPr>
                <w:p w14:paraId="0797F167" w14:textId="77777777" w:rsidR="00AA1319" w:rsidRPr="00F5355E" w:rsidRDefault="00AA1319" w:rsidP="00AA1319">
                  <w:pPr>
                    <w:spacing w:after="0" w:line="240" w:lineRule="auto"/>
                    <w:rPr>
                      <w:rFonts w:asciiTheme="minorHAnsi" w:hAnsiTheme="minorHAnsi"/>
                      <w:lang w:val="es-CL"/>
                    </w:rPr>
                  </w:pPr>
                  <w:r w:rsidRPr="00F5355E">
                    <w:rPr>
                      <w:rFonts w:asciiTheme="minorHAnsi" w:hAnsiTheme="minorHAnsi"/>
                      <w:b/>
                      <w:color w:val="17365D"/>
                      <w:sz w:val="17"/>
                      <w:lang w:val="es-CL"/>
                    </w:rPr>
                    <w:t>Interrupción de agua potable o saneamiento</w:t>
                  </w:r>
                </w:p>
              </w:tc>
              <w:tc>
                <w:tcPr>
                  <w:tcW w:w="2776" w:type="dxa"/>
                  <w:tcBorders>
                    <w:top w:val="single" w:sz="4" w:space="0" w:color="7F8C8D"/>
                    <w:left w:val="single" w:sz="4" w:space="0" w:color="7F8C8D"/>
                    <w:bottom w:val="single" w:sz="4" w:space="0" w:color="7F8C8D"/>
                    <w:right w:val="single" w:sz="4" w:space="0" w:color="7F8C8D"/>
                  </w:tcBorders>
                  <w:tcMar>
                    <w:top w:w="70" w:type="dxa"/>
                    <w:left w:w="80" w:type="dxa"/>
                    <w:bottom w:w="70" w:type="dxa"/>
                    <w:right w:w="80" w:type="dxa"/>
                  </w:tcMar>
                  <w:vAlign w:val="center"/>
                </w:tcPr>
                <w:p w14:paraId="6B14C000" w14:textId="77777777" w:rsidR="00AA1319" w:rsidRPr="00F5355E" w:rsidRDefault="00AA1319" w:rsidP="00AA1319">
                  <w:pPr>
                    <w:spacing w:after="0" w:line="240" w:lineRule="auto"/>
                    <w:rPr>
                      <w:rFonts w:asciiTheme="minorHAnsi" w:hAnsiTheme="minorHAnsi"/>
                      <w:lang w:val="es-CL"/>
                    </w:rPr>
                  </w:pPr>
                  <w:r w:rsidRPr="00F5355E">
                    <w:rPr>
                      <w:rFonts w:asciiTheme="minorHAnsi" w:hAnsiTheme="minorHAnsi"/>
                      <w:color w:val="1F1F1F"/>
                      <w:sz w:val="17"/>
                      <w:lang w:val="es-CL"/>
                    </w:rPr>
                    <w:t>[COMPLETAR]</w:t>
                  </w:r>
                </w:p>
              </w:tc>
            </w:tr>
            <w:tr w:rsidR="00AA1319" w:rsidRPr="00F5355E" w14:paraId="457855E1" w14:textId="77777777" w:rsidTr="00E822AF">
              <w:trPr>
                <w:cantSplit/>
                <w:jc w:val="center"/>
              </w:trPr>
              <w:tc>
                <w:tcPr>
                  <w:tcW w:w="4393" w:type="dxa"/>
                  <w:tcBorders>
                    <w:top w:val="single" w:sz="4" w:space="0" w:color="7F8C8D"/>
                    <w:left w:val="single" w:sz="4" w:space="0" w:color="7F8C8D"/>
                    <w:bottom w:val="single" w:sz="4" w:space="0" w:color="7F8C8D"/>
                    <w:right w:val="single" w:sz="4" w:space="0" w:color="7F8C8D"/>
                  </w:tcBorders>
                  <w:shd w:val="clear" w:color="auto" w:fill="D9EAF7"/>
                  <w:tcMar>
                    <w:top w:w="70" w:type="dxa"/>
                    <w:left w:w="80" w:type="dxa"/>
                    <w:bottom w:w="70" w:type="dxa"/>
                    <w:right w:w="80" w:type="dxa"/>
                  </w:tcMar>
                  <w:vAlign w:val="center"/>
                </w:tcPr>
                <w:p w14:paraId="00ECA73F" w14:textId="77777777" w:rsidR="00AA1319" w:rsidRPr="00F5355E" w:rsidRDefault="00AA1319" w:rsidP="00AA1319">
                  <w:pPr>
                    <w:spacing w:after="0" w:line="240" w:lineRule="auto"/>
                    <w:rPr>
                      <w:rFonts w:asciiTheme="minorHAnsi" w:hAnsiTheme="minorHAnsi"/>
                      <w:lang w:val="es-CL"/>
                    </w:rPr>
                  </w:pPr>
                  <w:r w:rsidRPr="00F5355E">
                    <w:rPr>
                      <w:rFonts w:asciiTheme="minorHAnsi" w:hAnsiTheme="minorHAnsi"/>
                      <w:b/>
                      <w:color w:val="17365D"/>
                      <w:sz w:val="17"/>
                      <w:lang w:val="es-CL"/>
                    </w:rPr>
                    <w:t>Albergues habilitados</w:t>
                  </w:r>
                </w:p>
              </w:tc>
              <w:tc>
                <w:tcPr>
                  <w:tcW w:w="2776" w:type="dxa"/>
                  <w:tcBorders>
                    <w:top w:val="single" w:sz="4" w:space="0" w:color="7F8C8D"/>
                    <w:left w:val="single" w:sz="4" w:space="0" w:color="7F8C8D"/>
                    <w:bottom w:val="single" w:sz="4" w:space="0" w:color="7F8C8D"/>
                    <w:right w:val="single" w:sz="4" w:space="0" w:color="7F8C8D"/>
                  </w:tcBorders>
                  <w:tcMar>
                    <w:top w:w="70" w:type="dxa"/>
                    <w:left w:w="80" w:type="dxa"/>
                    <w:bottom w:w="70" w:type="dxa"/>
                    <w:right w:w="80" w:type="dxa"/>
                  </w:tcMar>
                  <w:vAlign w:val="center"/>
                </w:tcPr>
                <w:p w14:paraId="11D8CE8B" w14:textId="77777777" w:rsidR="00AA1319" w:rsidRPr="00F5355E" w:rsidRDefault="00AA1319" w:rsidP="00AA1319">
                  <w:pPr>
                    <w:spacing w:after="0" w:line="240" w:lineRule="auto"/>
                    <w:rPr>
                      <w:rFonts w:asciiTheme="minorHAnsi" w:hAnsiTheme="minorHAnsi"/>
                      <w:lang w:val="es-CL"/>
                    </w:rPr>
                  </w:pPr>
                  <w:r w:rsidRPr="00F5355E">
                    <w:rPr>
                      <w:rFonts w:asciiTheme="minorHAnsi" w:hAnsiTheme="minorHAnsi"/>
                      <w:color w:val="1F1F1F"/>
                      <w:sz w:val="17"/>
                      <w:lang w:val="es-CL"/>
                    </w:rPr>
                    <w:t>[COMPLETAR]</w:t>
                  </w:r>
                </w:p>
              </w:tc>
            </w:tr>
            <w:tr w:rsidR="00AA1319" w:rsidRPr="00F5355E" w14:paraId="1631D1D9" w14:textId="77777777" w:rsidTr="00E822AF">
              <w:trPr>
                <w:cantSplit/>
                <w:jc w:val="center"/>
              </w:trPr>
              <w:tc>
                <w:tcPr>
                  <w:tcW w:w="4393" w:type="dxa"/>
                  <w:tcBorders>
                    <w:top w:val="single" w:sz="4" w:space="0" w:color="7F8C8D"/>
                    <w:left w:val="single" w:sz="4" w:space="0" w:color="7F8C8D"/>
                    <w:bottom w:val="single" w:sz="4" w:space="0" w:color="7F8C8D"/>
                    <w:right w:val="single" w:sz="4" w:space="0" w:color="7F8C8D"/>
                  </w:tcBorders>
                  <w:shd w:val="clear" w:color="auto" w:fill="D9EAF7"/>
                  <w:tcMar>
                    <w:top w:w="70" w:type="dxa"/>
                    <w:left w:w="80" w:type="dxa"/>
                    <w:bottom w:w="70" w:type="dxa"/>
                    <w:right w:w="80" w:type="dxa"/>
                  </w:tcMar>
                  <w:vAlign w:val="center"/>
                </w:tcPr>
                <w:p w14:paraId="34838499" w14:textId="77777777" w:rsidR="00AA1319" w:rsidRPr="00F5355E" w:rsidRDefault="00AA1319" w:rsidP="00AA1319">
                  <w:pPr>
                    <w:spacing w:after="0" w:line="240" w:lineRule="auto"/>
                    <w:rPr>
                      <w:rFonts w:asciiTheme="minorHAnsi" w:hAnsiTheme="minorHAnsi"/>
                      <w:lang w:val="es-CL"/>
                    </w:rPr>
                  </w:pPr>
                  <w:r w:rsidRPr="00F5355E">
                    <w:rPr>
                      <w:rFonts w:asciiTheme="minorHAnsi" w:hAnsiTheme="minorHAnsi"/>
                      <w:b/>
                      <w:color w:val="17365D"/>
                      <w:sz w:val="17"/>
                      <w:lang w:val="es-CL"/>
                    </w:rPr>
                    <w:t>Rutas / conectividad afectada</w:t>
                  </w:r>
                </w:p>
              </w:tc>
              <w:tc>
                <w:tcPr>
                  <w:tcW w:w="2776" w:type="dxa"/>
                  <w:tcBorders>
                    <w:top w:val="single" w:sz="4" w:space="0" w:color="7F8C8D"/>
                    <w:left w:val="single" w:sz="4" w:space="0" w:color="7F8C8D"/>
                    <w:bottom w:val="single" w:sz="4" w:space="0" w:color="7F8C8D"/>
                    <w:right w:val="single" w:sz="4" w:space="0" w:color="7F8C8D"/>
                  </w:tcBorders>
                  <w:tcMar>
                    <w:top w:w="70" w:type="dxa"/>
                    <w:left w:w="80" w:type="dxa"/>
                    <w:bottom w:w="70" w:type="dxa"/>
                    <w:right w:w="80" w:type="dxa"/>
                  </w:tcMar>
                  <w:vAlign w:val="center"/>
                </w:tcPr>
                <w:p w14:paraId="3482BA4C" w14:textId="77777777" w:rsidR="00AA1319" w:rsidRPr="00F5355E" w:rsidRDefault="00AA1319" w:rsidP="00AA1319">
                  <w:pPr>
                    <w:spacing w:after="0" w:line="240" w:lineRule="auto"/>
                    <w:rPr>
                      <w:rFonts w:asciiTheme="minorHAnsi" w:hAnsiTheme="minorHAnsi"/>
                      <w:lang w:val="es-CL"/>
                    </w:rPr>
                  </w:pPr>
                  <w:r w:rsidRPr="00F5355E">
                    <w:rPr>
                      <w:rFonts w:asciiTheme="minorHAnsi" w:hAnsiTheme="minorHAnsi"/>
                      <w:color w:val="1F1F1F"/>
                      <w:sz w:val="17"/>
                      <w:lang w:val="es-CL"/>
                    </w:rPr>
                    <w:t>[COMPLETAR]</w:t>
                  </w:r>
                </w:p>
              </w:tc>
            </w:tr>
            <w:tr w:rsidR="00AA1319" w:rsidRPr="00F5355E" w14:paraId="788B2755" w14:textId="77777777" w:rsidTr="00E822AF">
              <w:trPr>
                <w:cantSplit/>
                <w:jc w:val="center"/>
              </w:trPr>
              <w:tc>
                <w:tcPr>
                  <w:tcW w:w="4393" w:type="dxa"/>
                  <w:tcBorders>
                    <w:top w:val="single" w:sz="4" w:space="0" w:color="7F8C8D"/>
                    <w:left w:val="single" w:sz="4" w:space="0" w:color="7F8C8D"/>
                    <w:bottom w:val="single" w:sz="4" w:space="0" w:color="7F8C8D"/>
                    <w:right w:val="single" w:sz="4" w:space="0" w:color="7F8C8D"/>
                  </w:tcBorders>
                  <w:shd w:val="clear" w:color="auto" w:fill="D9EAF7"/>
                  <w:tcMar>
                    <w:top w:w="70" w:type="dxa"/>
                    <w:left w:w="80" w:type="dxa"/>
                    <w:bottom w:w="70" w:type="dxa"/>
                    <w:right w:w="80" w:type="dxa"/>
                  </w:tcMar>
                  <w:vAlign w:val="center"/>
                </w:tcPr>
                <w:p w14:paraId="104C3C50" w14:textId="77777777" w:rsidR="00AA1319" w:rsidRPr="00F5355E" w:rsidRDefault="00AA1319" w:rsidP="00AA1319">
                  <w:pPr>
                    <w:spacing w:after="0" w:line="240" w:lineRule="auto"/>
                    <w:rPr>
                      <w:rFonts w:asciiTheme="minorHAnsi" w:hAnsiTheme="minorHAnsi"/>
                      <w:lang w:val="es-CL"/>
                    </w:rPr>
                  </w:pPr>
                  <w:r w:rsidRPr="00F5355E">
                    <w:rPr>
                      <w:rFonts w:asciiTheme="minorHAnsi" w:hAnsiTheme="minorHAnsi"/>
                      <w:b/>
                      <w:color w:val="17365D"/>
                      <w:sz w:val="17"/>
                      <w:lang w:val="es-CL"/>
                    </w:rPr>
                    <w:t>Quebradas / cauces activos</w:t>
                  </w:r>
                </w:p>
              </w:tc>
              <w:tc>
                <w:tcPr>
                  <w:tcW w:w="2776" w:type="dxa"/>
                  <w:tcBorders>
                    <w:top w:val="single" w:sz="4" w:space="0" w:color="7F8C8D"/>
                    <w:left w:val="single" w:sz="4" w:space="0" w:color="7F8C8D"/>
                    <w:bottom w:val="single" w:sz="4" w:space="0" w:color="7F8C8D"/>
                    <w:right w:val="single" w:sz="4" w:space="0" w:color="7F8C8D"/>
                  </w:tcBorders>
                  <w:tcMar>
                    <w:top w:w="70" w:type="dxa"/>
                    <w:left w:w="80" w:type="dxa"/>
                    <w:bottom w:w="70" w:type="dxa"/>
                    <w:right w:w="80" w:type="dxa"/>
                  </w:tcMar>
                  <w:vAlign w:val="center"/>
                </w:tcPr>
                <w:p w14:paraId="57B291AB" w14:textId="77777777" w:rsidR="00AA1319" w:rsidRPr="00F5355E" w:rsidRDefault="00AA1319" w:rsidP="00AA1319">
                  <w:pPr>
                    <w:spacing w:after="0" w:line="240" w:lineRule="auto"/>
                    <w:rPr>
                      <w:rFonts w:asciiTheme="minorHAnsi" w:hAnsiTheme="minorHAnsi"/>
                      <w:lang w:val="es-CL"/>
                    </w:rPr>
                  </w:pPr>
                  <w:r w:rsidRPr="00F5355E">
                    <w:rPr>
                      <w:rFonts w:asciiTheme="minorHAnsi" w:hAnsiTheme="minorHAnsi"/>
                      <w:color w:val="1F1F1F"/>
                      <w:sz w:val="17"/>
                      <w:lang w:val="es-CL"/>
                    </w:rPr>
                    <w:t>[COMPLETAR]</w:t>
                  </w:r>
                </w:p>
              </w:tc>
            </w:tr>
            <w:tr w:rsidR="00AA1319" w:rsidRPr="00F5355E" w14:paraId="1C979F4B" w14:textId="77777777" w:rsidTr="00E822AF">
              <w:trPr>
                <w:cantSplit/>
                <w:jc w:val="center"/>
              </w:trPr>
              <w:tc>
                <w:tcPr>
                  <w:tcW w:w="4393" w:type="dxa"/>
                  <w:tcBorders>
                    <w:top w:val="single" w:sz="4" w:space="0" w:color="7F8C8D"/>
                    <w:left w:val="single" w:sz="4" w:space="0" w:color="7F8C8D"/>
                    <w:bottom w:val="single" w:sz="4" w:space="0" w:color="7F8C8D"/>
                    <w:right w:val="single" w:sz="4" w:space="0" w:color="7F8C8D"/>
                  </w:tcBorders>
                  <w:shd w:val="clear" w:color="auto" w:fill="D9EAF7"/>
                  <w:tcMar>
                    <w:top w:w="70" w:type="dxa"/>
                    <w:left w:w="80" w:type="dxa"/>
                    <w:bottom w:w="70" w:type="dxa"/>
                    <w:right w:w="80" w:type="dxa"/>
                  </w:tcMar>
                  <w:vAlign w:val="center"/>
                </w:tcPr>
                <w:p w14:paraId="0D70DC65" w14:textId="77777777" w:rsidR="00AA1319" w:rsidRPr="00F5355E" w:rsidRDefault="00AA1319" w:rsidP="00AA1319">
                  <w:pPr>
                    <w:spacing w:after="0" w:line="240" w:lineRule="auto"/>
                    <w:rPr>
                      <w:rFonts w:asciiTheme="minorHAnsi" w:hAnsiTheme="minorHAnsi"/>
                      <w:lang w:val="es-CL"/>
                    </w:rPr>
                  </w:pPr>
                  <w:r w:rsidRPr="00F5355E">
                    <w:rPr>
                      <w:rFonts w:asciiTheme="minorHAnsi" w:hAnsiTheme="minorHAnsi"/>
                      <w:b/>
                      <w:color w:val="17365D"/>
                      <w:sz w:val="17"/>
                      <w:lang w:val="es-CL"/>
                    </w:rPr>
                    <w:t>Puntos viales con tránsito suspendido o restringido</w:t>
                  </w:r>
                </w:p>
              </w:tc>
              <w:tc>
                <w:tcPr>
                  <w:tcW w:w="2776" w:type="dxa"/>
                  <w:tcBorders>
                    <w:top w:val="single" w:sz="4" w:space="0" w:color="7F8C8D"/>
                    <w:left w:val="single" w:sz="4" w:space="0" w:color="7F8C8D"/>
                    <w:bottom w:val="single" w:sz="4" w:space="0" w:color="7F8C8D"/>
                    <w:right w:val="single" w:sz="4" w:space="0" w:color="7F8C8D"/>
                  </w:tcBorders>
                  <w:tcMar>
                    <w:top w:w="70" w:type="dxa"/>
                    <w:left w:w="80" w:type="dxa"/>
                    <w:bottom w:w="70" w:type="dxa"/>
                    <w:right w:w="80" w:type="dxa"/>
                  </w:tcMar>
                  <w:vAlign w:val="center"/>
                </w:tcPr>
                <w:p w14:paraId="3DC3D38D" w14:textId="77777777" w:rsidR="00AA1319" w:rsidRPr="00F5355E" w:rsidRDefault="00AA1319" w:rsidP="00AA1319">
                  <w:pPr>
                    <w:spacing w:after="0" w:line="240" w:lineRule="auto"/>
                    <w:rPr>
                      <w:rFonts w:asciiTheme="minorHAnsi" w:hAnsiTheme="minorHAnsi"/>
                      <w:lang w:val="es-CL"/>
                    </w:rPr>
                  </w:pPr>
                  <w:r w:rsidRPr="00F5355E">
                    <w:rPr>
                      <w:rFonts w:asciiTheme="minorHAnsi" w:hAnsiTheme="minorHAnsi"/>
                      <w:color w:val="1F1F1F"/>
                      <w:sz w:val="17"/>
                      <w:lang w:val="es-CL"/>
                    </w:rPr>
                    <w:t>[COMPLETAR]</w:t>
                  </w:r>
                </w:p>
              </w:tc>
            </w:tr>
            <w:tr w:rsidR="00AA1319" w:rsidRPr="00F5355E" w14:paraId="34E84E69" w14:textId="77777777" w:rsidTr="00E822AF">
              <w:trPr>
                <w:cantSplit/>
                <w:jc w:val="center"/>
              </w:trPr>
              <w:tc>
                <w:tcPr>
                  <w:tcW w:w="4393" w:type="dxa"/>
                  <w:tcBorders>
                    <w:top w:val="single" w:sz="4" w:space="0" w:color="7F8C8D"/>
                    <w:left w:val="single" w:sz="4" w:space="0" w:color="7F8C8D"/>
                    <w:bottom w:val="single" w:sz="4" w:space="0" w:color="7F8C8D"/>
                    <w:right w:val="single" w:sz="4" w:space="0" w:color="7F8C8D"/>
                  </w:tcBorders>
                  <w:shd w:val="clear" w:color="auto" w:fill="D9EAF7"/>
                  <w:tcMar>
                    <w:top w:w="70" w:type="dxa"/>
                    <w:left w:w="80" w:type="dxa"/>
                    <w:bottom w:w="70" w:type="dxa"/>
                    <w:right w:w="80" w:type="dxa"/>
                  </w:tcMar>
                  <w:vAlign w:val="center"/>
                </w:tcPr>
                <w:p w14:paraId="7FC6B644" w14:textId="77777777" w:rsidR="00AA1319" w:rsidRPr="00F5355E" w:rsidRDefault="00AA1319" w:rsidP="00AA1319">
                  <w:pPr>
                    <w:spacing w:after="0" w:line="240" w:lineRule="auto"/>
                    <w:rPr>
                      <w:rFonts w:asciiTheme="minorHAnsi" w:hAnsiTheme="minorHAnsi"/>
                      <w:lang w:val="es-CL"/>
                    </w:rPr>
                  </w:pPr>
                  <w:r w:rsidRPr="00F5355E">
                    <w:rPr>
                      <w:rFonts w:asciiTheme="minorHAnsi" w:hAnsiTheme="minorHAnsi"/>
                      <w:b/>
                      <w:color w:val="17365D"/>
                      <w:sz w:val="17"/>
                      <w:lang w:val="es-CL"/>
                    </w:rPr>
                    <w:t>Otra novedad directamente relacionada con el activo</w:t>
                  </w:r>
                </w:p>
              </w:tc>
              <w:tc>
                <w:tcPr>
                  <w:tcW w:w="2776" w:type="dxa"/>
                  <w:tcBorders>
                    <w:top w:val="single" w:sz="4" w:space="0" w:color="7F8C8D"/>
                    <w:left w:val="single" w:sz="4" w:space="0" w:color="7F8C8D"/>
                    <w:bottom w:val="single" w:sz="4" w:space="0" w:color="7F8C8D"/>
                    <w:right w:val="single" w:sz="4" w:space="0" w:color="7F8C8D"/>
                  </w:tcBorders>
                  <w:tcMar>
                    <w:top w:w="70" w:type="dxa"/>
                    <w:left w:w="80" w:type="dxa"/>
                    <w:bottom w:w="70" w:type="dxa"/>
                    <w:right w:w="80" w:type="dxa"/>
                  </w:tcMar>
                  <w:vAlign w:val="center"/>
                </w:tcPr>
                <w:p w14:paraId="054B4D7C" w14:textId="77777777" w:rsidR="00AA1319" w:rsidRPr="00F5355E" w:rsidRDefault="00AA1319" w:rsidP="00AA1319">
                  <w:pPr>
                    <w:spacing w:after="0" w:line="240" w:lineRule="auto"/>
                    <w:rPr>
                      <w:rFonts w:asciiTheme="minorHAnsi" w:hAnsiTheme="minorHAnsi"/>
                      <w:lang w:val="es-CL"/>
                    </w:rPr>
                  </w:pPr>
                  <w:r w:rsidRPr="00F5355E">
                    <w:rPr>
                      <w:rFonts w:asciiTheme="minorHAnsi" w:hAnsiTheme="minorHAnsi"/>
                      <w:color w:val="1F1F1F"/>
                      <w:sz w:val="17"/>
                      <w:lang w:val="es-CL"/>
                    </w:rPr>
                    <w:t>[COMPLETAR]</w:t>
                  </w:r>
                </w:p>
              </w:tc>
            </w:tr>
          </w:tbl>
          <w:p w14:paraId="4EACBB69" w14:textId="77777777" w:rsidR="00AA1319" w:rsidRDefault="00AA1319">
            <w:pPr>
              <w:spacing w:after="0" w:line="240" w:lineRule="auto"/>
              <w:rPr>
                <w:rFonts w:asciiTheme="minorHAnsi" w:hAnsiTheme="minorHAnsi"/>
                <w:lang w:val="es-CL"/>
              </w:rPr>
            </w:pPr>
          </w:p>
          <w:p w14:paraId="0A6BFB0B" w14:textId="77134A28" w:rsidR="00AA1319" w:rsidRPr="00F5355E" w:rsidRDefault="00AA1319">
            <w:pPr>
              <w:spacing w:after="0" w:line="240" w:lineRule="auto"/>
              <w:rPr>
                <w:rFonts w:asciiTheme="minorHAnsi" w:hAnsiTheme="minorHAnsi"/>
                <w:lang w:val="es-CL"/>
              </w:rPr>
            </w:pPr>
          </w:p>
        </w:tc>
      </w:tr>
    </w:tbl>
    <w:p w14:paraId="3DC78E70" w14:textId="77777777" w:rsidR="00BA185C" w:rsidRPr="00F5355E" w:rsidRDefault="00BA185C">
      <w:pPr>
        <w:spacing w:after="40" w:line="252" w:lineRule="auto"/>
        <w:rPr>
          <w:rFonts w:asciiTheme="minorHAnsi" w:hAnsiTheme="minorHAnsi"/>
          <w:lang w:val="es-CL"/>
        </w:rPr>
      </w:pPr>
    </w:p>
    <w:p w14:paraId="2927F963" w14:textId="77777777" w:rsidR="00D821D2" w:rsidRPr="00F5355E" w:rsidRDefault="00D821D2">
      <w:pPr>
        <w:spacing w:after="40" w:line="252" w:lineRule="auto"/>
        <w:rPr>
          <w:rFonts w:asciiTheme="minorHAnsi" w:hAnsiTheme="minorHAnsi"/>
          <w:lang w:val="es-CL"/>
        </w:rPr>
      </w:pPr>
    </w:p>
    <w:p w14:paraId="20117F57" w14:textId="3E91EC23" w:rsidR="00BA185C" w:rsidRPr="00F5355E" w:rsidRDefault="0049208A">
      <w:pPr>
        <w:pStyle w:val="SubtituloSinExpansion"/>
        <w:spacing w:before="0" w:after="0" w:line="240" w:lineRule="auto"/>
        <w:rPr>
          <w:rFonts w:asciiTheme="minorHAnsi" w:hAnsiTheme="minorHAnsi"/>
          <w:lang w:val="es-CL"/>
        </w:rPr>
      </w:pPr>
      <w:r w:rsidRPr="00F5355E">
        <w:rPr>
          <w:rFonts w:asciiTheme="minorHAnsi" w:hAnsiTheme="minorHAnsi"/>
          <w:lang w:val="es-CL"/>
        </w:rPr>
        <w:t>3.</w:t>
      </w:r>
      <w:r w:rsidR="00ED19AC">
        <w:rPr>
          <w:rFonts w:asciiTheme="minorHAnsi" w:hAnsiTheme="minorHAnsi"/>
          <w:lang w:val="es-CL"/>
        </w:rPr>
        <w:t>5</w:t>
      </w:r>
      <w:r w:rsidRPr="00F5355E">
        <w:rPr>
          <w:rFonts w:asciiTheme="minorHAnsi" w:hAnsiTheme="minorHAnsi"/>
          <w:lang w:val="es-CL"/>
        </w:rPr>
        <w:t xml:space="preserve"> Población </w:t>
      </w:r>
      <w:r w:rsidR="004F0B94" w:rsidRPr="00F5355E">
        <w:rPr>
          <w:rFonts w:asciiTheme="minorHAnsi" w:hAnsiTheme="minorHAnsi"/>
          <w:lang w:val="es-CL"/>
        </w:rPr>
        <w:t>O</w:t>
      </w:r>
      <w:r w:rsidRPr="00F5355E">
        <w:rPr>
          <w:rFonts w:asciiTheme="minorHAnsi" w:hAnsiTheme="minorHAnsi"/>
          <w:lang w:val="es-CL"/>
        </w:rPr>
        <w:t>bjetivo</w:t>
      </w:r>
    </w:p>
    <w:tbl>
      <w:tblPr>
        <w:tblW w:w="0" w:type="auto"/>
        <w:jc w:val="center"/>
        <w:tblLook w:val="04A0" w:firstRow="1" w:lastRow="0" w:firstColumn="1" w:lastColumn="0" w:noHBand="0" w:noVBand="1"/>
      </w:tblPr>
      <w:tblGrid>
        <w:gridCol w:w="9891"/>
      </w:tblGrid>
      <w:tr w:rsidR="00BA185C" w:rsidRPr="00434538" w14:paraId="21307DB2" w14:textId="77777777" w:rsidTr="00ED19AC">
        <w:trPr>
          <w:cantSplit/>
          <w:jc w:val="center"/>
        </w:trPr>
        <w:tc>
          <w:tcPr>
            <w:tcW w:w="9891" w:type="dxa"/>
            <w:tcBorders>
              <w:top w:val="single" w:sz="6" w:space="0" w:color="7F8C8D"/>
              <w:left w:val="single" w:sz="6" w:space="0" w:color="7F8C8D"/>
              <w:bottom w:val="single" w:sz="6" w:space="0" w:color="7F8C8D"/>
              <w:right w:val="single" w:sz="6" w:space="0" w:color="7F8C8D"/>
            </w:tcBorders>
            <w:shd w:val="clear" w:color="auto" w:fill="FFF2CC"/>
            <w:tcMar>
              <w:top w:w="70" w:type="dxa"/>
              <w:left w:w="80" w:type="dxa"/>
              <w:bottom w:w="70" w:type="dxa"/>
              <w:right w:w="80" w:type="dxa"/>
            </w:tcMar>
            <w:vAlign w:val="center"/>
          </w:tcPr>
          <w:p w14:paraId="21964CCF" w14:textId="77777777" w:rsidR="00BA185C" w:rsidRPr="00434538" w:rsidRDefault="0049208A" w:rsidP="007B4C0E">
            <w:pPr>
              <w:spacing w:after="0" w:line="240" w:lineRule="auto"/>
              <w:jc w:val="both"/>
              <w:rPr>
                <w:rFonts w:asciiTheme="minorHAnsi" w:hAnsiTheme="minorHAnsi"/>
                <w:color w:val="1F1F1F"/>
                <w:szCs w:val="18"/>
                <w:lang w:val="es-CL"/>
              </w:rPr>
            </w:pPr>
            <w:r w:rsidRPr="00434538">
              <w:rPr>
                <w:rFonts w:asciiTheme="minorHAnsi" w:hAnsiTheme="minorHAnsi"/>
                <w:b/>
                <w:color w:val="17365D"/>
                <w:szCs w:val="18"/>
                <w:lang w:val="es-CL"/>
              </w:rPr>
              <w:t xml:space="preserve">INSTRUCCIÓN DE LLENADO (OBLIGATORIA): </w:t>
            </w:r>
            <w:r w:rsidRPr="00434538">
              <w:rPr>
                <w:rFonts w:asciiTheme="minorHAnsi" w:hAnsiTheme="minorHAnsi"/>
                <w:color w:val="1F1F1F"/>
                <w:szCs w:val="18"/>
                <w:lang w:val="es-CL"/>
              </w:rPr>
              <w:t>Identifique la población que recibirá el servicio asociado al activo. No utilice automáticamente la población comunal total. Defina el criterio de inclusión: localidades atendidas, hogares aislados, personas usuarias, población rural, establecimientos o unidades municipales. Indique número, fuente, año y relación causal con la iniciativa.</w:t>
            </w:r>
          </w:p>
          <w:p w14:paraId="029B49D3" w14:textId="77777777" w:rsidR="0064152E" w:rsidRPr="00434538" w:rsidRDefault="0064152E" w:rsidP="007B4C0E">
            <w:pPr>
              <w:spacing w:after="0" w:line="240" w:lineRule="auto"/>
              <w:jc w:val="both"/>
              <w:rPr>
                <w:rFonts w:asciiTheme="minorHAnsi" w:hAnsiTheme="minorHAnsi"/>
                <w:color w:val="1F1F1F"/>
                <w:szCs w:val="18"/>
                <w:lang w:val="es-CL"/>
              </w:rPr>
            </w:pPr>
          </w:p>
          <w:p w14:paraId="76041036" w14:textId="77777777" w:rsidR="0064152E" w:rsidRPr="00434538" w:rsidRDefault="00DA1BA1" w:rsidP="007B4C0E">
            <w:pPr>
              <w:spacing w:after="0" w:line="240" w:lineRule="auto"/>
              <w:jc w:val="both"/>
              <w:rPr>
                <w:rFonts w:asciiTheme="minorHAnsi" w:hAnsiTheme="minorHAnsi"/>
                <w:i/>
                <w:color w:val="7F7F7F"/>
                <w:szCs w:val="18"/>
                <w:lang w:val="es-CL"/>
              </w:rPr>
            </w:pPr>
            <w:r w:rsidRPr="00434538">
              <w:rPr>
                <w:rFonts w:asciiTheme="minorHAnsi" w:hAnsiTheme="minorHAnsi"/>
                <w:i/>
                <w:color w:val="7F7F7F"/>
                <w:szCs w:val="18"/>
                <w:lang w:val="es-CL"/>
              </w:rPr>
              <w:t>[COMPLETAR]</w:t>
            </w:r>
          </w:p>
          <w:p w14:paraId="5A4EEEEA" w14:textId="2BA692F3" w:rsidR="00DA1BA1" w:rsidRPr="00434538" w:rsidRDefault="00DA1BA1">
            <w:pPr>
              <w:spacing w:after="0" w:line="240" w:lineRule="auto"/>
              <w:rPr>
                <w:rFonts w:asciiTheme="minorHAnsi" w:hAnsiTheme="minorHAnsi"/>
                <w:szCs w:val="18"/>
                <w:lang w:val="es-CL"/>
              </w:rPr>
            </w:pPr>
          </w:p>
        </w:tc>
      </w:tr>
    </w:tbl>
    <w:p w14:paraId="5C52E4B6" w14:textId="77777777" w:rsidR="00BA185C" w:rsidRPr="00F5355E" w:rsidRDefault="00BA185C">
      <w:pPr>
        <w:spacing w:after="40" w:line="252" w:lineRule="auto"/>
        <w:rPr>
          <w:rFonts w:asciiTheme="minorHAnsi" w:hAnsiTheme="minorHAnsi"/>
          <w:lang w:val="es-CL"/>
        </w:rPr>
      </w:pPr>
    </w:p>
    <w:p w14:paraId="6C9078BF" w14:textId="77777777" w:rsidR="00BA185C" w:rsidRPr="00F5355E" w:rsidRDefault="00BA185C">
      <w:pPr>
        <w:spacing w:after="40" w:line="252" w:lineRule="auto"/>
        <w:rPr>
          <w:rFonts w:asciiTheme="minorHAnsi" w:hAnsiTheme="minorHAnsi"/>
          <w:lang w:val="es-CL"/>
        </w:rPr>
      </w:pPr>
    </w:p>
    <w:p w14:paraId="7D7532CA" w14:textId="77777777" w:rsidR="00BA185C" w:rsidRPr="00F5355E" w:rsidRDefault="0049208A">
      <w:pPr>
        <w:pStyle w:val="TituloSeccionSinExpansion"/>
        <w:pBdr>
          <w:bottom w:val="single" w:sz="8" w:space="1" w:color="17365D"/>
        </w:pBdr>
        <w:spacing w:before="0" w:after="0" w:line="240" w:lineRule="auto"/>
        <w:rPr>
          <w:rFonts w:asciiTheme="minorHAnsi" w:hAnsiTheme="minorHAnsi"/>
          <w:lang w:val="es-CL"/>
        </w:rPr>
      </w:pPr>
      <w:r w:rsidRPr="00F5355E">
        <w:rPr>
          <w:rFonts w:asciiTheme="minorHAnsi" w:hAnsiTheme="minorHAnsi"/>
          <w:lang w:val="es-CL"/>
        </w:rPr>
        <w:t>4. DEMANDA, OFERTA EFECTIVA, DÉFICIT Y CANTIDAD SOLICITADA</w:t>
      </w:r>
    </w:p>
    <w:p w14:paraId="06DEC325" w14:textId="77777777" w:rsidR="006A1A83" w:rsidRPr="00F5355E" w:rsidRDefault="0049208A">
      <w:pPr>
        <w:pStyle w:val="SubtituloSinExpansion"/>
        <w:spacing w:before="0" w:after="0" w:line="240" w:lineRule="auto"/>
        <w:rPr>
          <w:rFonts w:asciiTheme="minorHAnsi" w:hAnsiTheme="minorHAnsi"/>
          <w:lang w:val="es-CL"/>
        </w:rPr>
      </w:pPr>
      <w:r w:rsidRPr="00F5355E">
        <w:rPr>
          <w:rFonts w:asciiTheme="minorHAnsi" w:hAnsiTheme="minorHAnsi"/>
          <w:lang w:val="es-CL"/>
        </w:rPr>
        <w:t>4.1 Cálculo de demanda, oferta efectiva y déficit</w:t>
      </w:r>
    </w:p>
    <w:tbl>
      <w:tblPr>
        <w:tblW w:w="9870" w:type="dxa"/>
        <w:jc w:val="center"/>
        <w:tblLook w:val="04A0" w:firstRow="1" w:lastRow="0" w:firstColumn="1" w:lastColumn="0" w:noHBand="0" w:noVBand="1"/>
      </w:tblPr>
      <w:tblGrid>
        <w:gridCol w:w="9870"/>
      </w:tblGrid>
      <w:tr w:rsidR="00BA185C" w:rsidRPr="00F5355E" w14:paraId="3BF91460" w14:textId="77777777" w:rsidTr="00ED19AC">
        <w:trPr>
          <w:cantSplit/>
          <w:jc w:val="center"/>
        </w:trPr>
        <w:tc>
          <w:tcPr>
            <w:tcW w:w="9870" w:type="dxa"/>
            <w:tcBorders>
              <w:top w:val="single" w:sz="6" w:space="0" w:color="7F8C8D"/>
              <w:left w:val="single" w:sz="6" w:space="0" w:color="7F8C8D"/>
              <w:bottom w:val="single" w:sz="6" w:space="0" w:color="7F8C8D"/>
              <w:right w:val="single" w:sz="6" w:space="0" w:color="7F8C8D"/>
            </w:tcBorders>
            <w:shd w:val="clear" w:color="auto" w:fill="FFF2CC"/>
            <w:tcMar>
              <w:top w:w="70" w:type="dxa"/>
              <w:left w:w="80" w:type="dxa"/>
              <w:bottom w:w="70" w:type="dxa"/>
              <w:right w:w="80" w:type="dxa"/>
            </w:tcMar>
            <w:vAlign w:val="center"/>
          </w:tcPr>
          <w:p w14:paraId="331DE1B6" w14:textId="77777777" w:rsidR="00BA185C" w:rsidRPr="00F5355E" w:rsidRDefault="0049208A" w:rsidP="00482058">
            <w:pPr>
              <w:spacing w:after="0" w:line="240" w:lineRule="auto"/>
              <w:jc w:val="both"/>
              <w:rPr>
                <w:rFonts w:asciiTheme="minorHAnsi" w:hAnsiTheme="minorHAnsi"/>
                <w:color w:val="1F1F1F"/>
                <w:sz w:val="16"/>
                <w:lang w:val="es-CL"/>
              </w:rPr>
            </w:pPr>
            <w:r w:rsidRPr="0010030B">
              <w:rPr>
                <w:rFonts w:asciiTheme="minorHAnsi" w:hAnsiTheme="minorHAnsi"/>
                <w:b/>
                <w:color w:val="17365D"/>
                <w:szCs w:val="18"/>
                <w:lang w:val="es-CL"/>
              </w:rPr>
              <w:t>INSTRUCCIÓN DE LLENADO (OBLIGATORIA):</w:t>
            </w:r>
            <w:r w:rsidRPr="00F5355E">
              <w:rPr>
                <w:rFonts w:asciiTheme="minorHAnsi" w:hAnsiTheme="minorHAnsi"/>
                <w:lang w:val="es-CL"/>
              </w:rPr>
              <w:t xml:space="preserve"> La demanda debe representar la capacidad requerida para cumplir el servicio. La oferta efectiva corresponde solo a activos operativos, técnicamente aptos y disponibles. En proyectos de ADQUISICIÓN, la oferta efectiva puede ser cero si el municipio no dispone del activo o capacidad equivalente. En proyectos de REPOSICIÓN, registre la oferta actual y descuente los activos técnicamente indisponibles. Calcule: DÉFICIT = DEMANDA JUSTIFICADA - OFERTA EFECTIVA. La cantidad solicitada debe ser coherente con el déficit.</w:t>
            </w:r>
          </w:p>
          <w:p w14:paraId="2AD6223F" w14:textId="77777777" w:rsidR="00DA1BA1" w:rsidRPr="00F5355E" w:rsidRDefault="00DA1BA1">
            <w:pPr>
              <w:spacing w:after="0" w:line="240" w:lineRule="auto"/>
              <w:rPr>
                <w:rFonts w:asciiTheme="minorHAnsi" w:hAnsiTheme="minorHAnsi"/>
                <w:color w:val="1F1F1F"/>
                <w:sz w:val="16"/>
                <w:lang w:val="es-CL"/>
              </w:rPr>
            </w:pPr>
          </w:p>
          <w:p w14:paraId="62D500DA" w14:textId="77777777" w:rsidR="0064152E" w:rsidRPr="00F5355E" w:rsidRDefault="00DA1BA1">
            <w:pPr>
              <w:spacing w:after="0" w:line="240" w:lineRule="auto"/>
              <w:rPr>
                <w:rFonts w:asciiTheme="minorHAnsi" w:hAnsiTheme="minorHAnsi"/>
                <w:i/>
                <w:color w:val="7F7F7F"/>
                <w:lang w:val="es-CL"/>
              </w:rPr>
            </w:pPr>
            <w:r w:rsidRPr="00F5355E">
              <w:rPr>
                <w:rFonts w:asciiTheme="minorHAnsi" w:hAnsiTheme="minorHAnsi"/>
                <w:i/>
                <w:color w:val="7F7F7F"/>
                <w:lang w:val="es-CL"/>
              </w:rPr>
              <w:t>[COMPLETAR]</w:t>
            </w:r>
          </w:p>
          <w:tbl>
            <w:tblPr>
              <w:tblW w:w="0" w:type="auto"/>
              <w:jc w:val="center"/>
              <w:tblLayout w:type="fixed"/>
              <w:tblLook w:val="04A0" w:firstRow="1" w:lastRow="0" w:firstColumn="1" w:lastColumn="0" w:noHBand="0" w:noVBand="1"/>
            </w:tblPr>
            <w:tblGrid>
              <w:gridCol w:w="4026"/>
              <w:gridCol w:w="2254"/>
            </w:tblGrid>
            <w:tr w:rsidR="00A8555D" w:rsidRPr="00F5355E" w14:paraId="1297E92C" w14:textId="77777777" w:rsidTr="009A1015">
              <w:trPr>
                <w:cantSplit/>
                <w:trHeight w:val="270"/>
                <w:tblHeader/>
                <w:jc w:val="center"/>
              </w:trPr>
              <w:tc>
                <w:tcPr>
                  <w:tcW w:w="4026" w:type="dxa"/>
                  <w:tcBorders>
                    <w:top w:val="single" w:sz="4" w:space="0" w:color="7F8C8D"/>
                    <w:left w:val="single" w:sz="4" w:space="0" w:color="7F8C8D"/>
                    <w:bottom w:val="single" w:sz="4" w:space="0" w:color="7F8C8D"/>
                    <w:right w:val="single" w:sz="4" w:space="0" w:color="7F8C8D"/>
                  </w:tcBorders>
                  <w:shd w:val="clear" w:color="auto" w:fill="17365D"/>
                  <w:tcMar>
                    <w:top w:w="70" w:type="dxa"/>
                    <w:left w:w="80" w:type="dxa"/>
                    <w:bottom w:w="70" w:type="dxa"/>
                    <w:right w:w="80" w:type="dxa"/>
                  </w:tcMar>
                  <w:vAlign w:val="center"/>
                </w:tcPr>
                <w:p w14:paraId="0E1F4EF6" w14:textId="77777777" w:rsidR="000362F3" w:rsidRPr="00F5355E" w:rsidRDefault="00B22738">
                  <w:pPr>
                    <w:spacing w:after="0" w:line="240" w:lineRule="auto"/>
                    <w:jc w:val="center"/>
                    <w:rPr>
                      <w:rFonts w:asciiTheme="minorHAnsi" w:hAnsiTheme="minorHAnsi"/>
                      <w:lang w:val="es-CL"/>
                    </w:rPr>
                  </w:pPr>
                  <w:r w:rsidRPr="00F5355E">
                    <w:rPr>
                      <w:rFonts w:asciiTheme="minorHAnsi" w:hAnsiTheme="minorHAnsi"/>
                      <w:b/>
                      <w:color w:val="FFFFFF"/>
                      <w:sz w:val="17"/>
                      <w:lang w:val="es-CL"/>
                    </w:rPr>
                    <w:t>Concepto</w:t>
                  </w:r>
                </w:p>
              </w:tc>
              <w:tc>
                <w:tcPr>
                  <w:tcW w:w="2254" w:type="dxa"/>
                  <w:tcBorders>
                    <w:top w:val="single" w:sz="4" w:space="0" w:color="7F8C8D"/>
                    <w:left w:val="single" w:sz="4" w:space="0" w:color="7F8C8D"/>
                    <w:bottom w:val="single" w:sz="4" w:space="0" w:color="7F8C8D"/>
                    <w:right w:val="single" w:sz="4" w:space="0" w:color="7F8C8D"/>
                  </w:tcBorders>
                  <w:shd w:val="clear" w:color="auto" w:fill="17365D"/>
                  <w:tcMar>
                    <w:top w:w="70" w:type="dxa"/>
                    <w:left w:w="80" w:type="dxa"/>
                    <w:bottom w:w="70" w:type="dxa"/>
                    <w:right w:w="80" w:type="dxa"/>
                  </w:tcMar>
                  <w:vAlign w:val="center"/>
                </w:tcPr>
                <w:p w14:paraId="6224DADA" w14:textId="77777777" w:rsidR="000362F3" w:rsidRPr="00F5355E" w:rsidRDefault="00B22738">
                  <w:pPr>
                    <w:spacing w:after="0" w:line="240" w:lineRule="auto"/>
                    <w:jc w:val="center"/>
                    <w:rPr>
                      <w:rFonts w:asciiTheme="minorHAnsi" w:hAnsiTheme="minorHAnsi"/>
                      <w:lang w:val="es-CL"/>
                    </w:rPr>
                  </w:pPr>
                  <w:r w:rsidRPr="00F5355E">
                    <w:rPr>
                      <w:rFonts w:asciiTheme="minorHAnsi" w:hAnsiTheme="minorHAnsi"/>
                      <w:b/>
                      <w:color w:val="FFFFFF"/>
                      <w:sz w:val="17"/>
                      <w:lang w:val="es-CL"/>
                    </w:rPr>
                    <w:t>Cantidad</w:t>
                  </w:r>
                </w:p>
              </w:tc>
            </w:tr>
            <w:tr w:rsidR="00A8555D" w:rsidRPr="00F5355E" w14:paraId="4A6C796D" w14:textId="77777777" w:rsidTr="00E822AF">
              <w:trPr>
                <w:cantSplit/>
                <w:trHeight w:val="244"/>
                <w:jc w:val="center"/>
              </w:trPr>
              <w:tc>
                <w:tcPr>
                  <w:tcW w:w="4026" w:type="dxa"/>
                  <w:tcBorders>
                    <w:top w:val="single" w:sz="4" w:space="0" w:color="7F8C8D"/>
                    <w:left w:val="single" w:sz="4" w:space="0" w:color="7F8C8D"/>
                    <w:bottom w:val="single" w:sz="4" w:space="0" w:color="7F8C8D"/>
                    <w:right w:val="single" w:sz="4" w:space="0" w:color="7F8C8D"/>
                  </w:tcBorders>
                  <w:shd w:val="clear" w:color="auto" w:fill="D9EAF7"/>
                  <w:tcMar>
                    <w:top w:w="70" w:type="dxa"/>
                    <w:left w:w="80" w:type="dxa"/>
                    <w:bottom w:w="70" w:type="dxa"/>
                    <w:right w:w="80" w:type="dxa"/>
                  </w:tcMar>
                  <w:vAlign w:val="center"/>
                </w:tcPr>
                <w:p w14:paraId="3AECD2D5" w14:textId="3D671CC6" w:rsidR="000362F3" w:rsidRPr="00F5355E" w:rsidRDefault="00B22738">
                  <w:pPr>
                    <w:spacing w:after="0" w:line="240" w:lineRule="auto"/>
                    <w:rPr>
                      <w:rFonts w:asciiTheme="minorHAnsi" w:hAnsiTheme="minorHAnsi"/>
                      <w:lang w:val="es-CL"/>
                    </w:rPr>
                  </w:pPr>
                  <w:r w:rsidRPr="00F5355E">
                    <w:rPr>
                      <w:rFonts w:asciiTheme="minorHAnsi" w:hAnsiTheme="minorHAnsi"/>
                      <w:color w:val="17365D"/>
                      <w:sz w:val="17"/>
                      <w:lang w:val="es-CL"/>
                    </w:rPr>
                    <w:t xml:space="preserve">Demanda </w:t>
                  </w:r>
                </w:p>
              </w:tc>
              <w:tc>
                <w:tcPr>
                  <w:tcW w:w="2254" w:type="dxa"/>
                  <w:tcBorders>
                    <w:top w:val="single" w:sz="4" w:space="0" w:color="7F8C8D"/>
                    <w:left w:val="single" w:sz="4" w:space="0" w:color="7F8C8D"/>
                    <w:bottom w:val="single" w:sz="4" w:space="0" w:color="7F8C8D"/>
                    <w:right w:val="single" w:sz="4" w:space="0" w:color="7F8C8D"/>
                  </w:tcBorders>
                  <w:tcMar>
                    <w:top w:w="70" w:type="dxa"/>
                    <w:left w:w="80" w:type="dxa"/>
                    <w:bottom w:w="70" w:type="dxa"/>
                    <w:right w:w="80" w:type="dxa"/>
                  </w:tcMar>
                  <w:vAlign w:val="center"/>
                </w:tcPr>
                <w:p w14:paraId="2A6115F7" w14:textId="77777777" w:rsidR="000362F3" w:rsidRPr="00F5355E" w:rsidRDefault="00B22738">
                  <w:pPr>
                    <w:spacing w:after="0" w:line="240" w:lineRule="auto"/>
                    <w:rPr>
                      <w:rFonts w:asciiTheme="minorHAnsi" w:hAnsiTheme="minorHAnsi"/>
                      <w:lang w:val="es-CL"/>
                    </w:rPr>
                  </w:pPr>
                  <w:r w:rsidRPr="00F5355E">
                    <w:rPr>
                      <w:rFonts w:asciiTheme="minorHAnsi" w:hAnsiTheme="minorHAnsi"/>
                      <w:sz w:val="17"/>
                      <w:lang w:val="es-CL"/>
                    </w:rPr>
                    <w:t>[COMPLETAR]</w:t>
                  </w:r>
                </w:p>
              </w:tc>
            </w:tr>
            <w:tr w:rsidR="00A8555D" w:rsidRPr="00F5355E" w14:paraId="69C117DA" w14:textId="77777777" w:rsidTr="00E822AF">
              <w:trPr>
                <w:cantSplit/>
                <w:trHeight w:val="280"/>
                <w:jc w:val="center"/>
              </w:trPr>
              <w:tc>
                <w:tcPr>
                  <w:tcW w:w="4026" w:type="dxa"/>
                  <w:tcBorders>
                    <w:top w:val="single" w:sz="4" w:space="0" w:color="7F8C8D"/>
                    <w:left w:val="single" w:sz="4" w:space="0" w:color="7F8C8D"/>
                    <w:bottom w:val="single" w:sz="4" w:space="0" w:color="7F8C8D"/>
                    <w:right w:val="single" w:sz="4" w:space="0" w:color="7F8C8D"/>
                  </w:tcBorders>
                  <w:shd w:val="clear" w:color="auto" w:fill="D9EAF7"/>
                  <w:tcMar>
                    <w:top w:w="70" w:type="dxa"/>
                    <w:left w:w="80" w:type="dxa"/>
                    <w:bottom w:w="70" w:type="dxa"/>
                    <w:right w:w="80" w:type="dxa"/>
                  </w:tcMar>
                  <w:vAlign w:val="center"/>
                </w:tcPr>
                <w:p w14:paraId="69945D60" w14:textId="57B5533D" w:rsidR="000362F3" w:rsidRPr="00F5355E" w:rsidRDefault="00517910">
                  <w:pPr>
                    <w:spacing w:after="0" w:line="240" w:lineRule="auto"/>
                    <w:rPr>
                      <w:rFonts w:asciiTheme="minorHAnsi" w:hAnsiTheme="minorHAnsi"/>
                      <w:lang w:val="es-CL"/>
                    </w:rPr>
                  </w:pPr>
                  <w:r w:rsidRPr="00517910">
                    <w:rPr>
                      <w:rFonts w:asciiTheme="minorHAnsi" w:hAnsiTheme="minorHAnsi"/>
                      <w:color w:val="17365D"/>
                      <w:sz w:val="17"/>
                      <w:lang w:val="es-CL"/>
                    </w:rPr>
                    <w:t xml:space="preserve">Oferta actual acreditada (inventario municipal de </w:t>
                  </w:r>
                  <w:r w:rsidR="00773AC3">
                    <w:rPr>
                      <w:rFonts w:asciiTheme="minorHAnsi" w:hAnsiTheme="minorHAnsi"/>
                      <w:color w:val="17365D"/>
                      <w:sz w:val="17"/>
                      <w:lang w:val="es-CL"/>
                    </w:rPr>
                    <w:t>activos</w:t>
                  </w:r>
                  <w:r w:rsidRPr="00517910">
                    <w:rPr>
                      <w:rFonts w:asciiTheme="minorHAnsi" w:hAnsiTheme="minorHAnsi"/>
                      <w:color w:val="17365D"/>
                      <w:sz w:val="17"/>
                      <w:lang w:val="es-CL"/>
                    </w:rPr>
                    <w:t xml:space="preserve"> operativos y disponibles)</w:t>
                  </w:r>
                </w:p>
              </w:tc>
              <w:tc>
                <w:tcPr>
                  <w:tcW w:w="2254" w:type="dxa"/>
                  <w:tcBorders>
                    <w:top w:val="single" w:sz="4" w:space="0" w:color="7F8C8D"/>
                    <w:left w:val="single" w:sz="4" w:space="0" w:color="7F8C8D"/>
                    <w:bottom w:val="single" w:sz="4" w:space="0" w:color="7F8C8D"/>
                    <w:right w:val="single" w:sz="4" w:space="0" w:color="7F8C8D"/>
                  </w:tcBorders>
                  <w:tcMar>
                    <w:top w:w="70" w:type="dxa"/>
                    <w:left w:w="80" w:type="dxa"/>
                    <w:bottom w:w="70" w:type="dxa"/>
                    <w:right w:w="80" w:type="dxa"/>
                  </w:tcMar>
                  <w:vAlign w:val="center"/>
                </w:tcPr>
                <w:p w14:paraId="7BCF1200" w14:textId="77777777" w:rsidR="000362F3" w:rsidRPr="00F5355E" w:rsidRDefault="00B22738">
                  <w:pPr>
                    <w:spacing w:after="0" w:line="240" w:lineRule="auto"/>
                    <w:rPr>
                      <w:rFonts w:asciiTheme="minorHAnsi" w:hAnsiTheme="minorHAnsi"/>
                      <w:lang w:val="es-CL"/>
                    </w:rPr>
                  </w:pPr>
                  <w:r w:rsidRPr="00F5355E">
                    <w:rPr>
                      <w:rFonts w:asciiTheme="minorHAnsi" w:hAnsiTheme="minorHAnsi"/>
                      <w:sz w:val="17"/>
                      <w:lang w:val="es-CL"/>
                    </w:rPr>
                    <w:t>[COMPLETAR]</w:t>
                  </w:r>
                </w:p>
              </w:tc>
            </w:tr>
            <w:tr w:rsidR="00A8555D" w:rsidRPr="00F5355E" w14:paraId="4448A15D" w14:textId="77777777" w:rsidTr="00E822AF">
              <w:trPr>
                <w:cantSplit/>
                <w:trHeight w:val="271"/>
                <w:jc w:val="center"/>
              </w:trPr>
              <w:tc>
                <w:tcPr>
                  <w:tcW w:w="4026" w:type="dxa"/>
                  <w:tcBorders>
                    <w:top w:val="single" w:sz="4" w:space="0" w:color="7F8C8D"/>
                    <w:left w:val="single" w:sz="4" w:space="0" w:color="7F8C8D"/>
                    <w:bottom w:val="single" w:sz="4" w:space="0" w:color="7F8C8D"/>
                    <w:right w:val="single" w:sz="4" w:space="0" w:color="7F8C8D"/>
                  </w:tcBorders>
                  <w:shd w:val="clear" w:color="auto" w:fill="D9EAF7"/>
                  <w:tcMar>
                    <w:top w:w="70" w:type="dxa"/>
                    <w:left w:w="80" w:type="dxa"/>
                    <w:bottom w:w="70" w:type="dxa"/>
                    <w:right w:w="80" w:type="dxa"/>
                  </w:tcMar>
                  <w:vAlign w:val="center"/>
                </w:tcPr>
                <w:p w14:paraId="51F279F1" w14:textId="333AC05F" w:rsidR="000362F3" w:rsidRPr="00F5355E" w:rsidRDefault="00517910">
                  <w:pPr>
                    <w:spacing w:after="0" w:line="240" w:lineRule="auto"/>
                    <w:rPr>
                      <w:rFonts w:asciiTheme="minorHAnsi" w:hAnsiTheme="minorHAnsi"/>
                      <w:lang w:val="es-CL"/>
                    </w:rPr>
                  </w:pPr>
                  <w:r w:rsidRPr="00F5355E">
                    <w:rPr>
                      <w:rFonts w:asciiTheme="minorHAnsi" w:hAnsiTheme="minorHAnsi"/>
                      <w:color w:val="17365D"/>
                      <w:sz w:val="17"/>
                      <w:lang w:val="es-CL"/>
                    </w:rPr>
                    <w:t>Déficit (demanda - oferta)</w:t>
                  </w:r>
                </w:p>
              </w:tc>
              <w:tc>
                <w:tcPr>
                  <w:tcW w:w="2254" w:type="dxa"/>
                  <w:tcBorders>
                    <w:top w:val="single" w:sz="4" w:space="0" w:color="7F8C8D"/>
                    <w:left w:val="single" w:sz="4" w:space="0" w:color="7F8C8D"/>
                    <w:bottom w:val="single" w:sz="4" w:space="0" w:color="7F8C8D"/>
                    <w:right w:val="single" w:sz="4" w:space="0" w:color="7F8C8D"/>
                  </w:tcBorders>
                  <w:tcMar>
                    <w:top w:w="70" w:type="dxa"/>
                    <w:left w:w="80" w:type="dxa"/>
                    <w:bottom w:w="70" w:type="dxa"/>
                    <w:right w:w="80" w:type="dxa"/>
                  </w:tcMar>
                  <w:vAlign w:val="center"/>
                </w:tcPr>
                <w:p w14:paraId="5E3CFAC6" w14:textId="77777777" w:rsidR="000362F3" w:rsidRPr="00F5355E" w:rsidRDefault="00B22738">
                  <w:pPr>
                    <w:spacing w:after="0" w:line="240" w:lineRule="auto"/>
                    <w:rPr>
                      <w:rFonts w:asciiTheme="minorHAnsi" w:hAnsiTheme="minorHAnsi"/>
                      <w:lang w:val="es-CL"/>
                    </w:rPr>
                  </w:pPr>
                  <w:r w:rsidRPr="00F5355E">
                    <w:rPr>
                      <w:rFonts w:asciiTheme="minorHAnsi" w:hAnsiTheme="minorHAnsi"/>
                      <w:sz w:val="17"/>
                      <w:lang w:val="es-CL"/>
                    </w:rPr>
                    <w:t>[COMPLETAR]</w:t>
                  </w:r>
                </w:p>
              </w:tc>
            </w:tr>
          </w:tbl>
          <w:p w14:paraId="142A75E2" w14:textId="14EED7A3" w:rsidR="00482058" w:rsidRPr="00F5355E" w:rsidRDefault="00482058">
            <w:pPr>
              <w:spacing w:after="0" w:line="240" w:lineRule="auto"/>
              <w:rPr>
                <w:rFonts w:asciiTheme="minorHAnsi" w:hAnsiTheme="minorHAnsi"/>
                <w:lang w:val="es-CL"/>
              </w:rPr>
            </w:pPr>
          </w:p>
        </w:tc>
      </w:tr>
    </w:tbl>
    <w:p w14:paraId="5D8F8655" w14:textId="77777777" w:rsidR="00BA185C" w:rsidRPr="00F5355E" w:rsidRDefault="00BA185C">
      <w:pPr>
        <w:spacing w:after="40" w:line="252" w:lineRule="auto"/>
        <w:rPr>
          <w:rFonts w:asciiTheme="minorHAnsi" w:hAnsiTheme="minorHAnsi"/>
          <w:lang w:val="es-CL"/>
        </w:rPr>
      </w:pPr>
    </w:p>
    <w:p w14:paraId="7E912200" w14:textId="77777777" w:rsidR="00BA185C" w:rsidRPr="00F5355E" w:rsidRDefault="00BA185C">
      <w:pPr>
        <w:spacing w:after="40" w:line="252" w:lineRule="auto"/>
        <w:rPr>
          <w:rFonts w:asciiTheme="minorHAnsi" w:hAnsiTheme="minorHAnsi"/>
          <w:lang w:val="es-CL"/>
        </w:rPr>
      </w:pPr>
    </w:p>
    <w:p w14:paraId="169434CB" w14:textId="77777777" w:rsidR="00445FE7" w:rsidRPr="00445FE7" w:rsidRDefault="0049208A" w:rsidP="00445FE7">
      <w:pPr>
        <w:pStyle w:val="SubtituloSinExpansion"/>
        <w:spacing w:before="0" w:line="240" w:lineRule="auto"/>
        <w:rPr>
          <w:rFonts w:asciiTheme="minorHAnsi" w:hAnsiTheme="minorHAnsi"/>
          <w:bCs/>
          <w:lang w:val="es-CL"/>
        </w:rPr>
      </w:pPr>
      <w:r w:rsidRPr="00F5355E">
        <w:rPr>
          <w:rFonts w:asciiTheme="minorHAnsi" w:hAnsiTheme="minorHAnsi"/>
          <w:lang w:val="es-CL"/>
        </w:rPr>
        <w:lastRenderedPageBreak/>
        <w:t xml:space="preserve">4.2 </w:t>
      </w:r>
      <w:r w:rsidR="00445FE7" w:rsidRPr="00445FE7">
        <w:rPr>
          <w:rFonts w:asciiTheme="minorHAnsi" w:hAnsiTheme="minorHAnsi"/>
          <w:bCs/>
          <w:lang w:val="es-CL"/>
        </w:rPr>
        <w:t>Cuadro comparativo de cotizaciones</w:t>
      </w:r>
    </w:p>
    <w:p w14:paraId="7069AB48" w14:textId="4EBA204B" w:rsidR="00BA185C" w:rsidRPr="00F5355E" w:rsidRDefault="00BA185C">
      <w:pPr>
        <w:pStyle w:val="SubtituloSinExpansion"/>
        <w:spacing w:before="0" w:after="0" w:line="240" w:lineRule="auto"/>
        <w:rPr>
          <w:rFonts w:asciiTheme="minorHAnsi" w:hAnsiTheme="minorHAnsi"/>
          <w:lang w:val="es-CL"/>
        </w:rPr>
      </w:pPr>
    </w:p>
    <w:tbl>
      <w:tblPr>
        <w:tblW w:w="0" w:type="auto"/>
        <w:jc w:val="center"/>
        <w:tblLook w:val="04A0" w:firstRow="1" w:lastRow="0" w:firstColumn="1" w:lastColumn="0" w:noHBand="0" w:noVBand="1"/>
      </w:tblPr>
      <w:tblGrid>
        <w:gridCol w:w="9876"/>
      </w:tblGrid>
      <w:tr w:rsidR="00BA185C" w:rsidRPr="00F5355E" w14:paraId="535EFDDC" w14:textId="77777777" w:rsidTr="00ED19AC">
        <w:trPr>
          <w:cantSplit/>
          <w:jc w:val="center"/>
        </w:trPr>
        <w:tc>
          <w:tcPr>
            <w:tcW w:w="9876" w:type="dxa"/>
            <w:tcBorders>
              <w:top w:val="single" w:sz="6" w:space="0" w:color="7F8C8D"/>
              <w:left w:val="single" w:sz="6" w:space="0" w:color="7F8C8D"/>
              <w:bottom w:val="single" w:sz="6" w:space="0" w:color="7F8C8D"/>
              <w:right w:val="single" w:sz="6" w:space="0" w:color="7F8C8D"/>
            </w:tcBorders>
            <w:shd w:val="clear" w:color="auto" w:fill="FFF2CC"/>
            <w:tcMar>
              <w:top w:w="70" w:type="dxa"/>
              <w:left w:w="80" w:type="dxa"/>
              <w:bottom w:w="70" w:type="dxa"/>
              <w:right w:w="80" w:type="dxa"/>
            </w:tcMar>
            <w:vAlign w:val="center"/>
          </w:tcPr>
          <w:p w14:paraId="19845AA6" w14:textId="20681B13" w:rsidR="00FD7283" w:rsidRDefault="00B22738" w:rsidP="00FD7283">
            <w:pPr>
              <w:spacing w:after="0" w:line="240" w:lineRule="auto"/>
              <w:jc w:val="both"/>
              <w:rPr>
                <w:rFonts w:asciiTheme="minorHAnsi" w:hAnsiTheme="minorHAnsi"/>
                <w:lang w:val="es-CL"/>
              </w:rPr>
            </w:pPr>
            <w:r w:rsidRPr="00741A88">
              <w:rPr>
                <w:rFonts w:asciiTheme="minorHAnsi" w:hAnsiTheme="minorHAnsi"/>
                <w:b/>
                <w:color w:val="17365D"/>
                <w:szCs w:val="18"/>
                <w:lang w:val="es-CL"/>
              </w:rPr>
              <w:t>INSTRUCCIÓN DE LLENADO (OBLIGATORIA):</w:t>
            </w:r>
            <w:r w:rsidRPr="00F5355E">
              <w:rPr>
                <w:rFonts w:asciiTheme="minorHAnsi" w:hAnsiTheme="minorHAnsi"/>
                <w:lang w:val="es-CL"/>
              </w:rPr>
              <w:t xml:space="preserve"> </w:t>
            </w:r>
            <w:r w:rsidR="00F52B3A" w:rsidRPr="00F52B3A">
              <w:rPr>
                <w:rFonts w:asciiTheme="minorHAnsi" w:hAnsiTheme="minorHAnsi"/>
                <w:lang w:val="es-CL"/>
              </w:rPr>
              <w:t>Compare al menos tres cotizaciones vigentes, emitidas por proveedores distintos y correspondientes a activos con características técnicas equivalentes. Verifique que cada oferta cumpla las especificaciones técnicas mínimas definidas para la iniciativa. Una vez completado el cuadro comparativo, identifique la cotización utilizada como referencia presupuestaria y fundamente técnicamente su selección. Cuando no sea posible obtener tres cotizaciones, deberá justificar dicha situación.</w:t>
            </w:r>
          </w:p>
          <w:p w14:paraId="742796FC" w14:textId="77777777" w:rsidR="00FD7283" w:rsidRPr="00F52B3A" w:rsidRDefault="00FD7283" w:rsidP="00FD7283">
            <w:pPr>
              <w:spacing w:after="0" w:line="240" w:lineRule="auto"/>
              <w:jc w:val="both"/>
              <w:rPr>
                <w:rFonts w:asciiTheme="minorHAnsi" w:hAnsiTheme="minorHAnsi"/>
                <w:lang w:val="es-CL"/>
              </w:rPr>
            </w:pPr>
          </w:p>
          <w:p w14:paraId="723EEA5E" w14:textId="77777777" w:rsidR="0036549D" w:rsidRDefault="00D14527" w:rsidP="00FD7283">
            <w:pPr>
              <w:spacing w:after="0" w:line="240" w:lineRule="auto"/>
              <w:jc w:val="both"/>
              <w:rPr>
                <w:rFonts w:asciiTheme="minorHAnsi" w:hAnsiTheme="minorHAnsi"/>
                <w:i/>
                <w:color w:val="7F7F7F"/>
                <w:lang w:val="es-CL"/>
              </w:rPr>
            </w:pPr>
            <w:r w:rsidRPr="00F5355E">
              <w:rPr>
                <w:rFonts w:asciiTheme="minorHAnsi" w:hAnsiTheme="minorHAnsi"/>
                <w:i/>
                <w:color w:val="7F7F7F"/>
                <w:lang w:val="es-CL"/>
              </w:rPr>
              <w:t>[COMPLETAR]</w:t>
            </w:r>
          </w:p>
          <w:tbl>
            <w:tblPr>
              <w:tblW w:w="0" w:type="auto"/>
              <w:jc w:val="center"/>
              <w:tblLook w:val="04A0" w:firstRow="1" w:lastRow="0" w:firstColumn="1" w:lastColumn="0" w:noHBand="0" w:noVBand="1"/>
            </w:tblPr>
            <w:tblGrid>
              <w:gridCol w:w="1612"/>
              <w:gridCol w:w="2377"/>
              <w:gridCol w:w="1917"/>
              <w:gridCol w:w="1843"/>
              <w:gridCol w:w="1701"/>
            </w:tblGrid>
            <w:tr w:rsidR="006E3469" w:rsidRPr="001E5443" w14:paraId="4E1937D5" w14:textId="77777777" w:rsidTr="00FA6EAE">
              <w:trPr>
                <w:cantSplit/>
                <w:jc w:val="center"/>
              </w:trPr>
              <w:tc>
                <w:tcPr>
                  <w:tcW w:w="3989" w:type="dxa"/>
                  <w:gridSpan w:val="2"/>
                  <w:tcBorders>
                    <w:top w:val="single" w:sz="4" w:space="0" w:color="7F8C8D"/>
                    <w:left w:val="single" w:sz="4" w:space="0" w:color="7F8C8D"/>
                    <w:bottom w:val="single" w:sz="4" w:space="0" w:color="7F8C8D"/>
                    <w:right w:val="single" w:sz="4" w:space="0" w:color="7F8C8D"/>
                  </w:tcBorders>
                  <w:shd w:val="clear" w:color="auto" w:fill="17365D"/>
                  <w:tcMar>
                    <w:top w:w="70" w:type="dxa"/>
                    <w:left w:w="80" w:type="dxa"/>
                    <w:bottom w:w="70" w:type="dxa"/>
                    <w:right w:w="80" w:type="dxa"/>
                  </w:tcMar>
                  <w:vAlign w:val="center"/>
                </w:tcPr>
                <w:p w14:paraId="6EF55223" w14:textId="77777777" w:rsidR="006E3469" w:rsidRPr="001E5443" w:rsidRDefault="006E3469" w:rsidP="006E3469">
                  <w:pPr>
                    <w:spacing w:after="0" w:line="240" w:lineRule="auto"/>
                    <w:jc w:val="center"/>
                    <w:rPr>
                      <w:rFonts w:asciiTheme="minorHAnsi" w:hAnsiTheme="minorHAnsi"/>
                      <w:lang w:val="es-CL"/>
                    </w:rPr>
                  </w:pPr>
                  <w:r w:rsidRPr="001E5443">
                    <w:rPr>
                      <w:rFonts w:asciiTheme="minorHAnsi" w:hAnsiTheme="minorHAnsi"/>
                      <w:b/>
                      <w:color w:val="FFFFFF"/>
                      <w:lang w:val="es-CL"/>
                    </w:rPr>
                    <w:t>A. PRINCIPALES CARACTERÍSTICAS TÉCNICAS</w:t>
                  </w:r>
                </w:p>
              </w:tc>
              <w:tc>
                <w:tcPr>
                  <w:tcW w:w="1917" w:type="dxa"/>
                  <w:tcBorders>
                    <w:top w:val="single" w:sz="4" w:space="0" w:color="7F8C8D"/>
                    <w:left w:val="single" w:sz="4" w:space="0" w:color="7F8C8D"/>
                    <w:bottom w:val="single" w:sz="4" w:space="0" w:color="7F8C8D"/>
                    <w:right w:val="single" w:sz="4" w:space="0" w:color="7F8C8D"/>
                  </w:tcBorders>
                  <w:shd w:val="clear" w:color="auto" w:fill="17365D"/>
                </w:tcPr>
                <w:p w14:paraId="545D022C" w14:textId="77777777" w:rsidR="006E3469" w:rsidRPr="001E5443" w:rsidRDefault="006E3469" w:rsidP="006E3469">
                  <w:pPr>
                    <w:spacing w:after="0" w:line="240" w:lineRule="auto"/>
                    <w:jc w:val="center"/>
                    <w:rPr>
                      <w:rFonts w:asciiTheme="minorHAnsi" w:hAnsiTheme="minorHAnsi"/>
                      <w:b/>
                      <w:color w:val="FFFFFF"/>
                      <w:lang w:val="es-CL"/>
                    </w:rPr>
                  </w:pPr>
                  <w:r w:rsidRPr="001E5443">
                    <w:rPr>
                      <w:rFonts w:asciiTheme="minorHAnsi" w:hAnsiTheme="minorHAnsi"/>
                      <w:b/>
                      <w:color w:val="FFFFFF"/>
                      <w:lang w:val="es-CL"/>
                    </w:rPr>
                    <w:t>Cotización N°1</w:t>
                  </w:r>
                </w:p>
              </w:tc>
              <w:tc>
                <w:tcPr>
                  <w:tcW w:w="1843" w:type="dxa"/>
                  <w:tcBorders>
                    <w:top w:val="single" w:sz="4" w:space="0" w:color="7F8C8D"/>
                    <w:left w:val="single" w:sz="4" w:space="0" w:color="7F8C8D"/>
                    <w:bottom w:val="single" w:sz="4" w:space="0" w:color="7F8C8D"/>
                    <w:right w:val="single" w:sz="4" w:space="0" w:color="7F8C8D"/>
                  </w:tcBorders>
                  <w:shd w:val="clear" w:color="auto" w:fill="17365D"/>
                </w:tcPr>
                <w:p w14:paraId="0F293CC3" w14:textId="77777777" w:rsidR="006E3469" w:rsidRPr="001E5443" w:rsidRDefault="006E3469" w:rsidP="006E3469">
                  <w:pPr>
                    <w:spacing w:after="0" w:line="240" w:lineRule="auto"/>
                    <w:jc w:val="center"/>
                    <w:rPr>
                      <w:rFonts w:asciiTheme="minorHAnsi" w:hAnsiTheme="minorHAnsi"/>
                      <w:b/>
                      <w:color w:val="FFFFFF"/>
                      <w:lang w:val="es-CL"/>
                    </w:rPr>
                  </w:pPr>
                  <w:r w:rsidRPr="001E5443">
                    <w:rPr>
                      <w:rFonts w:asciiTheme="minorHAnsi" w:hAnsiTheme="minorHAnsi"/>
                      <w:b/>
                      <w:color w:val="FFFFFF"/>
                      <w:lang w:val="es-CL"/>
                    </w:rPr>
                    <w:t>Cotización N°2</w:t>
                  </w:r>
                </w:p>
              </w:tc>
              <w:tc>
                <w:tcPr>
                  <w:tcW w:w="1701" w:type="dxa"/>
                  <w:tcBorders>
                    <w:top w:val="single" w:sz="4" w:space="0" w:color="7F8C8D"/>
                    <w:left w:val="single" w:sz="4" w:space="0" w:color="7F8C8D"/>
                    <w:bottom w:val="single" w:sz="4" w:space="0" w:color="7F8C8D"/>
                    <w:right w:val="single" w:sz="4" w:space="0" w:color="7F8C8D"/>
                  </w:tcBorders>
                  <w:shd w:val="clear" w:color="auto" w:fill="17365D"/>
                </w:tcPr>
                <w:p w14:paraId="3C0CB219" w14:textId="77777777" w:rsidR="006E3469" w:rsidRPr="001E5443" w:rsidRDefault="006E3469" w:rsidP="006E3469">
                  <w:pPr>
                    <w:spacing w:after="0" w:line="240" w:lineRule="auto"/>
                    <w:jc w:val="center"/>
                    <w:rPr>
                      <w:rFonts w:asciiTheme="minorHAnsi" w:hAnsiTheme="minorHAnsi"/>
                      <w:b/>
                      <w:color w:val="FFFFFF"/>
                      <w:lang w:val="es-CL"/>
                    </w:rPr>
                  </w:pPr>
                  <w:r w:rsidRPr="001E5443">
                    <w:rPr>
                      <w:rFonts w:asciiTheme="minorHAnsi" w:hAnsiTheme="minorHAnsi"/>
                      <w:b/>
                      <w:color w:val="FFFFFF"/>
                      <w:lang w:val="es-CL"/>
                    </w:rPr>
                    <w:t>Cotización N°3</w:t>
                  </w:r>
                </w:p>
              </w:tc>
            </w:tr>
            <w:tr w:rsidR="006E3469" w:rsidRPr="001E5443" w14:paraId="7F473A6E" w14:textId="77777777" w:rsidTr="00FA6EAE">
              <w:trPr>
                <w:cantSplit/>
                <w:jc w:val="center"/>
              </w:trPr>
              <w:tc>
                <w:tcPr>
                  <w:tcW w:w="1612" w:type="dxa"/>
                  <w:tcBorders>
                    <w:top w:val="single" w:sz="4" w:space="0" w:color="7F8C8D"/>
                    <w:left w:val="single" w:sz="4" w:space="0" w:color="7F8C8D"/>
                    <w:bottom w:val="single" w:sz="4" w:space="0" w:color="7F8C8D"/>
                    <w:right w:val="single" w:sz="4" w:space="0" w:color="7F8C8D"/>
                  </w:tcBorders>
                  <w:shd w:val="clear" w:color="auto" w:fill="D9EAF7"/>
                  <w:tcMar>
                    <w:top w:w="70" w:type="dxa"/>
                    <w:left w:w="80" w:type="dxa"/>
                    <w:bottom w:w="70" w:type="dxa"/>
                    <w:right w:w="80" w:type="dxa"/>
                  </w:tcMar>
                  <w:vAlign w:val="center"/>
                </w:tcPr>
                <w:p w14:paraId="387FBC8C" w14:textId="77777777" w:rsidR="006E3469" w:rsidRPr="001E5443" w:rsidRDefault="006E3469" w:rsidP="006E3469">
                  <w:pPr>
                    <w:spacing w:after="0" w:line="240" w:lineRule="auto"/>
                    <w:rPr>
                      <w:rFonts w:asciiTheme="minorHAnsi" w:hAnsiTheme="minorHAnsi"/>
                      <w:b/>
                      <w:color w:val="17365D"/>
                      <w:sz w:val="17"/>
                      <w:lang w:val="es-CL"/>
                    </w:rPr>
                  </w:pPr>
                  <w:r w:rsidRPr="001E5443">
                    <w:rPr>
                      <w:rFonts w:asciiTheme="minorHAnsi" w:hAnsiTheme="minorHAnsi"/>
                      <w:b/>
                      <w:color w:val="17365D"/>
                      <w:sz w:val="17"/>
                      <w:lang w:val="es-CL"/>
                    </w:rPr>
                    <w:t>Proveedor</w:t>
                  </w:r>
                </w:p>
              </w:tc>
              <w:tc>
                <w:tcPr>
                  <w:tcW w:w="2377" w:type="dxa"/>
                  <w:tcBorders>
                    <w:top w:val="single" w:sz="4" w:space="0" w:color="7F8C8D"/>
                    <w:left w:val="single" w:sz="4" w:space="0" w:color="7F8C8D"/>
                    <w:bottom w:val="single" w:sz="4" w:space="0" w:color="7F8C8D"/>
                    <w:right w:val="single" w:sz="4" w:space="0" w:color="7F8C8D"/>
                  </w:tcBorders>
                  <w:shd w:val="clear" w:color="auto" w:fill="FFF2CC"/>
                  <w:tcMar>
                    <w:top w:w="70" w:type="dxa"/>
                    <w:left w:w="80" w:type="dxa"/>
                    <w:bottom w:w="70" w:type="dxa"/>
                    <w:right w:w="80" w:type="dxa"/>
                  </w:tcMar>
                  <w:vAlign w:val="center"/>
                </w:tcPr>
                <w:p w14:paraId="17711C5B" w14:textId="77777777" w:rsidR="006E3469" w:rsidRPr="001E5443" w:rsidRDefault="006E3469" w:rsidP="006E3469">
                  <w:pPr>
                    <w:spacing w:after="0" w:line="240" w:lineRule="auto"/>
                    <w:jc w:val="both"/>
                    <w:rPr>
                      <w:rFonts w:asciiTheme="minorHAnsi" w:hAnsiTheme="minorHAnsi"/>
                      <w:lang w:val="es-CL"/>
                    </w:rPr>
                  </w:pPr>
                </w:p>
              </w:tc>
              <w:tc>
                <w:tcPr>
                  <w:tcW w:w="1917" w:type="dxa"/>
                  <w:tcBorders>
                    <w:top w:val="single" w:sz="4" w:space="0" w:color="7F8C8D"/>
                    <w:left w:val="single" w:sz="4" w:space="0" w:color="7F8C8D"/>
                    <w:bottom w:val="single" w:sz="4" w:space="0" w:color="7F8C8D"/>
                    <w:right w:val="single" w:sz="4" w:space="0" w:color="7F8C8D"/>
                  </w:tcBorders>
                  <w:shd w:val="clear" w:color="auto" w:fill="FFF2CC"/>
                </w:tcPr>
                <w:p w14:paraId="69598C33" w14:textId="77777777" w:rsidR="006E3469" w:rsidRPr="001E5443" w:rsidRDefault="006E3469" w:rsidP="006E3469">
                  <w:pPr>
                    <w:spacing w:after="0" w:line="240" w:lineRule="auto"/>
                    <w:jc w:val="both"/>
                    <w:rPr>
                      <w:rFonts w:asciiTheme="minorHAnsi" w:hAnsiTheme="minorHAnsi"/>
                      <w:sz w:val="17"/>
                      <w:lang w:val="es-CL"/>
                    </w:rPr>
                  </w:pPr>
                </w:p>
              </w:tc>
              <w:tc>
                <w:tcPr>
                  <w:tcW w:w="1843" w:type="dxa"/>
                  <w:tcBorders>
                    <w:top w:val="single" w:sz="4" w:space="0" w:color="7F8C8D"/>
                    <w:left w:val="single" w:sz="4" w:space="0" w:color="7F8C8D"/>
                    <w:bottom w:val="single" w:sz="4" w:space="0" w:color="7F8C8D"/>
                    <w:right w:val="single" w:sz="4" w:space="0" w:color="7F8C8D"/>
                  </w:tcBorders>
                  <w:shd w:val="clear" w:color="auto" w:fill="FFF2CC"/>
                </w:tcPr>
                <w:p w14:paraId="2B6462C3" w14:textId="77777777" w:rsidR="006E3469" w:rsidRPr="001E5443" w:rsidRDefault="006E3469" w:rsidP="006E3469">
                  <w:pPr>
                    <w:spacing w:after="0" w:line="240" w:lineRule="auto"/>
                    <w:jc w:val="both"/>
                    <w:rPr>
                      <w:rFonts w:asciiTheme="minorHAnsi" w:hAnsiTheme="minorHAnsi"/>
                      <w:sz w:val="17"/>
                      <w:lang w:val="es-CL"/>
                    </w:rPr>
                  </w:pPr>
                </w:p>
              </w:tc>
              <w:tc>
                <w:tcPr>
                  <w:tcW w:w="1701" w:type="dxa"/>
                  <w:tcBorders>
                    <w:top w:val="single" w:sz="4" w:space="0" w:color="7F8C8D"/>
                    <w:left w:val="single" w:sz="4" w:space="0" w:color="7F8C8D"/>
                    <w:bottom w:val="single" w:sz="4" w:space="0" w:color="7F8C8D"/>
                    <w:right w:val="single" w:sz="4" w:space="0" w:color="7F8C8D"/>
                  </w:tcBorders>
                  <w:shd w:val="clear" w:color="auto" w:fill="FFF2CC"/>
                </w:tcPr>
                <w:p w14:paraId="452D8B56" w14:textId="77777777" w:rsidR="006E3469" w:rsidRPr="001E5443" w:rsidRDefault="006E3469" w:rsidP="006E3469">
                  <w:pPr>
                    <w:spacing w:after="0" w:line="240" w:lineRule="auto"/>
                    <w:jc w:val="both"/>
                    <w:rPr>
                      <w:rFonts w:asciiTheme="minorHAnsi" w:hAnsiTheme="minorHAnsi"/>
                      <w:sz w:val="17"/>
                      <w:lang w:val="es-CL"/>
                    </w:rPr>
                  </w:pPr>
                </w:p>
              </w:tc>
            </w:tr>
            <w:tr w:rsidR="006E3469" w:rsidRPr="001E5443" w14:paraId="6AADFBA5" w14:textId="77777777" w:rsidTr="00FA6EAE">
              <w:trPr>
                <w:cantSplit/>
                <w:jc w:val="center"/>
              </w:trPr>
              <w:tc>
                <w:tcPr>
                  <w:tcW w:w="1612" w:type="dxa"/>
                  <w:tcBorders>
                    <w:top w:val="single" w:sz="4" w:space="0" w:color="7F8C8D"/>
                    <w:left w:val="single" w:sz="4" w:space="0" w:color="7F8C8D"/>
                    <w:bottom w:val="single" w:sz="4" w:space="0" w:color="7F8C8D"/>
                    <w:right w:val="single" w:sz="4" w:space="0" w:color="7F8C8D"/>
                  </w:tcBorders>
                  <w:shd w:val="clear" w:color="auto" w:fill="D9EAF7"/>
                  <w:tcMar>
                    <w:top w:w="70" w:type="dxa"/>
                    <w:left w:w="80" w:type="dxa"/>
                    <w:bottom w:w="70" w:type="dxa"/>
                    <w:right w:w="80" w:type="dxa"/>
                  </w:tcMar>
                  <w:vAlign w:val="center"/>
                </w:tcPr>
                <w:p w14:paraId="6A998625" w14:textId="77777777" w:rsidR="006E3469" w:rsidRPr="001E5443" w:rsidRDefault="006E3469" w:rsidP="006E3469">
                  <w:pPr>
                    <w:spacing w:after="0" w:line="240" w:lineRule="auto"/>
                    <w:rPr>
                      <w:rFonts w:asciiTheme="minorHAnsi" w:hAnsiTheme="minorHAnsi"/>
                      <w:b/>
                      <w:color w:val="17365D"/>
                      <w:sz w:val="17"/>
                      <w:lang w:val="es-CL"/>
                    </w:rPr>
                  </w:pPr>
                  <w:r w:rsidRPr="001E5443">
                    <w:rPr>
                      <w:rFonts w:asciiTheme="minorHAnsi" w:hAnsiTheme="minorHAnsi"/>
                      <w:b/>
                      <w:color w:val="17365D"/>
                      <w:sz w:val="17"/>
                      <w:lang w:val="es-CL"/>
                    </w:rPr>
                    <w:t>Principales características técnicas</w:t>
                  </w:r>
                </w:p>
              </w:tc>
              <w:tc>
                <w:tcPr>
                  <w:tcW w:w="2377" w:type="dxa"/>
                  <w:tcBorders>
                    <w:top w:val="single" w:sz="4" w:space="0" w:color="7F8C8D"/>
                    <w:left w:val="single" w:sz="4" w:space="0" w:color="7F8C8D"/>
                    <w:bottom w:val="single" w:sz="4" w:space="0" w:color="7F8C8D"/>
                    <w:right w:val="single" w:sz="4" w:space="0" w:color="7F8C8D"/>
                  </w:tcBorders>
                  <w:shd w:val="clear" w:color="auto" w:fill="FFF2CC"/>
                  <w:tcMar>
                    <w:top w:w="70" w:type="dxa"/>
                    <w:left w:w="80" w:type="dxa"/>
                    <w:bottom w:w="70" w:type="dxa"/>
                    <w:right w:w="80" w:type="dxa"/>
                  </w:tcMar>
                  <w:vAlign w:val="center"/>
                </w:tcPr>
                <w:p w14:paraId="1EBC20C5" w14:textId="77777777" w:rsidR="006E3469" w:rsidRPr="001E5443" w:rsidRDefault="006E3469" w:rsidP="006E3469">
                  <w:pPr>
                    <w:spacing w:after="0" w:line="240" w:lineRule="auto"/>
                    <w:rPr>
                      <w:rFonts w:asciiTheme="minorHAnsi" w:hAnsiTheme="minorHAnsi"/>
                      <w:lang w:val="es-CL"/>
                    </w:rPr>
                  </w:pPr>
                  <w:r w:rsidRPr="001E5443">
                    <w:rPr>
                      <w:rFonts w:asciiTheme="minorHAnsi" w:hAnsiTheme="minorHAnsi"/>
                      <w:lang w:val="es-CL"/>
                    </w:rPr>
                    <w:t>Ejemplos:</w:t>
                  </w:r>
                </w:p>
                <w:p w14:paraId="3241EB8D" w14:textId="77777777" w:rsidR="006E3469" w:rsidRPr="001E5443" w:rsidRDefault="006E3469" w:rsidP="006E3469">
                  <w:pPr>
                    <w:pStyle w:val="Prrafodelista"/>
                    <w:numPr>
                      <w:ilvl w:val="0"/>
                      <w:numId w:val="10"/>
                    </w:numPr>
                    <w:spacing w:after="0" w:line="240" w:lineRule="auto"/>
                    <w:ind w:left="98" w:hanging="98"/>
                    <w:rPr>
                      <w:rFonts w:asciiTheme="minorHAnsi" w:hAnsiTheme="minorHAnsi"/>
                      <w:lang w:val="es-CL"/>
                    </w:rPr>
                  </w:pPr>
                  <w:r w:rsidRPr="001E5443">
                    <w:rPr>
                      <w:rFonts w:asciiTheme="minorHAnsi" w:hAnsiTheme="minorHAnsi"/>
                      <w:lang w:val="es-CL"/>
                    </w:rPr>
                    <w:t xml:space="preserve">Cilindrada </w:t>
                  </w:r>
                </w:p>
                <w:p w14:paraId="25F64CBA" w14:textId="1596D98B" w:rsidR="006E3469" w:rsidRPr="001E5443" w:rsidRDefault="001E5443" w:rsidP="006E3469">
                  <w:pPr>
                    <w:pStyle w:val="Prrafodelista"/>
                    <w:numPr>
                      <w:ilvl w:val="0"/>
                      <w:numId w:val="10"/>
                    </w:numPr>
                    <w:spacing w:after="0" w:line="240" w:lineRule="auto"/>
                    <w:ind w:left="98" w:hanging="98"/>
                    <w:rPr>
                      <w:rFonts w:asciiTheme="minorHAnsi" w:hAnsiTheme="minorHAnsi"/>
                      <w:lang w:val="es-CL"/>
                    </w:rPr>
                  </w:pPr>
                  <w:r w:rsidRPr="001E5443">
                    <w:rPr>
                      <w:rFonts w:asciiTheme="minorHAnsi" w:hAnsiTheme="minorHAnsi"/>
                      <w:lang w:val="es-CL"/>
                    </w:rPr>
                    <w:t>Tracción</w:t>
                  </w:r>
                </w:p>
                <w:p w14:paraId="74EA4080" w14:textId="77777777" w:rsidR="006E3469" w:rsidRPr="001E5443" w:rsidRDefault="006E3469" w:rsidP="006E3469">
                  <w:pPr>
                    <w:pStyle w:val="Prrafodelista"/>
                    <w:numPr>
                      <w:ilvl w:val="0"/>
                      <w:numId w:val="10"/>
                    </w:numPr>
                    <w:spacing w:after="0" w:line="240" w:lineRule="auto"/>
                    <w:ind w:left="98" w:hanging="98"/>
                    <w:rPr>
                      <w:rFonts w:asciiTheme="minorHAnsi" w:hAnsiTheme="minorHAnsi"/>
                      <w:lang w:val="es-CL"/>
                    </w:rPr>
                  </w:pPr>
                  <w:r w:rsidRPr="001E5443">
                    <w:rPr>
                      <w:rFonts w:asciiTheme="minorHAnsi" w:hAnsiTheme="minorHAnsi"/>
                      <w:lang w:val="es-CL"/>
                    </w:rPr>
                    <w:t>Garantía</w:t>
                  </w:r>
                </w:p>
                <w:p w14:paraId="59B972E6" w14:textId="77777777" w:rsidR="006E3469" w:rsidRPr="001E5443" w:rsidRDefault="006E3469" w:rsidP="006E3469">
                  <w:pPr>
                    <w:pStyle w:val="Prrafodelista"/>
                    <w:numPr>
                      <w:ilvl w:val="0"/>
                      <w:numId w:val="10"/>
                    </w:numPr>
                    <w:spacing w:after="0" w:line="240" w:lineRule="auto"/>
                    <w:ind w:left="98" w:hanging="98"/>
                    <w:rPr>
                      <w:rFonts w:asciiTheme="minorHAnsi" w:hAnsiTheme="minorHAnsi"/>
                      <w:lang w:val="es-CL"/>
                    </w:rPr>
                  </w:pPr>
                  <w:r w:rsidRPr="001E5443">
                    <w:rPr>
                      <w:rFonts w:asciiTheme="minorHAnsi" w:hAnsiTheme="minorHAnsi"/>
                      <w:lang w:val="es-CL"/>
                    </w:rPr>
                    <w:t>Servicio técnico y disponibilidad de repuestos</w:t>
                  </w:r>
                </w:p>
                <w:p w14:paraId="3A79B9E5" w14:textId="77777777" w:rsidR="006E3469" w:rsidRPr="001E5443" w:rsidRDefault="006E3469" w:rsidP="006E3469">
                  <w:pPr>
                    <w:pStyle w:val="Prrafodelista"/>
                    <w:numPr>
                      <w:ilvl w:val="0"/>
                      <w:numId w:val="10"/>
                    </w:numPr>
                    <w:spacing w:after="0" w:line="240" w:lineRule="auto"/>
                    <w:ind w:left="98" w:hanging="98"/>
                    <w:rPr>
                      <w:rFonts w:asciiTheme="minorHAnsi" w:hAnsiTheme="minorHAnsi"/>
                      <w:lang w:val="es-CL"/>
                    </w:rPr>
                  </w:pPr>
                  <w:r w:rsidRPr="001E5443">
                    <w:rPr>
                      <w:rFonts w:asciiTheme="minorHAnsi" w:hAnsiTheme="minorHAnsi"/>
                      <w:lang w:val="es-CL"/>
                    </w:rPr>
                    <w:t>Plazo de entrega</w:t>
                  </w:r>
                </w:p>
              </w:tc>
              <w:tc>
                <w:tcPr>
                  <w:tcW w:w="1917" w:type="dxa"/>
                  <w:tcBorders>
                    <w:top w:val="single" w:sz="4" w:space="0" w:color="7F8C8D"/>
                    <w:left w:val="single" w:sz="4" w:space="0" w:color="7F8C8D"/>
                    <w:bottom w:val="single" w:sz="4" w:space="0" w:color="7F8C8D"/>
                    <w:right w:val="single" w:sz="4" w:space="0" w:color="7F8C8D"/>
                  </w:tcBorders>
                  <w:shd w:val="clear" w:color="auto" w:fill="FFF2CC"/>
                </w:tcPr>
                <w:p w14:paraId="6ADD65F3" w14:textId="77777777" w:rsidR="006E3469" w:rsidRPr="001E5443" w:rsidRDefault="006E3469" w:rsidP="006E3469">
                  <w:pPr>
                    <w:spacing w:after="0" w:line="240" w:lineRule="auto"/>
                    <w:jc w:val="both"/>
                    <w:rPr>
                      <w:rFonts w:asciiTheme="minorHAnsi" w:hAnsiTheme="minorHAnsi"/>
                      <w:lang w:val="es-CL"/>
                    </w:rPr>
                  </w:pPr>
                </w:p>
              </w:tc>
              <w:tc>
                <w:tcPr>
                  <w:tcW w:w="1843" w:type="dxa"/>
                  <w:tcBorders>
                    <w:top w:val="single" w:sz="4" w:space="0" w:color="7F8C8D"/>
                    <w:left w:val="single" w:sz="4" w:space="0" w:color="7F8C8D"/>
                    <w:bottom w:val="single" w:sz="4" w:space="0" w:color="7F8C8D"/>
                    <w:right w:val="single" w:sz="4" w:space="0" w:color="7F8C8D"/>
                  </w:tcBorders>
                  <w:shd w:val="clear" w:color="auto" w:fill="FFF2CC"/>
                </w:tcPr>
                <w:p w14:paraId="4A9CFA5C" w14:textId="77777777" w:rsidR="006E3469" w:rsidRPr="001E5443" w:rsidRDefault="006E3469" w:rsidP="006E3469">
                  <w:pPr>
                    <w:spacing w:after="0" w:line="240" w:lineRule="auto"/>
                    <w:jc w:val="both"/>
                    <w:rPr>
                      <w:rFonts w:asciiTheme="minorHAnsi" w:hAnsiTheme="minorHAnsi"/>
                      <w:lang w:val="es-CL"/>
                    </w:rPr>
                  </w:pPr>
                </w:p>
              </w:tc>
              <w:tc>
                <w:tcPr>
                  <w:tcW w:w="1701" w:type="dxa"/>
                  <w:tcBorders>
                    <w:top w:val="single" w:sz="4" w:space="0" w:color="7F8C8D"/>
                    <w:left w:val="single" w:sz="4" w:space="0" w:color="7F8C8D"/>
                    <w:bottom w:val="single" w:sz="4" w:space="0" w:color="7F8C8D"/>
                    <w:right w:val="single" w:sz="4" w:space="0" w:color="7F8C8D"/>
                  </w:tcBorders>
                  <w:shd w:val="clear" w:color="auto" w:fill="FFF2CC"/>
                </w:tcPr>
                <w:p w14:paraId="033D8899" w14:textId="77777777" w:rsidR="006E3469" w:rsidRPr="001E5443" w:rsidRDefault="006E3469" w:rsidP="006E3469">
                  <w:pPr>
                    <w:spacing w:after="0" w:line="240" w:lineRule="auto"/>
                    <w:jc w:val="both"/>
                    <w:rPr>
                      <w:rFonts w:asciiTheme="minorHAnsi" w:hAnsiTheme="minorHAnsi"/>
                      <w:lang w:val="es-CL"/>
                    </w:rPr>
                  </w:pPr>
                </w:p>
              </w:tc>
            </w:tr>
            <w:tr w:rsidR="006E3469" w:rsidRPr="001E5443" w14:paraId="0A59057F" w14:textId="77777777" w:rsidTr="00FA6EAE">
              <w:trPr>
                <w:cantSplit/>
                <w:jc w:val="center"/>
              </w:trPr>
              <w:tc>
                <w:tcPr>
                  <w:tcW w:w="1612" w:type="dxa"/>
                  <w:tcBorders>
                    <w:top w:val="single" w:sz="4" w:space="0" w:color="7F8C8D"/>
                    <w:left w:val="single" w:sz="4" w:space="0" w:color="7F8C8D"/>
                    <w:bottom w:val="single" w:sz="4" w:space="0" w:color="7F8C8D"/>
                    <w:right w:val="single" w:sz="4" w:space="0" w:color="7F8C8D"/>
                  </w:tcBorders>
                  <w:shd w:val="clear" w:color="auto" w:fill="D9EAF7"/>
                  <w:tcMar>
                    <w:top w:w="70" w:type="dxa"/>
                    <w:left w:w="80" w:type="dxa"/>
                    <w:bottom w:w="70" w:type="dxa"/>
                    <w:right w:w="80" w:type="dxa"/>
                  </w:tcMar>
                  <w:vAlign w:val="center"/>
                </w:tcPr>
                <w:p w14:paraId="2F9BCD46" w14:textId="77777777" w:rsidR="006E3469" w:rsidRPr="001E5443" w:rsidRDefault="006E3469" w:rsidP="006E3469">
                  <w:pPr>
                    <w:spacing w:after="0" w:line="240" w:lineRule="auto"/>
                    <w:rPr>
                      <w:rFonts w:asciiTheme="minorHAnsi" w:hAnsiTheme="minorHAnsi"/>
                      <w:b/>
                      <w:color w:val="17365D"/>
                      <w:sz w:val="17"/>
                      <w:lang w:val="es-CL"/>
                    </w:rPr>
                  </w:pPr>
                  <w:r w:rsidRPr="001E5443">
                    <w:rPr>
                      <w:rFonts w:asciiTheme="minorHAnsi" w:hAnsiTheme="minorHAnsi"/>
                      <w:b/>
                      <w:color w:val="17365D"/>
                      <w:sz w:val="17"/>
                      <w:lang w:val="es-CL"/>
                    </w:rPr>
                    <w:t>Precio unitario con IVA</w:t>
                  </w:r>
                </w:p>
              </w:tc>
              <w:tc>
                <w:tcPr>
                  <w:tcW w:w="2377" w:type="dxa"/>
                  <w:tcBorders>
                    <w:top w:val="single" w:sz="4" w:space="0" w:color="7F8C8D"/>
                    <w:left w:val="single" w:sz="4" w:space="0" w:color="7F8C8D"/>
                    <w:bottom w:val="single" w:sz="4" w:space="0" w:color="7F8C8D"/>
                    <w:right w:val="single" w:sz="4" w:space="0" w:color="7F8C8D"/>
                  </w:tcBorders>
                  <w:shd w:val="clear" w:color="auto" w:fill="FFF2CC"/>
                  <w:tcMar>
                    <w:top w:w="70" w:type="dxa"/>
                    <w:left w:w="80" w:type="dxa"/>
                    <w:bottom w:w="70" w:type="dxa"/>
                    <w:right w:w="80" w:type="dxa"/>
                  </w:tcMar>
                  <w:vAlign w:val="center"/>
                </w:tcPr>
                <w:p w14:paraId="071EC93B" w14:textId="77777777" w:rsidR="006E3469" w:rsidRPr="001E5443" w:rsidRDefault="006E3469" w:rsidP="006E3469">
                  <w:pPr>
                    <w:spacing w:after="0" w:line="240" w:lineRule="auto"/>
                    <w:jc w:val="both"/>
                    <w:rPr>
                      <w:rFonts w:asciiTheme="minorHAnsi" w:hAnsiTheme="minorHAnsi"/>
                      <w:sz w:val="17"/>
                      <w:lang w:val="es-CL"/>
                    </w:rPr>
                  </w:pPr>
                </w:p>
              </w:tc>
              <w:tc>
                <w:tcPr>
                  <w:tcW w:w="1917" w:type="dxa"/>
                  <w:tcBorders>
                    <w:top w:val="single" w:sz="4" w:space="0" w:color="7F8C8D"/>
                    <w:left w:val="single" w:sz="4" w:space="0" w:color="7F8C8D"/>
                    <w:bottom w:val="single" w:sz="4" w:space="0" w:color="7F8C8D"/>
                    <w:right w:val="single" w:sz="4" w:space="0" w:color="7F8C8D"/>
                  </w:tcBorders>
                  <w:shd w:val="clear" w:color="auto" w:fill="FFF2CC"/>
                </w:tcPr>
                <w:p w14:paraId="431A84E5" w14:textId="77777777" w:rsidR="006E3469" w:rsidRPr="001E5443" w:rsidRDefault="006E3469" w:rsidP="006E3469">
                  <w:pPr>
                    <w:spacing w:after="0" w:line="240" w:lineRule="auto"/>
                    <w:jc w:val="both"/>
                    <w:rPr>
                      <w:rFonts w:asciiTheme="minorHAnsi" w:hAnsiTheme="minorHAnsi"/>
                      <w:sz w:val="17"/>
                      <w:lang w:val="es-CL"/>
                    </w:rPr>
                  </w:pPr>
                </w:p>
              </w:tc>
              <w:tc>
                <w:tcPr>
                  <w:tcW w:w="1843" w:type="dxa"/>
                  <w:tcBorders>
                    <w:top w:val="single" w:sz="4" w:space="0" w:color="7F8C8D"/>
                    <w:left w:val="single" w:sz="4" w:space="0" w:color="7F8C8D"/>
                    <w:bottom w:val="single" w:sz="4" w:space="0" w:color="7F8C8D"/>
                    <w:right w:val="single" w:sz="4" w:space="0" w:color="7F8C8D"/>
                  </w:tcBorders>
                  <w:shd w:val="clear" w:color="auto" w:fill="FFF2CC"/>
                </w:tcPr>
                <w:p w14:paraId="6B692253" w14:textId="77777777" w:rsidR="006E3469" w:rsidRPr="001E5443" w:rsidRDefault="006E3469" w:rsidP="006E3469">
                  <w:pPr>
                    <w:spacing w:after="0" w:line="240" w:lineRule="auto"/>
                    <w:jc w:val="both"/>
                    <w:rPr>
                      <w:rFonts w:asciiTheme="minorHAnsi" w:hAnsiTheme="minorHAnsi"/>
                      <w:sz w:val="17"/>
                      <w:lang w:val="es-CL"/>
                    </w:rPr>
                  </w:pPr>
                </w:p>
              </w:tc>
              <w:tc>
                <w:tcPr>
                  <w:tcW w:w="1701" w:type="dxa"/>
                  <w:tcBorders>
                    <w:top w:val="single" w:sz="4" w:space="0" w:color="7F8C8D"/>
                    <w:left w:val="single" w:sz="4" w:space="0" w:color="7F8C8D"/>
                    <w:bottom w:val="single" w:sz="4" w:space="0" w:color="7F8C8D"/>
                    <w:right w:val="single" w:sz="4" w:space="0" w:color="7F8C8D"/>
                  </w:tcBorders>
                  <w:shd w:val="clear" w:color="auto" w:fill="FFF2CC"/>
                </w:tcPr>
                <w:p w14:paraId="3B56C1E3" w14:textId="77777777" w:rsidR="006E3469" w:rsidRPr="001E5443" w:rsidRDefault="006E3469" w:rsidP="006E3469">
                  <w:pPr>
                    <w:spacing w:after="0" w:line="240" w:lineRule="auto"/>
                    <w:jc w:val="both"/>
                    <w:rPr>
                      <w:rFonts w:asciiTheme="minorHAnsi" w:hAnsiTheme="minorHAnsi"/>
                      <w:sz w:val="17"/>
                      <w:lang w:val="es-CL"/>
                    </w:rPr>
                  </w:pPr>
                </w:p>
              </w:tc>
            </w:tr>
          </w:tbl>
          <w:p w14:paraId="63A41ED8" w14:textId="2DD83A2F" w:rsidR="006E3469" w:rsidRPr="00D14527" w:rsidRDefault="006E3469" w:rsidP="00FD7283">
            <w:pPr>
              <w:spacing w:after="0" w:line="240" w:lineRule="auto"/>
              <w:jc w:val="both"/>
              <w:rPr>
                <w:rFonts w:asciiTheme="minorHAnsi" w:hAnsiTheme="minorHAnsi"/>
                <w:i/>
                <w:color w:val="7F7F7F"/>
                <w:lang w:val="es-CL"/>
              </w:rPr>
            </w:pPr>
          </w:p>
        </w:tc>
      </w:tr>
    </w:tbl>
    <w:p w14:paraId="7E3DB8E2" w14:textId="77777777" w:rsidR="00BA185C" w:rsidRPr="00F5355E" w:rsidRDefault="00BA185C">
      <w:pPr>
        <w:spacing w:after="40" w:line="252" w:lineRule="auto"/>
        <w:rPr>
          <w:rFonts w:asciiTheme="minorHAnsi" w:hAnsiTheme="minorHAnsi"/>
          <w:lang w:val="es-CL"/>
        </w:rPr>
      </w:pPr>
    </w:p>
    <w:p w14:paraId="1F65F3D0" w14:textId="77777777" w:rsidR="00ED19AC" w:rsidRPr="00F5355E" w:rsidRDefault="00ED19AC">
      <w:pPr>
        <w:spacing w:after="40" w:line="252" w:lineRule="auto"/>
        <w:rPr>
          <w:rFonts w:asciiTheme="minorHAnsi" w:hAnsiTheme="minorHAnsi"/>
          <w:lang w:val="es-CL"/>
        </w:rPr>
      </w:pPr>
    </w:p>
    <w:p w14:paraId="2214C82A" w14:textId="77777777" w:rsidR="00BA185C" w:rsidRPr="00F5355E" w:rsidRDefault="0049208A">
      <w:pPr>
        <w:pStyle w:val="TituloSeccionSinExpansion"/>
        <w:pBdr>
          <w:bottom w:val="single" w:sz="8" w:space="1" w:color="17365D"/>
        </w:pBdr>
        <w:spacing w:before="0" w:after="0" w:line="240" w:lineRule="auto"/>
        <w:rPr>
          <w:rFonts w:asciiTheme="minorHAnsi" w:hAnsiTheme="minorHAnsi"/>
          <w:lang w:val="es-CL"/>
        </w:rPr>
      </w:pPr>
      <w:r w:rsidRPr="00F5355E">
        <w:rPr>
          <w:rFonts w:asciiTheme="minorHAnsi" w:hAnsiTheme="minorHAnsi"/>
          <w:lang w:val="es-CL"/>
        </w:rPr>
        <w:t>5. ALTERNATIVAS DE SOLUCIÓN</w:t>
      </w:r>
    </w:p>
    <w:p w14:paraId="14BC5556" w14:textId="77777777" w:rsidR="00BA185C" w:rsidRPr="00F5355E" w:rsidRDefault="00BA185C">
      <w:pPr>
        <w:spacing w:after="40" w:line="252" w:lineRule="auto"/>
        <w:rPr>
          <w:rFonts w:asciiTheme="minorHAnsi" w:hAnsiTheme="minorHAnsi"/>
          <w:lang w:val="es-CL"/>
        </w:rPr>
      </w:pPr>
    </w:p>
    <w:p w14:paraId="18228881" w14:textId="74A10A74" w:rsidR="00BA185C" w:rsidRPr="00F5355E" w:rsidRDefault="0049208A">
      <w:pPr>
        <w:pStyle w:val="SubtituloSinExpansion"/>
        <w:spacing w:before="0" w:after="0" w:line="240" w:lineRule="auto"/>
        <w:rPr>
          <w:rFonts w:asciiTheme="minorHAnsi" w:hAnsiTheme="minorHAnsi"/>
          <w:lang w:val="es-CL"/>
        </w:rPr>
      </w:pPr>
      <w:r w:rsidRPr="00F5355E">
        <w:rPr>
          <w:rFonts w:asciiTheme="minorHAnsi" w:hAnsiTheme="minorHAnsi"/>
          <w:lang w:val="es-CL"/>
        </w:rPr>
        <w:t>5.</w:t>
      </w:r>
      <w:r w:rsidR="001E20BC" w:rsidRPr="00F5355E">
        <w:rPr>
          <w:rFonts w:asciiTheme="minorHAnsi" w:hAnsiTheme="minorHAnsi"/>
          <w:lang w:val="es-CL"/>
        </w:rPr>
        <w:t>1</w:t>
      </w:r>
      <w:r w:rsidRPr="00F5355E">
        <w:rPr>
          <w:rFonts w:asciiTheme="minorHAnsi" w:hAnsiTheme="minorHAnsi"/>
          <w:lang w:val="es-CL"/>
        </w:rPr>
        <w:t xml:space="preserve"> Alternativas </w:t>
      </w:r>
      <w:r w:rsidR="004F0B94" w:rsidRPr="00F5355E">
        <w:rPr>
          <w:rFonts w:asciiTheme="minorHAnsi" w:hAnsiTheme="minorHAnsi"/>
          <w:lang w:val="es-CL"/>
        </w:rPr>
        <w:t>A</w:t>
      </w:r>
      <w:r w:rsidRPr="00F5355E">
        <w:rPr>
          <w:rFonts w:asciiTheme="minorHAnsi" w:hAnsiTheme="minorHAnsi"/>
          <w:lang w:val="es-CL"/>
        </w:rPr>
        <w:t>nalizadas</w:t>
      </w:r>
    </w:p>
    <w:tbl>
      <w:tblPr>
        <w:tblW w:w="0" w:type="auto"/>
        <w:jc w:val="center"/>
        <w:tblLook w:val="04A0" w:firstRow="1" w:lastRow="0" w:firstColumn="1" w:lastColumn="0" w:noHBand="0" w:noVBand="1"/>
      </w:tblPr>
      <w:tblGrid>
        <w:gridCol w:w="9876"/>
      </w:tblGrid>
      <w:tr w:rsidR="00BA185C" w:rsidRPr="00F5355E" w14:paraId="232C0BDA" w14:textId="77777777" w:rsidTr="00ED19AC">
        <w:trPr>
          <w:cantSplit/>
          <w:jc w:val="center"/>
        </w:trPr>
        <w:tc>
          <w:tcPr>
            <w:tcW w:w="9876" w:type="dxa"/>
            <w:tcBorders>
              <w:top w:val="single" w:sz="6" w:space="0" w:color="7F8C8D"/>
              <w:left w:val="single" w:sz="6" w:space="0" w:color="7F8C8D"/>
              <w:bottom w:val="single" w:sz="6" w:space="0" w:color="7F8C8D"/>
              <w:right w:val="single" w:sz="6" w:space="0" w:color="7F8C8D"/>
            </w:tcBorders>
            <w:shd w:val="clear" w:color="auto" w:fill="FFF2CC"/>
            <w:tcMar>
              <w:top w:w="70" w:type="dxa"/>
              <w:left w:w="80" w:type="dxa"/>
              <w:bottom w:w="70" w:type="dxa"/>
              <w:right w:w="80" w:type="dxa"/>
            </w:tcMar>
            <w:vAlign w:val="center"/>
          </w:tcPr>
          <w:p w14:paraId="5F0CB4C3" w14:textId="2BDFB625" w:rsidR="000362F3" w:rsidRDefault="00B22738" w:rsidP="00CC5E9B">
            <w:pPr>
              <w:spacing w:after="0" w:line="240" w:lineRule="auto"/>
              <w:jc w:val="both"/>
              <w:rPr>
                <w:rFonts w:asciiTheme="minorHAnsi" w:hAnsiTheme="minorHAnsi"/>
                <w:lang w:val="es-CL"/>
              </w:rPr>
            </w:pPr>
            <w:r w:rsidRPr="00F5355E">
              <w:rPr>
                <w:rFonts w:asciiTheme="minorHAnsi" w:hAnsiTheme="minorHAnsi"/>
                <w:lang w:val="es-CL"/>
              </w:rPr>
              <w:t xml:space="preserve">INSTRUCCIÓN DE LLENADO (OBLIGATORIA): Evalúe al menos dos alternativas técnicamente factibles, comparables y capaces de entregar el mismo nivel de servicio. Para ADQUISICIÓN, considere según corresponda: mantener la modalidad actual, arriendo, subcontratación, convenio o compra. Para REPOSICIÓN, considere: continuar con el activo actual optimizado, reparación mayor, arriendo o reposición. </w:t>
            </w:r>
            <w:r w:rsidR="003D0346">
              <w:rPr>
                <w:rFonts w:asciiTheme="minorHAnsi" w:hAnsiTheme="minorHAnsi"/>
                <w:lang w:val="es-CL"/>
              </w:rPr>
              <w:t xml:space="preserve">Se recuerda que este análisis es </w:t>
            </w:r>
            <w:r w:rsidR="008346DA">
              <w:rPr>
                <w:rFonts w:asciiTheme="minorHAnsi" w:hAnsiTheme="minorHAnsi"/>
                <w:lang w:val="es-CL"/>
              </w:rPr>
              <w:t xml:space="preserve">en base a la planilla de evaluación. </w:t>
            </w:r>
          </w:p>
          <w:p w14:paraId="704E94EB" w14:textId="77777777" w:rsidR="00D14527" w:rsidRDefault="00D14527" w:rsidP="00CC5E9B">
            <w:pPr>
              <w:spacing w:after="0" w:line="240" w:lineRule="auto"/>
              <w:jc w:val="both"/>
              <w:rPr>
                <w:rFonts w:asciiTheme="minorHAnsi" w:hAnsiTheme="minorHAnsi"/>
                <w:lang w:val="es-CL"/>
              </w:rPr>
            </w:pPr>
          </w:p>
          <w:p w14:paraId="057F95A1" w14:textId="77777777" w:rsidR="00D14527" w:rsidRPr="00F5355E" w:rsidRDefault="00D14527" w:rsidP="00D14527">
            <w:pPr>
              <w:spacing w:after="0" w:line="240" w:lineRule="auto"/>
              <w:jc w:val="both"/>
              <w:rPr>
                <w:rFonts w:asciiTheme="minorHAnsi" w:hAnsiTheme="minorHAnsi"/>
                <w:i/>
                <w:color w:val="7F7F7F"/>
                <w:lang w:val="es-CL"/>
              </w:rPr>
            </w:pPr>
            <w:r w:rsidRPr="00F5355E">
              <w:rPr>
                <w:rFonts w:asciiTheme="minorHAnsi" w:hAnsiTheme="minorHAnsi"/>
                <w:i/>
                <w:color w:val="7F7F7F"/>
                <w:lang w:val="es-CL"/>
              </w:rPr>
              <w:t>[COMPLETAR]</w:t>
            </w:r>
          </w:p>
          <w:p w14:paraId="4F3B2C7D" w14:textId="77777777" w:rsidR="00D14527" w:rsidRPr="00F5355E" w:rsidRDefault="00D14527" w:rsidP="00CC5E9B">
            <w:pPr>
              <w:spacing w:after="0" w:line="240" w:lineRule="auto"/>
              <w:jc w:val="both"/>
              <w:rPr>
                <w:rFonts w:asciiTheme="minorHAnsi" w:hAnsiTheme="minorHAnsi"/>
                <w:lang w:val="es-CL"/>
              </w:rPr>
            </w:pPr>
          </w:p>
        </w:tc>
      </w:tr>
    </w:tbl>
    <w:p w14:paraId="6BCF7FB0" w14:textId="77777777" w:rsidR="00BA185C" w:rsidRPr="00F5355E" w:rsidRDefault="00BA185C">
      <w:pPr>
        <w:spacing w:after="40" w:line="252" w:lineRule="auto"/>
        <w:rPr>
          <w:rFonts w:asciiTheme="minorHAnsi" w:hAnsiTheme="minorHAnsi"/>
          <w:lang w:val="es-CL"/>
        </w:rPr>
      </w:pPr>
    </w:p>
    <w:p w14:paraId="373717BB" w14:textId="77777777" w:rsidR="00BA185C" w:rsidRPr="00F5355E" w:rsidRDefault="00BA185C">
      <w:pPr>
        <w:spacing w:after="40" w:line="252" w:lineRule="auto"/>
        <w:rPr>
          <w:rFonts w:asciiTheme="minorHAnsi" w:hAnsiTheme="minorHAnsi"/>
          <w:lang w:val="es-CL"/>
        </w:rPr>
      </w:pPr>
    </w:p>
    <w:p w14:paraId="57962F3C" w14:textId="63BEFE82" w:rsidR="00BA185C" w:rsidRPr="00F5355E" w:rsidRDefault="0049208A">
      <w:pPr>
        <w:pStyle w:val="SubtituloSinExpansion"/>
        <w:spacing w:before="0" w:after="0" w:line="240" w:lineRule="auto"/>
        <w:rPr>
          <w:rFonts w:asciiTheme="minorHAnsi" w:hAnsiTheme="minorHAnsi"/>
          <w:lang w:val="es-CL"/>
        </w:rPr>
      </w:pPr>
      <w:r w:rsidRPr="00F5355E">
        <w:rPr>
          <w:rFonts w:asciiTheme="minorHAnsi" w:hAnsiTheme="minorHAnsi"/>
          <w:lang w:val="es-CL"/>
        </w:rPr>
        <w:t>5.</w:t>
      </w:r>
      <w:r w:rsidR="001E20BC" w:rsidRPr="00F5355E">
        <w:rPr>
          <w:rFonts w:asciiTheme="minorHAnsi" w:hAnsiTheme="minorHAnsi"/>
          <w:lang w:val="es-CL"/>
        </w:rPr>
        <w:t>2</w:t>
      </w:r>
      <w:r w:rsidRPr="00F5355E">
        <w:rPr>
          <w:rFonts w:asciiTheme="minorHAnsi" w:hAnsiTheme="minorHAnsi"/>
          <w:lang w:val="es-CL"/>
        </w:rPr>
        <w:t xml:space="preserve"> Alternativa </w:t>
      </w:r>
      <w:r w:rsidR="004F0B94" w:rsidRPr="00F5355E">
        <w:rPr>
          <w:rFonts w:asciiTheme="minorHAnsi" w:hAnsiTheme="minorHAnsi"/>
          <w:lang w:val="es-CL"/>
        </w:rPr>
        <w:t>S</w:t>
      </w:r>
      <w:r w:rsidRPr="00F5355E">
        <w:rPr>
          <w:rFonts w:asciiTheme="minorHAnsi" w:hAnsiTheme="minorHAnsi"/>
          <w:lang w:val="es-CL"/>
        </w:rPr>
        <w:t>eleccionada</w:t>
      </w:r>
    </w:p>
    <w:tbl>
      <w:tblPr>
        <w:tblW w:w="0" w:type="auto"/>
        <w:jc w:val="center"/>
        <w:tblLook w:val="04A0" w:firstRow="1" w:lastRow="0" w:firstColumn="1" w:lastColumn="0" w:noHBand="0" w:noVBand="1"/>
      </w:tblPr>
      <w:tblGrid>
        <w:gridCol w:w="9914"/>
      </w:tblGrid>
      <w:tr w:rsidR="00BA185C" w:rsidRPr="00F5355E" w14:paraId="658B2D2C" w14:textId="77777777" w:rsidTr="00ED19AC">
        <w:trPr>
          <w:cantSplit/>
          <w:jc w:val="center"/>
        </w:trPr>
        <w:tc>
          <w:tcPr>
            <w:tcW w:w="9914" w:type="dxa"/>
            <w:tcBorders>
              <w:top w:val="single" w:sz="6" w:space="0" w:color="7F8C8D"/>
              <w:left w:val="single" w:sz="6" w:space="0" w:color="7F8C8D"/>
              <w:bottom w:val="single" w:sz="6" w:space="0" w:color="7F8C8D"/>
              <w:right w:val="single" w:sz="6" w:space="0" w:color="7F8C8D"/>
            </w:tcBorders>
            <w:shd w:val="clear" w:color="auto" w:fill="FFF2CC"/>
            <w:tcMar>
              <w:top w:w="70" w:type="dxa"/>
              <w:left w:w="80" w:type="dxa"/>
              <w:bottom w:w="70" w:type="dxa"/>
              <w:right w:w="80" w:type="dxa"/>
            </w:tcMar>
            <w:vAlign w:val="center"/>
          </w:tcPr>
          <w:p w14:paraId="01903E0F" w14:textId="77777777" w:rsidR="000362F3" w:rsidRDefault="00B22738" w:rsidP="00CC5E9B">
            <w:pPr>
              <w:spacing w:after="0" w:line="240" w:lineRule="auto"/>
              <w:jc w:val="both"/>
              <w:rPr>
                <w:rFonts w:asciiTheme="minorHAnsi" w:hAnsiTheme="minorHAnsi"/>
                <w:lang w:val="es-CL"/>
              </w:rPr>
            </w:pPr>
            <w:r w:rsidRPr="00F5355E">
              <w:rPr>
                <w:rFonts w:asciiTheme="minorHAnsi" w:hAnsiTheme="minorHAnsi"/>
                <w:lang w:val="es-CL"/>
              </w:rPr>
              <w:t>INSTRUCCIÓN DE LLENADO (OBLIGATORIA): Identifique la alternativa seleccionada y fundamente la decisión técnica y económica. Indique expresamente si corresponde a adquisición o reposición. Cuando las alternativas entreguen beneficios equivalentes, seleccione la de menor CAE. Si sus beneficios o capacidades difieren, complemente el análisis conforme a la metodología aplicable.</w:t>
            </w:r>
          </w:p>
          <w:p w14:paraId="3F6577FB" w14:textId="77777777" w:rsidR="00D14527" w:rsidRPr="00F5355E" w:rsidRDefault="00D14527" w:rsidP="00CC5E9B">
            <w:pPr>
              <w:spacing w:after="0" w:line="240" w:lineRule="auto"/>
              <w:jc w:val="both"/>
              <w:rPr>
                <w:rFonts w:asciiTheme="minorHAnsi" w:hAnsiTheme="minorHAnsi"/>
                <w:lang w:val="es-CL"/>
              </w:rPr>
            </w:pPr>
          </w:p>
          <w:p w14:paraId="1AF20656" w14:textId="77777777" w:rsidR="00D14527" w:rsidRPr="00F5355E" w:rsidRDefault="00D14527" w:rsidP="00D14527">
            <w:pPr>
              <w:spacing w:after="0" w:line="240" w:lineRule="auto"/>
              <w:jc w:val="both"/>
              <w:rPr>
                <w:rFonts w:asciiTheme="minorHAnsi" w:hAnsiTheme="minorHAnsi"/>
                <w:i/>
                <w:color w:val="7F7F7F"/>
                <w:lang w:val="es-CL"/>
              </w:rPr>
            </w:pPr>
            <w:r w:rsidRPr="00F5355E">
              <w:rPr>
                <w:rFonts w:asciiTheme="minorHAnsi" w:hAnsiTheme="minorHAnsi"/>
                <w:i/>
                <w:color w:val="7F7F7F"/>
                <w:lang w:val="es-CL"/>
              </w:rPr>
              <w:t>[COMPLETAR]</w:t>
            </w:r>
          </w:p>
          <w:p w14:paraId="2C269F43" w14:textId="77777777" w:rsidR="0036549D" w:rsidRPr="00F5355E" w:rsidRDefault="0036549D">
            <w:pPr>
              <w:spacing w:after="0" w:line="240" w:lineRule="auto"/>
              <w:rPr>
                <w:rFonts w:asciiTheme="minorHAnsi" w:hAnsiTheme="minorHAnsi"/>
                <w:lang w:val="es-CL"/>
              </w:rPr>
            </w:pPr>
          </w:p>
        </w:tc>
      </w:tr>
    </w:tbl>
    <w:p w14:paraId="2750D23E" w14:textId="77777777" w:rsidR="00BA185C" w:rsidRPr="00F5355E" w:rsidRDefault="00BA185C">
      <w:pPr>
        <w:spacing w:after="40" w:line="252" w:lineRule="auto"/>
        <w:rPr>
          <w:rFonts w:asciiTheme="minorHAnsi" w:hAnsiTheme="minorHAnsi"/>
          <w:lang w:val="es-CL"/>
        </w:rPr>
      </w:pPr>
    </w:p>
    <w:p w14:paraId="6AB5B6E5" w14:textId="77777777" w:rsidR="00667B03" w:rsidRPr="00F5355E" w:rsidRDefault="00667B03">
      <w:pPr>
        <w:spacing w:after="40" w:line="252" w:lineRule="auto"/>
        <w:rPr>
          <w:rFonts w:asciiTheme="minorHAnsi" w:hAnsiTheme="minorHAnsi"/>
          <w:lang w:val="es-CL"/>
        </w:rPr>
      </w:pPr>
    </w:p>
    <w:p w14:paraId="2884BF39" w14:textId="3FEED7B4" w:rsidR="00E779A6" w:rsidRPr="00F5355E" w:rsidRDefault="00E779A6" w:rsidP="00E779A6">
      <w:pPr>
        <w:pStyle w:val="SubtituloSinExpansion"/>
        <w:spacing w:before="0" w:after="0" w:line="240" w:lineRule="auto"/>
        <w:rPr>
          <w:rFonts w:asciiTheme="minorHAnsi" w:hAnsiTheme="minorHAnsi"/>
          <w:lang w:val="es-CL"/>
        </w:rPr>
      </w:pPr>
      <w:r w:rsidRPr="00F5355E">
        <w:rPr>
          <w:rFonts w:asciiTheme="minorHAnsi" w:hAnsiTheme="minorHAnsi"/>
          <w:lang w:val="es-CL"/>
        </w:rPr>
        <w:lastRenderedPageBreak/>
        <w:t>5.</w:t>
      </w:r>
      <w:r w:rsidR="001E20BC" w:rsidRPr="00F5355E">
        <w:rPr>
          <w:rFonts w:asciiTheme="minorHAnsi" w:hAnsiTheme="minorHAnsi"/>
          <w:lang w:val="es-CL"/>
        </w:rPr>
        <w:t>3</w:t>
      </w:r>
      <w:r w:rsidRPr="00F5355E">
        <w:rPr>
          <w:rFonts w:asciiTheme="minorHAnsi" w:hAnsiTheme="minorHAnsi"/>
          <w:lang w:val="es-CL"/>
        </w:rPr>
        <w:t xml:space="preserve"> Evaluación </w:t>
      </w:r>
      <w:r w:rsidR="0036549D" w:rsidRPr="00F5355E">
        <w:rPr>
          <w:rFonts w:asciiTheme="minorHAnsi" w:hAnsiTheme="minorHAnsi"/>
          <w:lang w:val="es-CL"/>
        </w:rPr>
        <w:t>E</w:t>
      </w:r>
      <w:r w:rsidRPr="00F5355E">
        <w:rPr>
          <w:rFonts w:asciiTheme="minorHAnsi" w:hAnsiTheme="minorHAnsi"/>
          <w:lang w:val="es-CL"/>
        </w:rPr>
        <w:t>conómica</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876"/>
      </w:tblGrid>
      <w:tr w:rsidR="00E779A6" w:rsidRPr="00F5355E" w14:paraId="13A9BD21" w14:textId="77777777" w:rsidTr="006130A2">
        <w:trPr>
          <w:cantSplit/>
          <w:trHeight w:val="3685"/>
          <w:jc w:val="center"/>
        </w:trPr>
        <w:tc>
          <w:tcPr>
            <w:tcW w:w="9876" w:type="dxa"/>
            <w:tcBorders>
              <w:top w:val="single" w:sz="6" w:space="0" w:color="7F8C8D"/>
              <w:left w:val="single" w:sz="6" w:space="0" w:color="7F8C8D"/>
              <w:bottom w:val="single" w:sz="6" w:space="0" w:color="7F8C8D"/>
              <w:right w:val="single" w:sz="6" w:space="0" w:color="7F8C8D"/>
            </w:tcBorders>
            <w:shd w:val="clear" w:color="auto" w:fill="FFF2CC"/>
            <w:tcMar>
              <w:top w:w="70" w:type="dxa"/>
              <w:left w:w="80" w:type="dxa"/>
              <w:bottom w:w="70" w:type="dxa"/>
              <w:right w:w="80" w:type="dxa"/>
            </w:tcMar>
            <w:vAlign w:val="center"/>
          </w:tcPr>
          <w:p w14:paraId="2AF12667" w14:textId="7F684E3E" w:rsidR="006A1A83" w:rsidRDefault="0049208A" w:rsidP="006034B7">
            <w:pPr>
              <w:spacing w:after="0" w:line="240" w:lineRule="auto"/>
              <w:jc w:val="both"/>
              <w:rPr>
                <w:rFonts w:asciiTheme="minorHAnsi" w:hAnsiTheme="minorHAnsi"/>
                <w:color w:val="000000"/>
                <w:lang w:val="es-CL"/>
              </w:rPr>
            </w:pPr>
            <w:r w:rsidRPr="00F5355E">
              <w:rPr>
                <w:rFonts w:asciiTheme="minorHAnsi" w:hAnsiTheme="minorHAnsi"/>
                <w:b/>
                <w:color w:val="17365D"/>
                <w:lang w:val="es-CL"/>
              </w:rPr>
              <w:t xml:space="preserve">INSTRUCCIÓN DE LLENADO (OBLIGATORIA): </w:t>
            </w:r>
            <w:r w:rsidRPr="00F5355E">
              <w:rPr>
                <w:rFonts w:asciiTheme="minorHAnsi" w:hAnsiTheme="minorHAnsi"/>
                <w:color w:val="000000"/>
                <w:lang w:val="es-CL"/>
              </w:rPr>
              <w:t>Resuma los resultados de la planilla Excel. Todas las alternativas deben utilizar el mismo horizonte</w:t>
            </w:r>
            <w:r w:rsidR="009A3DA8">
              <w:rPr>
                <w:rFonts w:asciiTheme="minorHAnsi" w:hAnsiTheme="minorHAnsi"/>
                <w:color w:val="000000"/>
                <w:lang w:val="es-CL"/>
              </w:rPr>
              <w:t xml:space="preserve"> según tipo de activo</w:t>
            </w:r>
            <w:r w:rsidR="009E53E5">
              <w:rPr>
                <w:rFonts w:asciiTheme="minorHAnsi" w:hAnsiTheme="minorHAnsi"/>
                <w:color w:val="000000"/>
                <w:lang w:val="es-CL"/>
              </w:rPr>
              <w:t xml:space="preserve"> (vida útil SII</w:t>
            </w:r>
            <w:r w:rsidR="001F0D74">
              <w:rPr>
                <w:rFonts w:asciiTheme="minorHAnsi" w:hAnsiTheme="minorHAnsi"/>
                <w:color w:val="000000"/>
                <w:lang w:val="es-CL"/>
              </w:rPr>
              <w:t>)</w:t>
            </w:r>
            <w:r w:rsidRPr="00F5355E">
              <w:rPr>
                <w:rFonts w:asciiTheme="minorHAnsi" w:hAnsiTheme="minorHAnsi"/>
                <w:color w:val="000000"/>
                <w:lang w:val="es-CL"/>
              </w:rPr>
              <w:t>,</w:t>
            </w:r>
            <w:r w:rsidR="00C545E4">
              <w:rPr>
                <w:rFonts w:asciiTheme="minorHAnsi" w:hAnsiTheme="minorHAnsi"/>
                <w:color w:val="000000"/>
                <w:lang w:val="es-CL"/>
              </w:rPr>
              <w:t xml:space="preserve"> análisis de oferta-</w:t>
            </w:r>
            <w:r w:rsidR="00861CC2">
              <w:rPr>
                <w:rFonts w:asciiTheme="minorHAnsi" w:hAnsiTheme="minorHAnsi"/>
                <w:color w:val="000000"/>
                <w:lang w:val="es-CL"/>
              </w:rPr>
              <w:t xml:space="preserve">déficit-demanda, </w:t>
            </w:r>
            <w:r w:rsidR="00C73560">
              <w:rPr>
                <w:rFonts w:asciiTheme="minorHAnsi" w:hAnsiTheme="minorHAnsi"/>
                <w:color w:val="000000"/>
                <w:lang w:val="es-CL"/>
              </w:rPr>
              <w:t>valores de mercado, costos de operación y mantención, análisis de cotizaciones</w:t>
            </w:r>
            <w:r w:rsidR="009A3DA8">
              <w:rPr>
                <w:rFonts w:asciiTheme="minorHAnsi" w:hAnsiTheme="minorHAnsi"/>
                <w:color w:val="000000"/>
                <w:lang w:val="es-CL"/>
              </w:rPr>
              <w:t>,</w:t>
            </w:r>
            <w:r w:rsidR="00C73560">
              <w:rPr>
                <w:rFonts w:asciiTheme="minorHAnsi" w:hAnsiTheme="minorHAnsi"/>
                <w:color w:val="000000"/>
                <w:lang w:val="es-CL"/>
              </w:rPr>
              <w:t xml:space="preserve"> </w:t>
            </w:r>
            <w:r w:rsidRPr="00F5355E">
              <w:rPr>
                <w:rFonts w:asciiTheme="minorHAnsi" w:hAnsiTheme="minorHAnsi"/>
                <w:color w:val="000000"/>
                <w:lang w:val="es-CL"/>
              </w:rPr>
              <w:t>cantidad de unidades y precios sociales</w:t>
            </w:r>
            <w:r w:rsidR="006034B7">
              <w:rPr>
                <w:rFonts w:asciiTheme="minorHAnsi" w:hAnsiTheme="minorHAnsi"/>
                <w:color w:val="000000"/>
                <w:lang w:val="es-CL"/>
              </w:rPr>
              <w:t xml:space="preserve"> actua</w:t>
            </w:r>
            <w:r w:rsidR="00614C60">
              <w:rPr>
                <w:rFonts w:asciiTheme="minorHAnsi" w:hAnsiTheme="minorHAnsi"/>
                <w:color w:val="000000"/>
                <w:lang w:val="es-CL"/>
              </w:rPr>
              <w:t>lizados</w:t>
            </w:r>
            <w:r w:rsidRPr="00F5355E">
              <w:rPr>
                <w:rFonts w:asciiTheme="minorHAnsi" w:hAnsiTheme="minorHAnsi"/>
                <w:color w:val="000000"/>
                <w:lang w:val="es-CL"/>
              </w:rPr>
              <w:t xml:space="preserve">. </w:t>
            </w:r>
          </w:p>
          <w:p w14:paraId="7982FD55" w14:textId="77777777" w:rsidR="00614C60" w:rsidRPr="00F5355E" w:rsidRDefault="00614C60" w:rsidP="006034B7">
            <w:pPr>
              <w:spacing w:after="0" w:line="240" w:lineRule="auto"/>
              <w:jc w:val="both"/>
              <w:rPr>
                <w:rFonts w:asciiTheme="minorHAnsi" w:hAnsiTheme="minorHAnsi"/>
                <w:lang w:val="es-CL"/>
              </w:rPr>
            </w:pPr>
          </w:p>
          <w:p w14:paraId="005B0D98" w14:textId="58040E43" w:rsidR="006A1A83" w:rsidRDefault="0049208A" w:rsidP="006034B7">
            <w:pPr>
              <w:spacing w:after="0" w:line="240" w:lineRule="auto"/>
              <w:jc w:val="both"/>
              <w:rPr>
                <w:rFonts w:asciiTheme="minorHAnsi" w:hAnsiTheme="minorHAnsi"/>
                <w:color w:val="000000"/>
                <w:lang w:val="es-CL"/>
              </w:rPr>
            </w:pPr>
            <w:r w:rsidRPr="00F5355E">
              <w:rPr>
                <w:rFonts w:asciiTheme="minorHAnsi" w:hAnsiTheme="minorHAnsi"/>
                <w:b/>
                <w:color w:val="000000"/>
                <w:lang w:val="es-CL"/>
              </w:rPr>
              <w:t>Parámetros de evaluación</w:t>
            </w:r>
            <w:r w:rsidR="002A6DB4">
              <w:rPr>
                <w:rFonts w:asciiTheme="minorHAnsi" w:hAnsiTheme="minorHAnsi"/>
                <w:b/>
                <w:color w:val="000000"/>
                <w:lang w:val="es-CL"/>
              </w:rPr>
              <w:t xml:space="preserve"> actualizada</w:t>
            </w:r>
            <w:r w:rsidRPr="00F5355E">
              <w:rPr>
                <w:rFonts w:asciiTheme="minorHAnsi" w:hAnsiTheme="minorHAnsi"/>
                <w:b/>
                <w:color w:val="000000"/>
                <w:lang w:val="es-CL"/>
              </w:rPr>
              <w:t xml:space="preserve">: </w:t>
            </w:r>
            <w:r w:rsidRPr="00F5355E">
              <w:rPr>
                <w:rFonts w:asciiTheme="minorHAnsi" w:hAnsiTheme="minorHAnsi"/>
                <w:color w:val="000000"/>
                <w:lang w:val="es-CL"/>
              </w:rPr>
              <w:t>tasa social· horizonte años · precios sociales · cantidad evaluada.</w:t>
            </w:r>
          </w:p>
          <w:p w14:paraId="51FC07CC" w14:textId="77777777" w:rsidR="009042A4" w:rsidRPr="00F5355E" w:rsidRDefault="009042A4">
            <w:pPr>
              <w:spacing w:after="0" w:line="240" w:lineRule="auto"/>
              <w:rPr>
                <w:rFonts w:asciiTheme="minorHAnsi" w:hAnsiTheme="minorHAnsi"/>
                <w:lang w:val="es-CL"/>
              </w:rPr>
            </w:pPr>
          </w:p>
          <w:tbl>
            <w:tblPr>
              <w:tblW w:w="5000" w:type="pct"/>
              <w:jc w:val="cente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A0" w:firstRow="1" w:lastRow="0" w:firstColumn="1" w:lastColumn="0" w:noHBand="0" w:noVBand="1"/>
            </w:tblPr>
            <w:tblGrid>
              <w:gridCol w:w="3235"/>
              <w:gridCol w:w="3235"/>
              <w:gridCol w:w="3236"/>
            </w:tblGrid>
            <w:tr w:rsidR="00012D2E" w:rsidRPr="00F5355E" w14:paraId="60EB890D" w14:textId="77777777" w:rsidTr="006D2C72">
              <w:trPr>
                <w:trHeight w:val="574"/>
                <w:jc w:val="center"/>
              </w:trPr>
              <w:tc>
                <w:tcPr>
                  <w:tcW w:w="1666" w:type="pct"/>
                  <w:shd w:val="clear" w:color="auto" w:fill="17365D"/>
                  <w:tcMar>
                    <w:top w:w="55" w:type="dxa"/>
                    <w:left w:w="65" w:type="dxa"/>
                    <w:bottom w:w="55" w:type="dxa"/>
                    <w:right w:w="65" w:type="dxa"/>
                  </w:tcMar>
                  <w:vAlign w:val="center"/>
                </w:tcPr>
                <w:p w14:paraId="40254155" w14:textId="77777777" w:rsidR="00012D2E" w:rsidRPr="00F5355E" w:rsidRDefault="00012D2E">
                  <w:pPr>
                    <w:jc w:val="center"/>
                    <w:rPr>
                      <w:rFonts w:asciiTheme="minorHAnsi" w:hAnsiTheme="minorHAnsi"/>
                      <w:lang w:val="es-CL"/>
                    </w:rPr>
                  </w:pPr>
                  <w:r w:rsidRPr="00F5355E">
                    <w:rPr>
                      <w:rFonts w:asciiTheme="minorHAnsi" w:hAnsiTheme="minorHAnsi"/>
                      <w:b/>
                      <w:color w:val="FFFFFF"/>
                      <w:sz w:val="16"/>
                      <w:lang w:val="es-CL"/>
                    </w:rPr>
                    <w:t>Indicador social</w:t>
                  </w:r>
                </w:p>
              </w:tc>
              <w:tc>
                <w:tcPr>
                  <w:tcW w:w="1666" w:type="pct"/>
                  <w:shd w:val="clear" w:color="auto" w:fill="17365D"/>
                  <w:tcMar>
                    <w:top w:w="55" w:type="dxa"/>
                    <w:left w:w="65" w:type="dxa"/>
                    <w:bottom w:w="55" w:type="dxa"/>
                    <w:right w:w="65" w:type="dxa"/>
                  </w:tcMar>
                  <w:vAlign w:val="center"/>
                </w:tcPr>
                <w:p w14:paraId="70482DCC" w14:textId="22DEAE6C" w:rsidR="00012D2E" w:rsidRPr="00F5355E" w:rsidRDefault="00012D2E">
                  <w:pPr>
                    <w:jc w:val="center"/>
                    <w:rPr>
                      <w:rFonts w:asciiTheme="minorHAnsi" w:hAnsiTheme="minorHAnsi"/>
                      <w:lang w:val="es-CL"/>
                    </w:rPr>
                  </w:pPr>
                  <w:r w:rsidRPr="00F5355E">
                    <w:rPr>
                      <w:rFonts w:asciiTheme="minorHAnsi" w:hAnsiTheme="minorHAnsi"/>
                      <w:b/>
                      <w:color w:val="FFFFFF"/>
                      <w:sz w:val="16"/>
                      <w:lang w:val="es-CL"/>
                    </w:rPr>
                    <w:t>Alternativa 1</w:t>
                  </w:r>
                  <w:r w:rsidRPr="00F5355E">
                    <w:rPr>
                      <w:rFonts w:asciiTheme="minorHAnsi" w:hAnsiTheme="minorHAnsi"/>
                      <w:b/>
                      <w:color w:val="FFFFFF"/>
                      <w:sz w:val="16"/>
                      <w:lang w:val="es-CL"/>
                    </w:rPr>
                    <w:br/>
                  </w:r>
                </w:p>
              </w:tc>
              <w:tc>
                <w:tcPr>
                  <w:tcW w:w="1667" w:type="pct"/>
                  <w:shd w:val="clear" w:color="auto" w:fill="17365D"/>
                  <w:tcMar>
                    <w:top w:w="55" w:type="dxa"/>
                    <w:left w:w="65" w:type="dxa"/>
                    <w:bottom w:w="55" w:type="dxa"/>
                    <w:right w:w="65" w:type="dxa"/>
                  </w:tcMar>
                  <w:vAlign w:val="center"/>
                </w:tcPr>
                <w:p w14:paraId="58EE2078" w14:textId="77777777" w:rsidR="00012D2E" w:rsidRDefault="00012D2E">
                  <w:pPr>
                    <w:jc w:val="center"/>
                    <w:rPr>
                      <w:rFonts w:asciiTheme="minorHAnsi" w:hAnsiTheme="minorHAnsi"/>
                      <w:b/>
                      <w:color w:val="FFFFFF"/>
                      <w:sz w:val="16"/>
                      <w:lang w:val="es-CL"/>
                    </w:rPr>
                  </w:pPr>
                  <w:r w:rsidRPr="00F5355E">
                    <w:rPr>
                      <w:rFonts w:asciiTheme="minorHAnsi" w:hAnsiTheme="minorHAnsi"/>
                      <w:b/>
                      <w:color w:val="FFFFFF"/>
                      <w:sz w:val="16"/>
                      <w:lang w:val="es-CL"/>
                    </w:rPr>
                    <w:t>Alternativa 2</w:t>
                  </w:r>
                </w:p>
                <w:p w14:paraId="1C11E41F" w14:textId="68413FF3" w:rsidR="006130A2" w:rsidRPr="00F5355E" w:rsidRDefault="006130A2">
                  <w:pPr>
                    <w:jc w:val="center"/>
                    <w:rPr>
                      <w:rFonts w:asciiTheme="minorHAnsi" w:hAnsiTheme="minorHAnsi"/>
                      <w:lang w:val="es-CL"/>
                    </w:rPr>
                  </w:pPr>
                </w:p>
              </w:tc>
            </w:tr>
            <w:tr w:rsidR="00012D2E" w:rsidRPr="00ED1331" w14:paraId="097BC13F" w14:textId="77777777" w:rsidTr="006D2C72">
              <w:trPr>
                <w:trHeight w:val="227"/>
                <w:jc w:val="center"/>
              </w:trPr>
              <w:tc>
                <w:tcPr>
                  <w:tcW w:w="1666" w:type="pct"/>
                  <w:shd w:val="clear" w:color="auto" w:fill="D9EAF7"/>
                  <w:tcMar>
                    <w:top w:w="55" w:type="dxa"/>
                    <w:left w:w="65" w:type="dxa"/>
                    <w:bottom w:w="55" w:type="dxa"/>
                    <w:right w:w="65" w:type="dxa"/>
                  </w:tcMar>
                  <w:vAlign w:val="center"/>
                </w:tcPr>
                <w:p w14:paraId="46F5AABD" w14:textId="77777777" w:rsidR="00012D2E" w:rsidRPr="00F5355E" w:rsidRDefault="00012D2E">
                  <w:pPr>
                    <w:rPr>
                      <w:rFonts w:asciiTheme="minorHAnsi" w:hAnsiTheme="minorHAnsi"/>
                      <w:lang w:val="es-CL"/>
                    </w:rPr>
                  </w:pPr>
                  <w:r w:rsidRPr="00F5355E">
                    <w:rPr>
                      <w:rFonts w:asciiTheme="minorHAnsi" w:hAnsiTheme="minorHAnsi"/>
                      <w:b/>
                      <w:color w:val="000000"/>
                      <w:sz w:val="17"/>
                      <w:lang w:val="es-CL"/>
                    </w:rPr>
                    <w:t>Valor Actual de Costos (VAC)</w:t>
                  </w:r>
                </w:p>
              </w:tc>
              <w:tc>
                <w:tcPr>
                  <w:tcW w:w="1666" w:type="pct"/>
                  <w:tcMar>
                    <w:top w:w="55" w:type="dxa"/>
                    <w:left w:w="65" w:type="dxa"/>
                    <w:bottom w:w="55" w:type="dxa"/>
                    <w:right w:w="65" w:type="dxa"/>
                  </w:tcMar>
                  <w:vAlign w:val="center"/>
                </w:tcPr>
                <w:p w14:paraId="59A3E788" w14:textId="5603CFA9" w:rsidR="00012D2E" w:rsidRPr="00F5355E" w:rsidRDefault="00012D2E">
                  <w:pPr>
                    <w:jc w:val="center"/>
                    <w:rPr>
                      <w:rFonts w:asciiTheme="minorHAnsi" w:hAnsiTheme="minorHAnsi"/>
                      <w:lang w:val="es-CL"/>
                    </w:rPr>
                  </w:pPr>
                </w:p>
              </w:tc>
              <w:tc>
                <w:tcPr>
                  <w:tcW w:w="1667" w:type="pct"/>
                  <w:tcMar>
                    <w:top w:w="55" w:type="dxa"/>
                    <w:left w:w="65" w:type="dxa"/>
                    <w:bottom w:w="55" w:type="dxa"/>
                    <w:right w:w="65" w:type="dxa"/>
                  </w:tcMar>
                  <w:vAlign w:val="center"/>
                </w:tcPr>
                <w:p w14:paraId="7FF62232" w14:textId="2634E361" w:rsidR="00012D2E" w:rsidRPr="00F5355E" w:rsidRDefault="00012D2E">
                  <w:pPr>
                    <w:jc w:val="center"/>
                    <w:rPr>
                      <w:rFonts w:asciiTheme="minorHAnsi" w:hAnsiTheme="minorHAnsi"/>
                      <w:lang w:val="es-CL"/>
                    </w:rPr>
                  </w:pPr>
                </w:p>
              </w:tc>
            </w:tr>
            <w:tr w:rsidR="00012D2E" w:rsidRPr="00F5355E" w14:paraId="1E66B19F" w14:textId="77777777" w:rsidTr="006D2C72">
              <w:trPr>
                <w:trHeight w:val="227"/>
                <w:jc w:val="center"/>
              </w:trPr>
              <w:tc>
                <w:tcPr>
                  <w:tcW w:w="1666" w:type="pct"/>
                  <w:shd w:val="clear" w:color="auto" w:fill="D9EAF7"/>
                  <w:tcMar>
                    <w:top w:w="55" w:type="dxa"/>
                    <w:left w:w="65" w:type="dxa"/>
                    <w:bottom w:w="55" w:type="dxa"/>
                    <w:right w:w="65" w:type="dxa"/>
                  </w:tcMar>
                  <w:vAlign w:val="center"/>
                </w:tcPr>
                <w:p w14:paraId="6BB147E1" w14:textId="77777777" w:rsidR="00012D2E" w:rsidRPr="00F5355E" w:rsidRDefault="00012D2E">
                  <w:pPr>
                    <w:rPr>
                      <w:rFonts w:asciiTheme="minorHAnsi" w:hAnsiTheme="minorHAnsi"/>
                      <w:lang w:val="es-CL"/>
                    </w:rPr>
                  </w:pPr>
                  <w:r w:rsidRPr="00F5355E">
                    <w:rPr>
                      <w:rFonts w:asciiTheme="minorHAnsi" w:hAnsiTheme="minorHAnsi"/>
                      <w:b/>
                      <w:color w:val="000000"/>
                      <w:sz w:val="17"/>
                      <w:lang w:val="es-CL"/>
                    </w:rPr>
                    <w:t>Costo Anual Equivalente (CAE)</w:t>
                  </w:r>
                </w:p>
              </w:tc>
              <w:tc>
                <w:tcPr>
                  <w:tcW w:w="1666" w:type="pct"/>
                  <w:tcMar>
                    <w:top w:w="55" w:type="dxa"/>
                    <w:left w:w="65" w:type="dxa"/>
                    <w:bottom w:w="55" w:type="dxa"/>
                    <w:right w:w="65" w:type="dxa"/>
                  </w:tcMar>
                  <w:vAlign w:val="center"/>
                </w:tcPr>
                <w:p w14:paraId="0B1F7336" w14:textId="6F8C0BC6" w:rsidR="00012D2E" w:rsidRPr="00F5355E" w:rsidRDefault="00012D2E">
                  <w:pPr>
                    <w:jc w:val="center"/>
                    <w:rPr>
                      <w:rFonts w:asciiTheme="minorHAnsi" w:hAnsiTheme="minorHAnsi"/>
                      <w:lang w:val="es-CL"/>
                    </w:rPr>
                  </w:pPr>
                </w:p>
              </w:tc>
              <w:tc>
                <w:tcPr>
                  <w:tcW w:w="1667" w:type="pct"/>
                  <w:tcMar>
                    <w:top w:w="55" w:type="dxa"/>
                    <w:left w:w="65" w:type="dxa"/>
                    <w:bottom w:w="55" w:type="dxa"/>
                    <w:right w:w="65" w:type="dxa"/>
                  </w:tcMar>
                  <w:vAlign w:val="center"/>
                </w:tcPr>
                <w:p w14:paraId="50938475" w14:textId="6B4274E9" w:rsidR="00012D2E" w:rsidRPr="00F5355E" w:rsidRDefault="00012D2E">
                  <w:pPr>
                    <w:jc w:val="center"/>
                    <w:rPr>
                      <w:rFonts w:asciiTheme="minorHAnsi" w:hAnsiTheme="minorHAnsi"/>
                      <w:lang w:val="es-CL"/>
                    </w:rPr>
                  </w:pPr>
                </w:p>
              </w:tc>
            </w:tr>
            <w:tr w:rsidR="00012D2E" w:rsidRPr="00F5355E" w14:paraId="06FBA160" w14:textId="77777777" w:rsidTr="006D2C72">
              <w:trPr>
                <w:trHeight w:val="227"/>
                <w:jc w:val="center"/>
              </w:trPr>
              <w:tc>
                <w:tcPr>
                  <w:tcW w:w="1666" w:type="pct"/>
                  <w:shd w:val="clear" w:color="auto" w:fill="D9EAF7"/>
                  <w:tcMar>
                    <w:top w:w="55" w:type="dxa"/>
                    <w:left w:w="65" w:type="dxa"/>
                    <w:bottom w:w="55" w:type="dxa"/>
                    <w:right w:w="65" w:type="dxa"/>
                  </w:tcMar>
                  <w:vAlign w:val="center"/>
                </w:tcPr>
                <w:p w14:paraId="64B8D12A" w14:textId="77777777" w:rsidR="00012D2E" w:rsidRPr="00F5355E" w:rsidRDefault="00012D2E">
                  <w:pPr>
                    <w:rPr>
                      <w:rFonts w:asciiTheme="minorHAnsi" w:hAnsiTheme="minorHAnsi"/>
                      <w:lang w:val="es-CL"/>
                    </w:rPr>
                  </w:pPr>
                  <w:r w:rsidRPr="00F5355E">
                    <w:rPr>
                      <w:rFonts w:asciiTheme="minorHAnsi" w:hAnsiTheme="minorHAnsi"/>
                      <w:b/>
                      <w:color w:val="000000"/>
                      <w:sz w:val="17"/>
                      <w:lang w:val="es-CL"/>
                    </w:rPr>
                    <w:t>Resultado</w:t>
                  </w:r>
                </w:p>
              </w:tc>
              <w:tc>
                <w:tcPr>
                  <w:tcW w:w="1666" w:type="pct"/>
                  <w:tcMar>
                    <w:top w:w="55" w:type="dxa"/>
                    <w:left w:w="65" w:type="dxa"/>
                    <w:bottom w:w="55" w:type="dxa"/>
                    <w:right w:w="65" w:type="dxa"/>
                  </w:tcMar>
                  <w:vAlign w:val="center"/>
                </w:tcPr>
                <w:p w14:paraId="213D1F23" w14:textId="7968348C" w:rsidR="00012D2E" w:rsidRPr="00F5355E" w:rsidRDefault="00012D2E">
                  <w:pPr>
                    <w:jc w:val="center"/>
                    <w:rPr>
                      <w:rFonts w:asciiTheme="minorHAnsi" w:hAnsiTheme="minorHAnsi"/>
                      <w:lang w:val="es-CL"/>
                    </w:rPr>
                  </w:pPr>
                </w:p>
              </w:tc>
              <w:tc>
                <w:tcPr>
                  <w:tcW w:w="1667" w:type="pct"/>
                  <w:tcMar>
                    <w:top w:w="55" w:type="dxa"/>
                    <w:left w:w="65" w:type="dxa"/>
                    <w:bottom w:w="55" w:type="dxa"/>
                    <w:right w:w="65" w:type="dxa"/>
                  </w:tcMar>
                  <w:vAlign w:val="center"/>
                </w:tcPr>
                <w:p w14:paraId="40E04440" w14:textId="6AAC91F4" w:rsidR="00012D2E" w:rsidRPr="00F5355E" w:rsidRDefault="00012D2E">
                  <w:pPr>
                    <w:jc w:val="center"/>
                    <w:rPr>
                      <w:rFonts w:asciiTheme="minorHAnsi" w:hAnsiTheme="minorHAnsi"/>
                      <w:lang w:val="es-CL"/>
                    </w:rPr>
                  </w:pPr>
                </w:p>
              </w:tc>
            </w:tr>
          </w:tbl>
          <w:p w14:paraId="7E6A8676" w14:textId="77777777" w:rsidR="006A1A83" w:rsidRPr="00F5355E" w:rsidRDefault="006A1A83">
            <w:pPr>
              <w:spacing w:after="0" w:line="240" w:lineRule="auto"/>
              <w:rPr>
                <w:rFonts w:asciiTheme="minorHAnsi" w:hAnsiTheme="minorHAnsi"/>
                <w:lang w:val="es-CL"/>
              </w:rPr>
            </w:pPr>
          </w:p>
          <w:p w14:paraId="57B54B9C" w14:textId="2EA3F503" w:rsidR="006A1A83" w:rsidRPr="00F5355E" w:rsidRDefault="006A1A83">
            <w:pPr>
              <w:spacing w:after="0" w:line="240" w:lineRule="auto"/>
              <w:rPr>
                <w:rFonts w:asciiTheme="minorHAnsi" w:hAnsiTheme="minorHAnsi"/>
                <w:lang w:val="es-CL"/>
              </w:rPr>
            </w:pPr>
          </w:p>
        </w:tc>
      </w:tr>
    </w:tbl>
    <w:p w14:paraId="3984DC93" w14:textId="77777777" w:rsidR="00667B03" w:rsidRPr="00F5355E" w:rsidRDefault="00667B03">
      <w:pPr>
        <w:spacing w:after="40" w:line="252" w:lineRule="auto"/>
        <w:rPr>
          <w:rFonts w:asciiTheme="minorHAnsi" w:hAnsiTheme="minorHAnsi"/>
          <w:lang w:val="es-CL"/>
        </w:rPr>
      </w:pPr>
    </w:p>
    <w:p w14:paraId="05850AAA" w14:textId="77777777" w:rsidR="00285B4C" w:rsidRDefault="00285B4C" w:rsidP="00E3619E">
      <w:pPr>
        <w:pStyle w:val="TituloSeccionSinExpansion"/>
        <w:pBdr>
          <w:bottom w:val="single" w:sz="8" w:space="1" w:color="17365D"/>
        </w:pBdr>
        <w:spacing w:before="0" w:after="0" w:line="240" w:lineRule="auto"/>
        <w:rPr>
          <w:rFonts w:asciiTheme="minorHAnsi" w:hAnsiTheme="minorHAnsi"/>
          <w:lang w:val="es-CL"/>
        </w:rPr>
      </w:pPr>
    </w:p>
    <w:p w14:paraId="438506E0" w14:textId="731EF40A" w:rsidR="00E3619E" w:rsidRPr="00F5355E" w:rsidRDefault="0089050C" w:rsidP="00E3619E">
      <w:pPr>
        <w:pStyle w:val="TituloSeccionSinExpansion"/>
        <w:pBdr>
          <w:bottom w:val="single" w:sz="8" w:space="1" w:color="17365D"/>
        </w:pBdr>
        <w:spacing w:before="0" w:after="0" w:line="240" w:lineRule="auto"/>
        <w:rPr>
          <w:rFonts w:asciiTheme="minorHAnsi" w:hAnsiTheme="minorHAnsi"/>
          <w:lang w:val="es-CL"/>
        </w:rPr>
      </w:pPr>
      <w:r w:rsidRPr="00F5355E">
        <w:rPr>
          <w:rFonts w:asciiTheme="minorHAnsi" w:hAnsiTheme="minorHAnsi"/>
          <w:lang w:val="es-CL"/>
        </w:rPr>
        <w:t>6. CONCLUSIÓN Y RECOMENDACIÓN</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9876"/>
      </w:tblGrid>
      <w:tr w:rsidR="00E3619E" w:rsidRPr="00F5355E" w14:paraId="1573E189" w14:textId="77777777" w:rsidTr="00F87AB9">
        <w:trPr>
          <w:cantSplit/>
          <w:trHeight w:val="2376"/>
          <w:jc w:val="center"/>
        </w:trPr>
        <w:tc>
          <w:tcPr>
            <w:tcW w:w="9876" w:type="dxa"/>
            <w:tcBorders>
              <w:top w:val="single" w:sz="6" w:space="0" w:color="7F8C8D"/>
              <w:left w:val="single" w:sz="6" w:space="0" w:color="7F8C8D"/>
              <w:bottom w:val="single" w:sz="6" w:space="0" w:color="7F8C8D"/>
              <w:right w:val="single" w:sz="6" w:space="0" w:color="7F8C8D"/>
            </w:tcBorders>
            <w:shd w:val="clear" w:color="auto" w:fill="FFF2CC"/>
            <w:tcMar>
              <w:top w:w="70" w:type="dxa"/>
              <w:left w:w="80" w:type="dxa"/>
              <w:bottom w:w="70" w:type="dxa"/>
              <w:right w:w="80" w:type="dxa"/>
            </w:tcMar>
            <w:vAlign w:val="center"/>
          </w:tcPr>
          <w:p w14:paraId="53C7AC18" w14:textId="050E40DB" w:rsidR="000362F3" w:rsidRDefault="00B22738" w:rsidP="00E021EB">
            <w:pPr>
              <w:spacing w:after="0" w:line="240" w:lineRule="auto"/>
              <w:jc w:val="both"/>
              <w:rPr>
                <w:rFonts w:asciiTheme="minorHAnsi" w:hAnsiTheme="minorHAnsi"/>
                <w:lang w:val="es-CL"/>
              </w:rPr>
            </w:pPr>
            <w:r w:rsidRPr="00F5355E">
              <w:rPr>
                <w:rFonts w:asciiTheme="minorHAnsi" w:hAnsiTheme="minorHAnsi"/>
                <w:lang w:val="es-CL"/>
              </w:rPr>
              <w:t xml:space="preserve">INSTRUCCIÓN DE LLENADO (OBLIGATORIA): Redacte una conclusión de máximo 12 líneas que sintetice: (1) la tipología del proyecto </w:t>
            </w:r>
            <w:r w:rsidR="00D02A31">
              <w:rPr>
                <w:rFonts w:asciiTheme="minorHAnsi" w:hAnsiTheme="minorHAnsi"/>
                <w:lang w:val="es-CL"/>
              </w:rPr>
              <w:t>de a</w:t>
            </w:r>
            <w:r w:rsidRPr="00F5355E">
              <w:rPr>
                <w:rFonts w:asciiTheme="minorHAnsi" w:hAnsiTheme="minorHAnsi"/>
                <w:lang w:val="es-CL"/>
              </w:rPr>
              <w:t>dquisición</w:t>
            </w:r>
            <w:r w:rsidR="00D02A31">
              <w:rPr>
                <w:rFonts w:asciiTheme="minorHAnsi" w:hAnsiTheme="minorHAnsi"/>
                <w:lang w:val="es-CL"/>
              </w:rPr>
              <w:t xml:space="preserve"> o</w:t>
            </w:r>
            <w:r w:rsidRPr="00F5355E">
              <w:rPr>
                <w:rFonts w:asciiTheme="minorHAnsi" w:hAnsiTheme="minorHAnsi"/>
                <w:lang w:val="es-CL"/>
              </w:rPr>
              <w:t xml:space="preserve"> reposición (2) el problema </w:t>
            </w:r>
            <w:r w:rsidR="009E3A49">
              <w:rPr>
                <w:rFonts w:asciiTheme="minorHAnsi" w:hAnsiTheme="minorHAnsi"/>
                <w:lang w:val="es-CL"/>
              </w:rPr>
              <w:t>detectado y brecha a cu</w:t>
            </w:r>
            <w:r w:rsidR="00F05A27">
              <w:rPr>
                <w:rFonts w:asciiTheme="minorHAnsi" w:hAnsiTheme="minorHAnsi"/>
                <w:lang w:val="es-CL"/>
              </w:rPr>
              <w:t>brir</w:t>
            </w:r>
            <w:r w:rsidRPr="00F5355E">
              <w:rPr>
                <w:rFonts w:asciiTheme="minorHAnsi" w:hAnsiTheme="minorHAnsi"/>
                <w:lang w:val="es-CL"/>
              </w:rPr>
              <w:t>; (3) la demanda, oferta efectiva, déficit y cantidad solicitada; (4) la alternativa seleccionada y el indicador económico que sustenta la decisión; (5) el costo total; (6) el compromiso municipal para financiar operación y mantención</w:t>
            </w:r>
            <w:r w:rsidR="0017622B">
              <w:rPr>
                <w:rFonts w:asciiTheme="minorHAnsi" w:hAnsiTheme="minorHAnsi"/>
                <w:lang w:val="es-CL"/>
              </w:rPr>
              <w:t>.</w:t>
            </w:r>
          </w:p>
          <w:p w14:paraId="4C60EAAB" w14:textId="77777777" w:rsidR="004A6FD0" w:rsidRDefault="004A6FD0" w:rsidP="00E021EB">
            <w:pPr>
              <w:spacing w:after="0" w:line="240" w:lineRule="auto"/>
              <w:jc w:val="both"/>
              <w:rPr>
                <w:rFonts w:asciiTheme="minorHAnsi" w:hAnsiTheme="minorHAnsi"/>
                <w:lang w:val="es-CL"/>
              </w:rPr>
            </w:pPr>
          </w:p>
          <w:p w14:paraId="388449A3" w14:textId="77777777" w:rsidR="004A6FD0" w:rsidRPr="00F5355E" w:rsidRDefault="004A6FD0" w:rsidP="00E021EB">
            <w:pPr>
              <w:spacing w:after="0" w:line="240" w:lineRule="auto"/>
              <w:jc w:val="both"/>
              <w:rPr>
                <w:rFonts w:asciiTheme="minorHAnsi" w:hAnsiTheme="minorHAnsi"/>
                <w:lang w:val="es-CL"/>
              </w:rPr>
            </w:pPr>
          </w:p>
          <w:p w14:paraId="145FA827" w14:textId="77777777" w:rsidR="00D14527" w:rsidRPr="00F5355E" w:rsidRDefault="00D14527" w:rsidP="00D14527">
            <w:pPr>
              <w:spacing w:after="0" w:line="240" w:lineRule="auto"/>
              <w:jc w:val="both"/>
              <w:rPr>
                <w:rFonts w:asciiTheme="minorHAnsi" w:hAnsiTheme="minorHAnsi"/>
                <w:i/>
                <w:color w:val="7F7F7F"/>
                <w:lang w:val="es-CL"/>
              </w:rPr>
            </w:pPr>
            <w:r w:rsidRPr="00F5355E">
              <w:rPr>
                <w:rFonts w:asciiTheme="minorHAnsi" w:hAnsiTheme="minorHAnsi"/>
                <w:i/>
                <w:color w:val="7F7F7F"/>
                <w:lang w:val="es-CL"/>
              </w:rPr>
              <w:t>[COMPLETAR]</w:t>
            </w:r>
          </w:p>
          <w:p w14:paraId="7EBB3FB7" w14:textId="77777777" w:rsidR="0036549D" w:rsidRDefault="0036549D" w:rsidP="00D14527">
            <w:pPr>
              <w:spacing w:after="0" w:line="240" w:lineRule="auto"/>
              <w:rPr>
                <w:rFonts w:asciiTheme="minorHAnsi" w:hAnsiTheme="minorHAnsi"/>
                <w:lang w:val="es-CL"/>
              </w:rPr>
            </w:pPr>
          </w:p>
          <w:p w14:paraId="60B89DBC" w14:textId="77777777" w:rsidR="004A6FD0" w:rsidRPr="00F5355E" w:rsidRDefault="004A6FD0" w:rsidP="00D14527">
            <w:pPr>
              <w:spacing w:after="0" w:line="240" w:lineRule="auto"/>
              <w:rPr>
                <w:rFonts w:asciiTheme="minorHAnsi" w:hAnsiTheme="minorHAnsi"/>
                <w:lang w:val="es-CL"/>
              </w:rPr>
            </w:pPr>
          </w:p>
        </w:tc>
      </w:tr>
    </w:tbl>
    <w:p w14:paraId="3371B17D" w14:textId="77777777" w:rsidR="009E386C" w:rsidRPr="00F5355E" w:rsidRDefault="009E386C">
      <w:pPr>
        <w:spacing w:after="40" w:line="252" w:lineRule="auto"/>
        <w:rPr>
          <w:rFonts w:asciiTheme="minorHAnsi" w:hAnsiTheme="minorHAnsi"/>
          <w:lang w:val="es-CL"/>
        </w:rPr>
        <w:sectPr w:rsidR="009E386C" w:rsidRPr="00F5355E">
          <w:footerReference w:type="default" r:id="rId8"/>
          <w:pgSz w:w="11906" w:h="16838"/>
          <w:pgMar w:top="964" w:right="964" w:bottom="850" w:left="964" w:header="397" w:footer="397" w:gutter="0"/>
          <w:cols w:space="720"/>
          <w:docGrid w:linePitch="360"/>
        </w:sectPr>
      </w:pPr>
    </w:p>
    <w:p w14:paraId="2BB2D956" w14:textId="2E38FECF" w:rsidR="00BA185C" w:rsidRPr="00F5355E" w:rsidRDefault="0049208A">
      <w:pPr>
        <w:pStyle w:val="TituloSeccionSinExpansion"/>
        <w:pBdr>
          <w:bottom w:val="single" w:sz="8" w:space="1" w:color="17365D"/>
        </w:pBdr>
        <w:spacing w:before="0" w:after="0" w:line="240" w:lineRule="auto"/>
        <w:rPr>
          <w:rFonts w:asciiTheme="minorHAnsi" w:hAnsiTheme="minorHAnsi"/>
          <w:lang w:val="es-CL"/>
        </w:rPr>
      </w:pPr>
      <w:r w:rsidRPr="00F5355E">
        <w:rPr>
          <w:rFonts w:asciiTheme="minorHAnsi" w:hAnsiTheme="minorHAnsi"/>
          <w:lang w:val="es-CL"/>
        </w:rPr>
        <w:lastRenderedPageBreak/>
        <w:t>ANEXO A. CATASTRO DE ACTIVOS EXISTENTES</w:t>
      </w:r>
    </w:p>
    <w:tbl>
      <w:tblPr>
        <w:tblW w:w="0" w:type="auto"/>
        <w:jc w:val="center"/>
        <w:tblLook w:val="04A0" w:firstRow="1" w:lastRow="0" w:firstColumn="1" w:lastColumn="0" w:noHBand="0" w:noVBand="1"/>
      </w:tblPr>
      <w:tblGrid>
        <w:gridCol w:w="10190"/>
      </w:tblGrid>
      <w:tr w:rsidR="00BA185C" w:rsidRPr="00F5355E" w14:paraId="01563824" w14:textId="77777777" w:rsidTr="006338E8">
        <w:trPr>
          <w:cantSplit/>
          <w:jc w:val="center"/>
        </w:trPr>
        <w:tc>
          <w:tcPr>
            <w:tcW w:w="0" w:type="auto"/>
            <w:tcBorders>
              <w:top w:val="single" w:sz="6" w:space="0" w:color="7F8C8D"/>
              <w:left w:val="single" w:sz="6" w:space="0" w:color="7F8C8D"/>
              <w:bottom w:val="single" w:sz="6" w:space="0" w:color="7F8C8D"/>
              <w:right w:val="single" w:sz="6" w:space="0" w:color="7F8C8D"/>
            </w:tcBorders>
            <w:shd w:val="clear" w:color="auto" w:fill="FFF2CC"/>
            <w:tcMar>
              <w:top w:w="70" w:type="dxa"/>
              <w:left w:w="80" w:type="dxa"/>
              <w:bottom w:w="70" w:type="dxa"/>
              <w:right w:w="80" w:type="dxa"/>
            </w:tcMar>
            <w:vAlign w:val="center"/>
          </w:tcPr>
          <w:p w14:paraId="690AB396" w14:textId="39566CA8" w:rsidR="000362F3" w:rsidRPr="00F5355E" w:rsidRDefault="00B22738">
            <w:pPr>
              <w:spacing w:after="0" w:line="240" w:lineRule="auto"/>
              <w:rPr>
                <w:rFonts w:asciiTheme="minorHAnsi" w:hAnsiTheme="minorHAnsi"/>
                <w:lang w:val="es-CL"/>
              </w:rPr>
            </w:pPr>
            <w:r w:rsidRPr="00F5355E">
              <w:rPr>
                <w:rFonts w:asciiTheme="minorHAnsi" w:hAnsiTheme="minorHAnsi"/>
                <w:lang w:val="es-CL"/>
              </w:rPr>
              <w:t>INSTRUCCIÓN DE LLENADO (OBLIGATORIA): Complete este anexo para proyectos de adquisición y reposición. Registre todos los activos municipales</w:t>
            </w:r>
            <w:r w:rsidR="008258CB">
              <w:rPr>
                <w:rFonts w:asciiTheme="minorHAnsi" w:hAnsiTheme="minorHAnsi"/>
                <w:lang w:val="es-CL"/>
              </w:rPr>
              <w:t xml:space="preserve">. </w:t>
            </w:r>
            <w:r w:rsidRPr="00F5355E">
              <w:rPr>
                <w:rFonts w:asciiTheme="minorHAnsi" w:hAnsiTheme="minorHAnsi"/>
                <w:lang w:val="es-CL"/>
              </w:rPr>
              <w:t>Para REPOSICIÓN, identifique claramente los activos que serán sustituidos. La información debe provenir del inventario.</w:t>
            </w:r>
          </w:p>
        </w:tc>
      </w:tr>
    </w:tbl>
    <w:p w14:paraId="63B45EB8" w14:textId="77777777" w:rsidR="00BA185C" w:rsidRPr="00F5355E" w:rsidRDefault="00BA185C">
      <w:pPr>
        <w:spacing w:after="40" w:line="252" w:lineRule="auto"/>
        <w:rPr>
          <w:rFonts w:asciiTheme="minorHAnsi" w:hAnsiTheme="minorHAnsi"/>
          <w:lang w:val="es-CL"/>
        </w:rPr>
      </w:pPr>
    </w:p>
    <w:tbl>
      <w:tblPr>
        <w:tblW w:w="0" w:type="auto"/>
        <w:jc w:val="center"/>
        <w:tblLayout w:type="fixed"/>
        <w:tblLook w:val="04A0" w:firstRow="1" w:lastRow="0" w:firstColumn="1" w:lastColumn="0" w:noHBand="0" w:noVBand="1"/>
      </w:tblPr>
      <w:tblGrid>
        <w:gridCol w:w="503"/>
        <w:gridCol w:w="1800"/>
        <w:gridCol w:w="1440"/>
        <w:gridCol w:w="604"/>
        <w:gridCol w:w="979"/>
        <w:gridCol w:w="835"/>
        <w:gridCol w:w="792"/>
        <w:gridCol w:w="835"/>
        <w:gridCol w:w="1655"/>
      </w:tblGrid>
      <w:tr w:rsidR="006338E8" w:rsidRPr="00F5355E" w14:paraId="3D7D991D" w14:textId="77777777" w:rsidTr="00F16A0B">
        <w:trPr>
          <w:cantSplit/>
          <w:trHeight w:val="588"/>
          <w:tblHeader/>
          <w:jc w:val="center"/>
        </w:trPr>
        <w:tc>
          <w:tcPr>
            <w:tcW w:w="503" w:type="dxa"/>
            <w:tcBorders>
              <w:top w:val="single" w:sz="4" w:space="0" w:color="7F8C8D"/>
              <w:left w:val="single" w:sz="4" w:space="0" w:color="7F8C8D"/>
              <w:bottom w:val="single" w:sz="4" w:space="0" w:color="7F8C8D"/>
              <w:right w:val="single" w:sz="4" w:space="0" w:color="7F8C8D"/>
            </w:tcBorders>
            <w:shd w:val="clear" w:color="auto" w:fill="17365D"/>
            <w:tcMar>
              <w:top w:w="60" w:type="dxa"/>
              <w:left w:w="70" w:type="dxa"/>
              <w:bottom w:w="60" w:type="dxa"/>
              <w:right w:w="70" w:type="dxa"/>
            </w:tcMar>
            <w:vAlign w:val="center"/>
          </w:tcPr>
          <w:p w14:paraId="5A987854" w14:textId="77777777" w:rsidR="000362F3" w:rsidRPr="00F5355E" w:rsidRDefault="00B22738">
            <w:pPr>
              <w:spacing w:after="0" w:line="240" w:lineRule="auto"/>
              <w:jc w:val="center"/>
              <w:rPr>
                <w:rFonts w:asciiTheme="minorHAnsi" w:hAnsiTheme="minorHAnsi"/>
                <w:lang w:val="es-CL"/>
              </w:rPr>
            </w:pPr>
            <w:r w:rsidRPr="00F5355E">
              <w:rPr>
                <w:rFonts w:asciiTheme="minorHAnsi" w:hAnsiTheme="minorHAnsi"/>
                <w:b/>
                <w:color w:val="FFFFFF"/>
                <w:sz w:val="14"/>
                <w:lang w:val="es-CL"/>
              </w:rPr>
              <w:t>N°</w:t>
            </w:r>
          </w:p>
        </w:tc>
        <w:tc>
          <w:tcPr>
            <w:tcW w:w="1800" w:type="dxa"/>
            <w:tcBorders>
              <w:top w:val="single" w:sz="4" w:space="0" w:color="7F8C8D"/>
              <w:left w:val="single" w:sz="4" w:space="0" w:color="7F8C8D"/>
              <w:bottom w:val="single" w:sz="4" w:space="0" w:color="7F8C8D"/>
              <w:right w:val="single" w:sz="4" w:space="0" w:color="7F8C8D"/>
            </w:tcBorders>
            <w:shd w:val="clear" w:color="auto" w:fill="17365D"/>
            <w:tcMar>
              <w:top w:w="60" w:type="dxa"/>
              <w:left w:w="70" w:type="dxa"/>
              <w:bottom w:w="60" w:type="dxa"/>
              <w:right w:w="70" w:type="dxa"/>
            </w:tcMar>
            <w:vAlign w:val="center"/>
          </w:tcPr>
          <w:p w14:paraId="264D0B81" w14:textId="77777777" w:rsidR="000362F3" w:rsidRPr="00F5355E" w:rsidRDefault="00B22738">
            <w:pPr>
              <w:spacing w:after="0" w:line="240" w:lineRule="auto"/>
              <w:jc w:val="center"/>
              <w:rPr>
                <w:rFonts w:asciiTheme="minorHAnsi" w:hAnsiTheme="minorHAnsi"/>
                <w:lang w:val="es-CL"/>
              </w:rPr>
            </w:pPr>
            <w:r w:rsidRPr="00F5355E">
              <w:rPr>
                <w:rFonts w:asciiTheme="minorHAnsi" w:hAnsiTheme="minorHAnsi"/>
                <w:b/>
                <w:color w:val="FFFFFF"/>
                <w:sz w:val="14"/>
                <w:lang w:val="es-CL"/>
              </w:rPr>
              <w:t>Tipo de activo</w:t>
            </w:r>
          </w:p>
        </w:tc>
        <w:tc>
          <w:tcPr>
            <w:tcW w:w="1440" w:type="dxa"/>
            <w:tcBorders>
              <w:top w:val="single" w:sz="4" w:space="0" w:color="7F8C8D"/>
              <w:left w:val="single" w:sz="4" w:space="0" w:color="7F8C8D"/>
              <w:bottom w:val="single" w:sz="4" w:space="0" w:color="7F8C8D"/>
              <w:right w:val="single" w:sz="4" w:space="0" w:color="7F8C8D"/>
            </w:tcBorders>
            <w:shd w:val="clear" w:color="auto" w:fill="17365D"/>
            <w:tcMar>
              <w:top w:w="60" w:type="dxa"/>
              <w:left w:w="70" w:type="dxa"/>
              <w:bottom w:w="60" w:type="dxa"/>
              <w:right w:w="70" w:type="dxa"/>
            </w:tcMar>
            <w:vAlign w:val="center"/>
          </w:tcPr>
          <w:p w14:paraId="74BF174C" w14:textId="77777777" w:rsidR="000362F3" w:rsidRPr="00F5355E" w:rsidRDefault="00B22738">
            <w:pPr>
              <w:spacing w:after="0" w:line="240" w:lineRule="auto"/>
              <w:jc w:val="center"/>
              <w:rPr>
                <w:rFonts w:asciiTheme="minorHAnsi" w:hAnsiTheme="minorHAnsi"/>
                <w:lang w:val="es-CL"/>
              </w:rPr>
            </w:pPr>
            <w:r w:rsidRPr="00F5355E">
              <w:rPr>
                <w:rFonts w:asciiTheme="minorHAnsi" w:hAnsiTheme="minorHAnsi"/>
                <w:b/>
                <w:color w:val="FFFFFF"/>
                <w:sz w:val="14"/>
                <w:lang w:val="es-CL"/>
              </w:rPr>
              <w:t>Marca / modelo</w:t>
            </w:r>
          </w:p>
        </w:tc>
        <w:tc>
          <w:tcPr>
            <w:tcW w:w="604" w:type="dxa"/>
            <w:tcBorders>
              <w:top w:val="single" w:sz="4" w:space="0" w:color="7F8C8D"/>
              <w:left w:val="single" w:sz="4" w:space="0" w:color="7F8C8D"/>
              <w:bottom w:val="single" w:sz="4" w:space="0" w:color="7F8C8D"/>
              <w:right w:val="single" w:sz="4" w:space="0" w:color="7F8C8D"/>
            </w:tcBorders>
            <w:shd w:val="clear" w:color="auto" w:fill="17365D"/>
            <w:tcMar>
              <w:top w:w="60" w:type="dxa"/>
              <w:left w:w="70" w:type="dxa"/>
              <w:bottom w:w="60" w:type="dxa"/>
              <w:right w:w="70" w:type="dxa"/>
            </w:tcMar>
            <w:vAlign w:val="center"/>
          </w:tcPr>
          <w:p w14:paraId="61EDAABB" w14:textId="77777777" w:rsidR="000362F3" w:rsidRPr="00F5355E" w:rsidRDefault="00B22738">
            <w:pPr>
              <w:spacing w:after="0" w:line="240" w:lineRule="auto"/>
              <w:jc w:val="center"/>
              <w:rPr>
                <w:rFonts w:asciiTheme="minorHAnsi" w:hAnsiTheme="minorHAnsi"/>
                <w:lang w:val="es-CL"/>
              </w:rPr>
            </w:pPr>
            <w:r w:rsidRPr="00F5355E">
              <w:rPr>
                <w:rFonts w:asciiTheme="minorHAnsi" w:hAnsiTheme="minorHAnsi"/>
                <w:b/>
                <w:color w:val="FFFFFF"/>
                <w:sz w:val="14"/>
                <w:lang w:val="es-CL"/>
              </w:rPr>
              <w:t>Año</w:t>
            </w:r>
          </w:p>
        </w:tc>
        <w:tc>
          <w:tcPr>
            <w:tcW w:w="979" w:type="dxa"/>
            <w:tcBorders>
              <w:top w:val="single" w:sz="4" w:space="0" w:color="7F8C8D"/>
              <w:left w:val="single" w:sz="4" w:space="0" w:color="7F8C8D"/>
              <w:bottom w:val="single" w:sz="4" w:space="0" w:color="7F8C8D"/>
              <w:right w:val="single" w:sz="4" w:space="0" w:color="7F8C8D"/>
            </w:tcBorders>
            <w:shd w:val="clear" w:color="auto" w:fill="17365D"/>
            <w:tcMar>
              <w:top w:w="60" w:type="dxa"/>
              <w:left w:w="70" w:type="dxa"/>
              <w:bottom w:w="60" w:type="dxa"/>
              <w:right w:w="70" w:type="dxa"/>
            </w:tcMar>
            <w:vAlign w:val="center"/>
          </w:tcPr>
          <w:p w14:paraId="75BBA5F7" w14:textId="77777777" w:rsidR="000362F3" w:rsidRPr="00F5355E" w:rsidRDefault="00B22738">
            <w:pPr>
              <w:spacing w:after="0" w:line="240" w:lineRule="auto"/>
              <w:jc w:val="center"/>
              <w:rPr>
                <w:rFonts w:asciiTheme="minorHAnsi" w:hAnsiTheme="minorHAnsi"/>
                <w:lang w:val="es-CL"/>
              </w:rPr>
            </w:pPr>
            <w:r w:rsidRPr="00F5355E">
              <w:rPr>
                <w:rFonts w:asciiTheme="minorHAnsi" w:hAnsiTheme="minorHAnsi"/>
                <w:b/>
                <w:color w:val="FFFFFF"/>
                <w:sz w:val="14"/>
                <w:lang w:val="es-CL"/>
              </w:rPr>
              <w:t>Patente / serie</w:t>
            </w:r>
          </w:p>
        </w:tc>
        <w:tc>
          <w:tcPr>
            <w:tcW w:w="835" w:type="dxa"/>
            <w:tcBorders>
              <w:top w:val="single" w:sz="4" w:space="0" w:color="7F8C8D"/>
              <w:left w:val="single" w:sz="4" w:space="0" w:color="7F8C8D"/>
              <w:bottom w:val="single" w:sz="4" w:space="0" w:color="7F8C8D"/>
              <w:right w:val="single" w:sz="4" w:space="0" w:color="7F8C8D"/>
            </w:tcBorders>
            <w:shd w:val="clear" w:color="auto" w:fill="17365D"/>
            <w:tcMar>
              <w:top w:w="60" w:type="dxa"/>
              <w:left w:w="70" w:type="dxa"/>
              <w:bottom w:w="60" w:type="dxa"/>
              <w:right w:w="70" w:type="dxa"/>
            </w:tcMar>
            <w:vAlign w:val="center"/>
          </w:tcPr>
          <w:p w14:paraId="3ADAF35C" w14:textId="77777777" w:rsidR="000362F3" w:rsidRPr="00F5355E" w:rsidRDefault="00B22738">
            <w:pPr>
              <w:spacing w:after="0" w:line="240" w:lineRule="auto"/>
              <w:jc w:val="center"/>
              <w:rPr>
                <w:rFonts w:asciiTheme="minorHAnsi" w:hAnsiTheme="minorHAnsi"/>
                <w:lang w:val="es-CL"/>
              </w:rPr>
            </w:pPr>
            <w:r w:rsidRPr="00F5355E">
              <w:rPr>
                <w:rFonts w:asciiTheme="minorHAnsi" w:hAnsiTheme="minorHAnsi"/>
                <w:b/>
                <w:color w:val="FFFFFF"/>
                <w:sz w:val="14"/>
                <w:lang w:val="es-CL"/>
              </w:rPr>
              <w:t>Km / horas</w:t>
            </w:r>
          </w:p>
        </w:tc>
        <w:tc>
          <w:tcPr>
            <w:tcW w:w="792" w:type="dxa"/>
            <w:tcBorders>
              <w:top w:val="single" w:sz="4" w:space="0" w:color="7F8C8D"/>
              <w:left w:val="single" w:sz="4" w:space="0" w:color="7F8C8D"/>
              <w:bottom w:val="single" w:sz="4" w:space="0" w:color="7F8C8D"/>
              <w:right w:val="single" w:sz="4" w:space="0" w:color="7F8C8D"/>
            </w:tcBorders>
            <w:shd w:val="clear" w:color="auto" w:fill="17365D"/>
            <w:tcMar>
              <w:top w:w="60" w:type="dxa"/>
              <w:left w:w="70" w:type="dxa"/>
              <w:bottom w:w="60" w:type="dxa"/>
              <w:right w:w="70" w:type="dxa"/>
            </w:tcMar>
            <w:vAlign w:val="center"/>
          </w:tcPr>
          <w:p w14:paraId="7CB6E95C" w14:textId="77777777" w:rsidR="000362F3" w:rsidRPr="00F5355E" w:rsidRDefault="00B22738">
            <w:pPr>
              <w:spacing w:after="0" w:line="240" w:lineRule="auto"/>
              <w:jc w:val="center"/>
              <w:rPr>
                <w:rFonts w:asciiTheme="minorHAnsi" w:hAnsiTheme="minorHAnsi"/>
                <w:lang w:val="es-CL"/>
              </w:rPr>
            </w:pPr>
            <w:r w:rsidRPr="00F5355E">
              <w:rPr>
                <w:rFonts w:asciiTheme="minorHAnsi" w:hAnsiTheme="minorHAnsi"/>
                <w:b/>
                <w:color w:val="FFFFFF"/>
                <w:sz w:val="14"/>
                <w:lang w:val="es-CL"/>
              </w:rPr>
              <w:t>Estado</w:t>
            </w:r>
          </w:p>
        </w:tc>
        <w:tc>
          <w:tcPr>
            <w:tcW w:w="835" w:type="dxa"/>
            <w:tcBorders>
              <w:top w:val="single" w:sz="4" w:space="0" w:color="7F8C8D"/>
              <w:left w:val="single" w:sz="4" w:space="0" w:color="7F8C8D"/>
              <w:bottom w:val="single" w:sz="4" w:space="0" w:color="7F8C8D"/>
              <w:right w:val="single" w:sz="4" w:space="0" w:color="7F8C8D"/>
            </w:tcBorders>
            <w:shd w:val="clear" w:color="auto" w:fill="17365D"/>
            <w:tcMar>
              <w:top w:w="60" w:type="dxa"/>
              <w:left w:w="70" w:type="dxa"/>
              <w:bottom w:w="60" w:type="dxa"/>
              <w:right w:w="70" w:type="dxa"/>
            </w:tcMar>
            <w:vAlign w:val="center"/>
          </w:tcPr>
          <w:p w14:paraId="10235F91" w14:textId="77777777" w:rsidR="000362F3" w:rsidRPr="00F5355E" w:rsidRDefault="00B22738">
            <w:pPr>
              <w:spacing w:after="0" w:line="240" w:lineRule="auto"/>
              <w:jc w:val="center"/>
              <w:rPr>
                <w:rFonts w:asciiTheme="minorHAnsi" w:hAnsiTheme="minorHAnsi"/>
                <w:lang w:val="es-CL"/>
              </w:rPr>
            </w:pPr>
            <w:r w:rsidRPr="00F5355E">
              <w:rPr>
                <w:rFonts w:asciiTheme="minorHAnsi" w:hAnsiTheme="minorHAnsi"/>
                <w:b/>
                <w:color w:val="FFFFFF"/>
                <w:sz w:val="14"/>
                <w:lang w:val="es-CL"/>
              </w:rPr>
              <w:t xml:space="preserve">Vida útil </w:t>
            </w:r>
            <w:proofErr w:type="spellStart"/>
            <w:r w:rsidRPr="00F5355E">
              <w:rPr>
                <w:rFonts w:asciiTheme="minorHAnsi" w:hAnsiTheme="minorHAnsi"/>
                <w:b/>
                <w:color w:val="FFFFFF"/>
                <w:sz w:val="14"/>
                <w:lang w:val="es-CL"/>
              </w:rPr>
              <w:t>rest</w:t>
            </w:r>
            <w:proofErr w:type="spellEnd"/>
            <w:r w:rsidRPr="00F5355E">
              <w:rPr>
                <w:rFonts w:asciiTheme="minorHAnsi" w:hAnsiTheme="minorHAnsi"/>
                <w:b/>
                <w:color w:val="FFFFFF"/>
                <w:sz w:val="14"/>
                <w:lang w:val="es-CL"/>
              </w:rPr>
              <w:t>.</w:t>
            </w:r>
          </w:p>
        </w:tc>
        <w:tc>
          <w:tcPr>
            <w:tcW w:w="1655" w:type="dxa"/>
            <w:tcBorders>
              <w:top w:val="single" w:sz="4" w:space="0" w:color="7F8C8D"/>
              <w:left w:val="single" w:sz="4" w:space="0" w:color="7F8C8D"/>
              <w:bottom w:val="single" w:sz="4" w:space="0" w:color="7F8C8D"/>
              <w:right w:val="single" w:sz="4" w:space="0" w:color="7F8C8D"/>
            </w:tcBorders>
            <w:shd w:val="clear" w:color="auto" w:fill="17365D"/>
            <w:tcMar>
              <w:top w:w="60" w:type="dxa"/>
              <w:left w:w="70" w:type="dxa"/>
              <w:bottom w:w="60" w:type="dxa"/>
              <w:right w:w="70" w:type="dxa"/>
            </w:tcMar>
            <w:vAlign w:val="center"/>
          </w:tcPr>
          <w:p w14:paraId="3815FBF1" w14:textId="77777777" w:rsidR="000362F3" w:rsidRPr="00F5355E" w:rsidRDefault="00B22738">
            <w:pPr>
              <w:spacing w:after="0" w:line="240" w:lineRule="auto"/>
              <w:jc w:val="center"/>
              <w:rPr>
                <w:rFonts w:asciiTheme="minorHAnsi" w:hAnsiTheme="minorHAnsi"/>
                <w:lang w:val="es-CL"/>
              </w:rPr>
            </w:pPr>
            <w:r w:rsidRPr="00F5355E">
              <w:rPr>
                <w:rFonts w:asciiTheme="minorHAnsi" w:hAnsiTheme="minorHAnsi"/>
                <w:b/>
                <w:color w:val="FFFFFF"/>
                <w:sz w:val="14"/>
                <w:lang w:val="es-CL"/>
              </w:rPr>
              <w:t>Función y disponibilidad</w:t>
            </w:r>
          </w:p>
        </w:tc>
      </w:tr>
      <w:tr w:rsidR="006338E8" w:rsidRPr="00F5355E" w14:paraId="59490248" w14:textId="77777777" w:rsidTr="00E822AF">
        <w:trPr>
          <w:cantSplit/>
          <w:trHeight w:val="502"/>
          <w:jc w:val="center"/>
        </w:trPr>
        <w:tc>
          <w:tcPr>
            <w:tcW w:w="503" w:type="dxa"/>
            <w:tcBorders>
              <w:top w:val="single" w:sz="4" w:space="0" w:color="7F8C8D"/>
              <w:left w:val="single" w:sz="4" w:space="0" w:color="7F8C8D"/>
              <w:bottom w:val="single" w:sz="4" w:space="0" w:color="7F8C8D"/>
              <w:right w:val="single" w:sz="4" w:space="0" w:color="7F8C8D"/>
            </w:tcBorders>
            <w:tcMar>
              <w:top w:w="40" w:type="dxa"/>
              <w:left w:w="35" w:type="dxa"/>
              <w:bottom w:w="40" w:type="dxa"/>
              <w:right w:w="35" w:type="dxa"/>
            </w:tcMar>
            <w:vAlign w:val="center"/>
          </w:tcPr>
          <w:p w14:paraId="3E6F2438" w14:textId="77777777" w:rsidR="000362F3" w:rsidRPr="00993EEC" w:rsidRDefault="000362F3" w:rsidP="00993EEC">
            <w:pPr>
              <w:spacing w:after="0" w:line="240" w:lineRule="auto"/>
              <w:jc w:val="center"/>
              <w:rPr>
                <w:rFonts w:asciiTheme="minorHAnsi" w:hAnsiTheme="minorHAnsi"/>
                <w:szCs w:val="18"/>
                <w:lang w:val="es-CL"/>
              </w:rPr>
            </w:pPr>
          </w:p>
        </w:tc>
        <w:tc>
          <w:tcPr>
            <w:tcW w:w="1800" w:type="dxa"/>
            <w:tcBorders>
              <w:top w:val="single" w:sz="4" w:space="0" w:color="7F8C8D"/>
              <w:left w:val="single" w:sz="4" w:space="0" w:color="7F8C8D"/>
              <w:bottom w:val="single" w:sz="4" w:space="0" w:color="7F8C8D"/>
              <w:right w:val="single" w:sz="4" w:space="0" w:color="7F8C8D"/>
            </w:tcBorders>
            <w:tcMar>
              <w:top w:w="40" w:type="dxa"/>
              <w:left w:w="35" w:type="dxa"/>
              <w:bottom w:w="40" w:type="dxa"/>
              <w:right w:w="35" w:type="dxa"/>
            </w:tcMar>
            <w:vAlign w:val="center"/>
          </w:tcPr>
          <w:p w14:paraId="48CD3FC0" w14:textId="77777777" w:rsidR="000362F3" w:rsidRPr="00993EEC" w:rsidRDefault="000362F3" w:rsidP="00993EEC">
            <w:pPr>
              <w:spacing w:after="0" w:line="240" w:lineRule="auto"/>
              <w:jc w:val="center"/>
              <w:rPr>
                <w:rFonts w:asciiTheme="minorHAnsi" w:hAnsiTheme="minorHAnsi"/>
                <w:szCs w:val="18"/>
                <w:lang w:val="es-CL"/>
              </w:rPr>
            </w:pPr>
          </w:p>
        </w:tc>
        <w:tc>
          <w:tcPr>
            <w:tcW w:w="1440" w:type="dxa"/>
            <w:tcBorders>
              <w:top w:val="single" w:sz="4" w:space="0" w:color="7F8C8D"/>
              <w:left w:val="single" w:sz="4" w:space="0" w:color="7F8C8D"/>
              <w:bottom w:val="single" w:sz="4" w:space="0" w:color="7F8C8D"/>
              <w:right w:val="single" w:sz="4" w:space="0" w:color="7F8C8D"/>
            </w:tcBorders>
            <w:tcMar>
              <w:top w:w="40" w:type="dxa"/>
              <w:left w:w="35" w:type="dxa"/>
              <w:bottom w:w="40" w:type="dxa"/>
              <w:right w:w="35" w:type="dxa"/>
            </w:tcMar>
            <w:vAlign w:val="center"/>
          </w:tcPr>
          <w:p w14:paraId="05138690" w14:textId="77777777" w:rsidR="000362F3" w:rsidRPr="00993EEC" w:rsidRDefault="000362F3" w:rsidP="00993EEC">
            <w:pPr>
              <w:spacing w:after="0" w:line="240" w:lineRule="auto"/>
              <w:jc w:val="center"/>
              <w:rPr>
                <w:rFonts w:asciiTheme="minorHAnsi" w:hAnsiTheme="minorHAnsi"/>
                <w:szCs w:val="18"/>
                <w:lang w:val="es-CL"/>
              </w:rPr>
            </w:pPr>
          </w:p>
        </w:tc>
        <w:tc>
          <w:tcPr>
            <w:tcW w:w="604" w:type="dxa"/>
            <w:tcBorders>
              <w:top w:val="single" w:sz="4" w:space="0" w:color="7F8C8D"/>
              <w:left w:val="single" w:sz="4" w:space="0" w:color="7F8C8D"/>
              <w:bottom w:val="single" w:sz="4" w:space="0" w:color="7F8C8D"/>
              <w:right w:val="single" w:sz="4" w:space="0" w:color="7F8C8D"/>
            </w:tcBorders>
            <w:tcMar>
              <w:top w:w="40" w:type="dxa"/>
              <w:left w:w="35" w:type="dxa"/>
              <w:bottom w:w="40" w:type="dxa"/>
              <w:right w:w="35" w:type="dxa"/>
            </w:tcMar>
            <w:vAlign w:val="center"/>
          </w:tcPr>
          <w:p w14:paraId="591E05AC" w14:textId="77777777" w:rsidR="000362F3" w:rsidRPr="00993EEC" w:rsidRDefault="000362F3" w:rsidP="00993EEC">
            <w:pPr>
              <w:spacing w:after="0" w:line="240" w:lineRule="auto"/>
              <w:jc w:val="center"/>
              <w:rPr>
                <w:rFonts w:asciiTheme="minorHAnsi" w:hAnsiTheme="minorHAnsi"/>
                <w:szCs w:val="18"/>
                <w:lang w:val="es-CL"/>
              </w:rPr>
            </w:pPr>
          </w:p>
        </w:tc>
        <w:tc>
          <w:tcPr>
            <w:tcW w:w="979" w:type="dxa"/>
            <w:tcBorders>
              <w:top w:val="single" w:sz="4" w:space="0" w:color="7F8C8D"/>
              <w:left w:val="single" w:sz="4" w:space="0" w:color="7F8C8D"/>
              <w:bottom w:val="single" w:sz="4" w:space="0" w:color="7F8C8D"/>
              <w:right w:val="single" w:sz="4" w:space="0" w:color="7F8C8D"/>
            </w:tcBorders>
            <w:tcMar>
              <w:top w:w="40" w:type="dxa"/>
              <w:left w:w="35" w:type="dxa"/>
              <w:bottom w:w="40" w:type="dxa"/>
              <w:right w:w="35" w:type="dxa"/>
            </w:tcMar>
            <w:vAlign w:val="center"/>
          </w:tcPr>
          <w:p w14:paraId="6FCC7CA3" w14:textId="77777777" w:rsidR="000362F3" w:rsidRPr="00993EEC" w:rsidRDefault="000362F3" w:rsidP="00993EEC">
            <w:pPr>
              <w:spacing w:after="0" w:line="240" w:lineRule="auto"/>
              <w:jc w:val="center"/>
              <w:rPr>
                <w:rFonts w:asciiTheme="minorHAnsi" w:hAnsiTheme="minorHAnsi"/>
                <w:szCs w:val="18"/>
                <w:lang w:val="es-CL"/>
              </w:rPr>
            </w:pPr>
          </w:p>
        </w:tc>
        <w:tc>
          <w:tcPr>
            <w:tcW w:w="835" w:type="dxa"/>
            <w:tcBorders>
              <w:top w:val="single" w:sz="4" w:space="0" w:color="7F8C8D"/>
              <w:left w:val="single" w:sz="4" w:space="0" w:color="7F8C8D"/>
              <w:bottom w:val="single" w:sz="4" w:space="0" w:color="7F8C8D"/>
              <w:right w:val="single" w:sz="4" w:space="0" w:color="7F8C8D"/>
            </w:tcBorders>
            <w:tcMar>
              <w:top w:w="40" w:type="dxa"/>
              <w:left w:w="35" w:type="dxa"/>
              <w:bottom w:w="40" w:type="dxa"/>
              <w:right w:w="35" w:type="dxa"/>
            </w:tcMar>
            <w:vAlign w:val="center"/>
          </w:tcPr>
          <w:p w14:paraId="12D65B4D" w14:textId="77777777" w:rsidR="000362F3" w:rsidRPr="00993EEC" w:rsidRDefault="000362F3" w:rsidP="00993EEC">
            <w:pPr>
              <w:spacing w:after="0" w:line="240" w:lineRule="auto"/>
              <w:jc w:val="center"/>
              <w:rPr>
                <w:rFonts w:asciiTheme="minorHAnsi" w:hAnsiTheme="minorHAnsi"/>
                <w:szCs w:val="18"/>
                <w:lang w:val="es-CL"/>
              </w:rPr>
            </w:pPr>
          </w:p>
        </w:tc>
        <w:tc>
          <w:tcPr>
            <w:tcW w:w="792" w:type="dxa"/>
            <w:tcBorders>
              <w:top w:val="single" w:sz="4" w:space="0" w:color="7F8C8D"/>
              <w:left w:val="single" w:sz="4" w:space="0" w:color="7F8C8D"/>
              <w:bottom w:val="single" w:sz="4" w:space="0" w:color="7F8C8D"/>
              <w:right w:val="single" w:sz="4" w:space="0" w:color="7F8C8D"/>
            </w:tcBorders>
            <w:tcMar>
              <w:top w:w="40" w:type="dxa"/>
              <w:left w:w="35" w:type="dxa"/>
              <w:bottom w:w="40" w:type="dxa"/>
              <w:right w:w="35" w:type="dxa"/>
            </w:tcMar>
            <w:vAlign w:val="center"/>
          </w:tcPr>
          <w:p w14:paraId="4479439B" w14:textId="77777777" w:rsidR="000362F3" w:rsidRPr="00993EEC" w:rsidRDefault="000362F3" w:rsidP="00993EEC">
            <w:pPr>
              <w:spacing w:after="0" w:line="240" w:lineRule="auto"/>
              <w:jc w:val="center"/>
              <w:rPr>
                <w:rFonts w:asciiTheme="minorHAnsi" w:hAnsiTheme="minorHAnsi"/>
                <w:szCs w:val="18"/>
                <w:lang w:val="es-CL"/>
              </w:rPr>
            </w:pPr>
          </w:p>
        </w:tc>
        <w:tc>
          <w:tcPr>
            <w:tcW w:w="835" w:type="dxa"/>
            <w:tcBorders>
              <w:top w:val="single" w:sz="4" w:space="0" w:color="7F8C8D"/>
              <w:left w:val="single" w:sz="4" w:space="0" w:color="7F8C8D"/>
              <w:bottom w:val="single" w:sz="4" w:space="0" w:color="7F8C8D"/>
              <w:right w:val="single" w:sz="4" w:space="0" w:color="7F8C8D"/>
            </w:tcBorders>
            <w:tcMar>
              <w:top w:w="40" w:type="dxa"/>
              <w:left w:w="35" w:type="dxa"/>
              <w:bottom w:w="40" w:type="dxa"/>
              <w:right w:w="35" w:type="dxa"/>
            </w:tcMar>
            <w:vAlign w:val="center"/>
          </w:tcPr>
          <w:p w14:paraId="7B2378B5" w14:textId="77777777" w:rsidR="000362F3" w:rsidRPr="00993EEC" w:rsidRDefault="000362F3" w:rsidP="00993EEC">
            <w:pPr>
              <w:spacing w:after="0" w:line="240" w:lineRule="auto"/>
              <w:jc w:val="center"/>
              <w:rPr>
                <w:rFonts w:asciiTheme="minorHAnsi" w:hAnsiTheme="minorHAnsi"/>
                <w:szCs w:val="18"/>
                <w:lang w:val="es-CL"/>
              </w:rPr>
            </w:pPr>
          </w:p>
        </w:tc>
        <w:tc>
          <w:tcPr>
            <w:tcW w:w="1655" w:type="dxa"/>
            <w:tcBorders>
              <w:top w:val="single" w:sz="4" w:space="0" w:color="7F8C8D"/>
              <w:left w:val="single" w:sz="4" w:space="0" w:color="7F8C8D"/>
              <w:bottom w:val="single" w:sz="4" w:space="0" w:color="7F8C8D"/>
              <w:right w:val="single" w:sz="4" w:space="0" w:color="7F8C8D"/>
            </w:tcBorders>
            <w:tcMar>
              <w:top w:w="40" w:type="dxa"/>
              <w:left w:w="35" w:type="dxa"/>
              <w:bottom w:w="40" w:type="dxa"/>
              <w:right w:w="35" w:type="dxa"/>
            </w:tcMar>
            <w:vAlign w:val="center"/>
          </w:tcPr>
          <w:p w14:paraId="1ADAAB12" w14:textId="77777777" w:rsidR="000362F3" w:rsidRPr="00993EEC" w:rsidRDefault="000362F3" w:rsidP="00993EEC">
            <w:pPr>
              <w:spacing w:after="0" w:line="240" w:lineRule="auto"/>
              <w:jc w:val="center"/>
              <w:rPr>
                <w:rFonts w:asciiTheme="minorHAnsi" w:hAnsiTheme="minorHAnsi"/>
                <w:szCs w:val="18"/>
                <w:lang w:val="es-CL"/>
              </w:rPr>
            </w:pPr>
          </w:p>
        </w:tc>
      </w:tr>
      <w:tr w:rsidR="006338E8" w:rsidRPr="00F5355E" w14:paraId="4BAFAC12" w14:textId="77777777" w:rsidTr="00E822AF">
        <w:trPr>
          <w:cantSplit/>
          <w:trHeight w:val="502"/>
          <w:jc w:val="center"/>
        </w:trPr>
        <w:tc>
          <w:tcPr>
            <w:tcW w:w="503" w:type="dxa"/>
            <w:tcBorders>
              <w:top w:val="single" w:sz="4" w:space="0" w:color="7F8C8D"/>
              <w:left w:val="single" w:sz="4" w:space="0" w:color="7F8C8D"/>
              <w:bottom w:val="single" w:sz="4" w:space="0" w:color="7F8C8D"/>
              <w:right w:val="single" w:sz="4" w:space="0" w:color="7F8C8D"/>
            </w:tcBorders>
            <w:tcMar>
              <w:top w:w="40" w:type="dxa"/>
              <w:left w:w="35" w:type="dxa"/>
              <w:bottom w:w="40" w:type="dxa"/>
              <w:right w:w="35" w:type="dxa"/>
            </w:tcMar>
            <w:vAlign w:val="center"/>
          </w:tcPr>
          <w:p w14:paraId="51E199FE" w14:textId="77777777" w:rsidR="000362F3" w:rsidRPr="00993EEC" w:rsidRDefault="000362F3" w:rsidP="00993EEC">
            <w:pPr>
              <w:spacing w:after="0" w:line="240" w:lineRule="auto"/>
              <w:jc w:val="center"/>
              <w:rPr>
                <w:rFonts w:asciiTheme="minorHAnsi" w:hAnsiTheme="minorHAnsi"/>
                <w:szCs w:val="18"/>
                <w:lang w:val="es-CL"/>
              </w:rPr>
            </w:pPr>
          </w:p>
        </w:tc>
        <w:tc>
          <w:tcPr>
            <w:tcW w:w="1800" w:type="dxa"/>
            <w:tcBorders>
              <w:top w:val="single" w:sz="4" w:space="0" w:color="7F8C8D"/>
              <w:left w:val="single" w:sz="4" w:space="0" w:color="7F8C8D"/>
              <w:bottom w:val="single" w:sz="4" w:space="0" w:color="7F8C8D"/>
              <w:right w:val="single" w:sz="4" w:space="0" w:color="7F8C8D"/>
            </w:tcBorders>
            <w:tcMar>
              <w:top w:w="40" w:type="dxa"/>
              <w:left w:w="35" w:type="dxa"/>
              <w:bottom w:w="40" w:type="dxa"/>
              <w:right w:w="35" w:type="dxa"/>
            </w:tcMar>
            <w:vAlign w:val="center"/>
          </w:tcPr>
          <w:p w14:paraId="56DD97EA" w14:textId="77777777" w:rsidR="000362F3" w:rsidRPr="00993EEC" w:rsidRDefault="000362F3" w:rsidP="00993EEC">
            <w:pPr>
              <w:spacing w:after="0" w:line="240" w:lineRule="auto"/>
              <w:jc w:val="center"/>
              <w:rPr>
                <w:rFonts w:asciiTheme="minorHAnsi" w:hAnsiTheme="minorHAnsi"/>
                <w:szCs w:val="18"/>
                <w:lang w:val="es-CL"/>
              </w:rPr>
            </w:pPr>
          </w:p>
        </w:tc>
        <w:tc>
          <w:tcPr>
            <w:tcW w:w="1440" w:type="dxa"/>
            <w:tcBorders>
              <w:top w:val="single" w:sz="4" w:space="0" w:color="7F8C8D"/>
              <w:left w:val="single" w:sz="4" w:space="0" w:color="7F8C8D"/>
              <w:bottom w:val="single" w:sz="4" w:space="0" w:color="7F8C8D"/>
              <w:right w:val="single" w:sz="4" w:space="0" w:color="7F8C8D"/>
            </w:tcBorders>
            <w:tcMar>
              <w:top w:w="40" w:type="dxa"/>
              <w:left w:w="35" w:type="dxa"/>
              <w:bottom w:w="40" w:type="dxa"/>
              <w:right w:w="35" w:type="dxa"/>
            </w:tcMar>
            <w:vAlign w:val="center"/>
          </w:tcPr>
          <w:p w14:paraId="0E19C267" w14:textId="77777777" w:rsidR="000362F3" w:rsidRPr="00993EEC" w:rsidRDefault="000362F3" w:rsidP="00993EEC">
            <w:pPr>
              <w:spacing w:after="0" w:line="240" w:lineRule="auto"/>
              <w:jc w:val="center"/>
              <w:rPr>
                <w:rFonts w:asciiTheme="minorHAnsi" w:hAnsiTheme="minorHAnsi"/>
                <w:szCs w:val="18"/>
                <w:lang w:val="es-CL"/>
              </w:rPr>
            </w:pPr>
          </w:p>
        </w:tc>
        <w:tc>
          <w:tcPr>
            <w:tcW w:w="604" w:type="dxa"/>
            <w:tcBorders>
              <w:top w:val="single" w:sz="4" w:space="0" w:color="7F8C8D"/>
              <w:left w:val="single" w:sz="4" w:space="0" w:color="7F8C8D"/>
              <w:bottom w:val="single" w:sz="4" w:space="0" w:color="7F8C8D"/>
              <w:right w:val="single" w:sz="4" w:space="0" w:color="7F8C8D"/>
            </w:tcBorders>
            <w:tcMar>
              <w:top w:w="40" w:type="dxa"/>
              <w:left w:w="35" w:type="dxa"/>
              <w:bottom w:w="40" w:type="dxa"/>
              <w:right w:w="35" w:type="dxa"/>
            </w:tcMar>
            <w:vAlign w:val="center"/>
          </w:tcPr>
          <w:p w14:paraId="0D43AD75" w14:textId="77777777" w:rsidR="000362F3" w:rsidRPr="00993EEC" w:rsidRDefault="000362F3" w:rsidP="00993EEC">
            <w:pPr>
              <w:spacing w:after="0" w:line="240" w:lineRule="auto"/>
              <w:jc w:val="center"/>
              <w:rPr>
                <w:rFonts w:asciiTheme="minorHAnsi" w:hAnsiTheme="minorHAnsi"/>
                <w:szCs w:val="18"/>
                <w:lang w:val="es-CL"/>
              </w:rPr>
            </w:pPr>
          </w:p>
        </w:tc>
        <w:tc>
          <w:tcPr>
            <w:tcW w:w="979" w:type="dxa"/>
            <w:tcBorders>
              <w:top w:val="single" w:sz="4" w:space="0" w:color="7F8C8D"/>
              <w:left w:val="single" w:sz="4" w:space="0" w:color="7F8C8D"/>
              <w:bottom w:val="single" w:sz="4" w:space="0" w:color="7F8C8D"/>
              <w:right w:val="single" w:sz="4" w:space="0" w:color="7F8C8D"/>
            </w:tcBorders>
            <w:tcMar>
              <w:top w:w="40" w:type="dxa"/>
              <w:left w:w="35" w:type="dxa"/>
              <w:bottom w:w="40" w:type="dxa"/>
              <w:right w:w="35" w:type="dxa"/>
            </w:tcMar>
            <w:vAlign w:val="center"/>
          </w:tcPr>
          <w:p w14:paraId="78621247" w14:textId="77777777" w:rsidR="000362F3" w:rsidRPr="00993EEC" w:rsidRDefault="000362F3" w:rsidP="00993EEC">
            <w:pPr>
              <w:spacing w:after="0" w:line="240" w:lineRule="auto"/>
              <w:jc w:val="center"/>
              <w:rPr>
                <w:rFonts w:asciiTheme="minorHAnsi" w:hAnsiTheme="minorHAnsi"/>
                <w:szCs w:val="18"/>
                <w:lang w:val="es-CL"/>
              </w:rPr>
            </w:pPr>
          </w:p>
        </w:tc>
        <w:tc>
          <w:tcPr>
            <w:tcW w:w="835" w:type="dxa"/>
            <w:tcBorders>
              <w:top w:val="single" w:sz="4" w:space="0" w:color="7F8C8D"/>
              <w:left w:val="single" w:sz="4" w:space="0" w:color="7F8C8D"/>
              <w:bottom w:val="single" w:sz="4" w:space="0" w:color="7F8C8D"/>
              <w:right w:val="single" w:sz="4" w:space="0" w:color="7F8C8D"/>
            </w:tcBorders>
            <w:tcMar>
              <w:top w:w="40" w:type="dxa"/>
              <w:left w:w="35" w:type="dxa"/>
              <w:bottom w:w="40" w:type="dxa"/>
              <w:right w:w="35" w:type="dxa"/>
            </w:tcMar>
            <w:vAlign w:val="center"/>
          </w:tcPr>
          <w:p w14:paraId="65643782" w14:textId="77777777" w:rsidR="000362F3" w:rsidRPr="00993EEC" w:rsidRDefault="000362F3" w:rsidP="00993EEC">
            <w:pPr>
              <w:spacing w:after="0" w:line="240" w:lineRule="auto"/>
              <w:jc w:val="center"/>
              <w:rPr>
                <w:rFonts w:asciiTheme="minorHAnsi" w:hAnsiTheme="minorHAnsi"/>
                <w:szCs w:val="18"/>
                <w:lang w:val="es-CL"/>
              </w:rPr>
            </w:pPr>
          </w:p>
        </w:tc>
        <w:tc>
          <w:tcPr>
            <w:tcW w:w="792" w:type="dxa"/>
            <w:tcBorders>
              <w:top w:val="single" w:sz="4" w:space="0" w:color="7F8C8D"/>
              <w:left w:val="single" w:sz="4" w:space="0" w:color="7F8C8D"/>
              <w:bottom w:val="single" w:sz="4" w:space="0" w:color="7F8C8D"/>
              <w:right w:val="single" w:sz="4" w:space="0" w:color="7F8C8D"/>
            </w:tcBorders>
            <w:tcMar>
              <w:top w:w="40" w:type="dxa"/>
              <w:left w:w="35" w:type="dxa"/>
              <w:bottom w:w="40" w:type="dxa"/>
              <w:right w:w="35" w:type="dxa"/>
            </w:tcMar>
            <w:vAlign w:val="center"/>
          </w:tcPr>
          <w:p w14:paraId="50B27109" w14:textId="77777777" w:rsidR="000362F3" w:rsidRPr="00993EEC" w:rsidRDefault="000362F3" w:rsidP="00993EEC">
            <w:pPr>
              <w:spacing w:after="0" w:line="240" w:lineRule="auto"/>
              <w:jc w:val="center"/>
              <w:rPr>
                <w:rFonts w:asciiTheme="minorHAnsi" w:hAnsiTheme="minorHAnsi"/>
                <w:szCs w:val="18"/>
                <w:lang w:val="es-CL"/>
              </w:rPr>
            </w:pPr>
          </w:p>
        </w:tc>
        <w:tc>
          <w:tcPr>
            <w:tcW w:w="835" w:type="dxa"/>
            <w:tcBorders>
              <w:top w:val="single" w:sz="4" w:space="0" w:color="7F8C8D"/>
              <w:left w:val="single" w:sz="4" w:space="0" w:color="7F8C8D"/>
              <w:bottom w:val="single" w:sz="4" w:space="0" w:color="7F8C8D"/>
              <w:right w:val="single" w:sz="4" w:space="0" w:color="7F8C8D"/>
            </w:tcBorders>
            <w:tcMar>
              <w:top w:w="40" w:type="dxa"/>
              <w:left w:w="35" w:type="dxa"/>
              <w:bottom w:w="40" w:type="dxa"/>
              <w:right w:w="35" w:type="dxa"/>
            </w:tcMar>
            <w:vAlign w:val="center"/>
          </w:tcPr>
          <w:p w14:paraId="68A734F1" w14:textId="77777777" w:rsidR="000362F3" w:rsidRPr="00993EEC" w:rsidRDefault="000362F3" w:rsidP="00993EEC">
            <w:pPr>
              <w:spacing w:after="0" w:line="240" w:lineRule="auto"/>
              <w:jc w:val="center"/>
              <w:rPr>
                <w:rFonts w:asciiTheme="minorHAnsi" w:hAnsiTheme="minorHAnsi"/>
                <w:szCs w:val="18"/>
                <w:lang w:val="es-CL"/>
              </w:rPr>
            </w:pPr>
          </w:p>
        </w:tc>
        <w:tc>
          <w:tcPr>
            <w:tcW w:w="1655" w:type="dxa"/>
            <w:tcBorders>
              <w:top w:val="single" w:sz="4" w:space="0" w:color="7F8C8D"/>
              <w:left w:val="single" w:sz="4" w:space="0" w:color="7F8C8D"/>
              <w:bottom w:val="single" w:sz="4" w:space="0" w:color="7F8C8D"/>
              <w:right w:val="single" w:sz="4" w:space="0" w:color="7F8C8D"/>
            </w:tcBorders>
            <w:tcMar>
              <w:top w:w="40" w:type="dxa"/>
              <w:left w:w="35" w:type="dxa"/>
              <w:bottom w:w="40" w:type="dxa"/>
              <w:right w:w="35" w:type="dxa"/>
            </w:tcMar>
            <w:vAlign w:val="center"/>
          </w:tcPr>
          <w:p w14:paraId="71A6F71C" w14:textId="77777777" w:rsidR="000362F3" w:rsidRPr="00993EEC" w:rsidRDefault="000362F3" w:rsidP="00993EEC">
            <w:pPr>
              <w:spacing w:after="0" w:line="240" w:lineRule="auto"/>
              <w:jc w:val="center"/>
              <w:rPr>
                <w:rFonts w:asciiTheme="minorHAnsi" w:hAnsiTheme="minorHAnsi"/>
                <w:szCs w:val="18"/>
                <w:lang w:val="es-CL"/>
              </w:rPr>
            </w:pPr>
          </w:p>
        </w:tc>
      </w:tr>
      <w:tr w:rsidR="006338E8" w:rsidRPr="00F5355E" w14:paraId="3AA3576B" w14:textId="77777777" w:rsidTr="00E822AF">
        <w:trPr>
          <w:cantSplit/>
          <w:trHeight w:val="502"/>
          <w:jc w:val="center"/>
        </w:trPr>
        <w:tc>
          <w:tcPr>
            <w:tcW w:w="503" w:type="dxa"/>
            <w:tcBorders>
              <w:top w:val="single" w:sz="4" w:space="0" w:color="7F8C8D"/>
              <w:left w:val="single" w:sz="4" w:space="0" w:color="7F8C8D"/>
              <w:bottom w:val="single" w:sz="4" w:space="0" w:color="7F8C8D"/>
              <w:right w:val="single" w:sz="4" w:space="0" w:color="7F8C8D"/>
            </w:tcBorders>
            <w:tcMar>
              <w:top w:w="40" w:type="dxa"/>
              <w:left w:w="35" w:type="dxa"/>
              <w:bottom w:w="40" w:type="dxa"/>
              <w:right w:w="35" w:type="dxa"/>
            </w:tcMar>
            <w:vAlign w:val="center"/>
          </w:tcPr>
          <w:p w14:paraId="2D62ED27" w14:textId="77777777" w:rsidR="000362F3" w:rsidRPr="00993EEC" w:rsidRDefault="000362F3" w:rsidP="00993EEC">
            <w:pPr>
              <w:spacing w:after="0" w:line="240" w:lineRule="auto"/>
              <w:jc w:val="center"/>
              <w:rPr>
                <w:rFonts w:asciiTheme="minorHAnsi" w:hAnsiTheme="minorHAnsi"/>
                <w:szCs w:val="18"/>
                <w:lang w:val="es-CL"/>
              </w:rPr>
            </w:pPr>
          </w:p>
        </w:tc>
        <w:tc>
          <w:tcPr>
            <w:tcW w:w="1800" w:type="dxa"/>
            <w:tcBorders>
              <w:top w:val="single" w:sz="4" w:space="0" w:color="7F8C8D"/>
              <w:left w:val="single" w:sz="4" w:space="0" w:color="7F8C8D"/>
              <w:bottom w:val="single" w:sz="4" w:space="0" w:color="7F8C8D"/>
              <w:right w:val="single" w:sz="4" w:space="0" w:color="7F8C8D"/>
            </w:tcBorders>
            <w:tcMar>
              <w:top w:w="40" w:type="dxa"/>
              <w:left w:w="35" w:type="dxa"/>
              <w:bottom w:w="40" w:type="dxa"/>
              <w:right w:w="35" w:type="dxa"/>
            </w:tcMar>
            <w:vAlign w:val="center"/>
          </w:tcPr>
          <w:p w14:paraId="4730ADEF" w14:textId="77777777" w:rsidR="000362F3" w:rsidRPr="00993EEC" w:rsidRDefault="000362F3" w:rsidP="00993EEC">
            <w:pPr>
              <w:spacing w:after="0" w:line="240" w:lineRule="auto"/>
              <w:jc w:val="center"/>
              <w:rPr>
                <w:rFonts w:asciiTheme="minorHAnsi" w:hAnsiTheme="minorHAnsi"/>
                <w:szCs w:val="18"/>
                <w:lang w:val="es-CL"/>
              </w:rPr>
            </w:pPr>
          </w:p>
        </w:tc>
        <w:tc>
          <w:tcPr>
            <w:tcW w:w="1440" w:type="dxa"/>
            <w:tcBorders>
              <w:top w:val="single" w:sz="4" w:space="0" w:color="7F8C8D"/>
              <w:left w:val="single" w:sz="4" w:space="0" w:color="7F8C8D"/>
              <w:bottom w:val="single" w:sz="4" w:space="0" w:color="7F8C8D"/>
              <w:right w:val="single" w:sz="4" w:space="0" w:color="7F8C8D"/>
            </w:tcBorders>
            <w:tcMar>
              <w:top w:w="40" w:type="dxa"/>
              <w:left w:w="35" w:type="dxa"/>
              <w:bottom w:w="40" w:type="dxa"/>
              <w:right w:w="35" w:type="dxa"/>
            </w:tcMar>
            <w:vAlign w:val="center"/>
          </w:tcPr>
          <w:p w14:paraId="318D8F94" w14:textId="77777777" w:rsidR="000362F3" w:rsidRPr="00993EEC" w:rsidRDefault="000362F3" w:rsidP="00993EEC">
            <w:pPr>
              <w:spacing w:after="0" w:line="240" w:lineRule="auto"/>
              <w:jc w:val="center"/>
              <w:rPr>
                <w:rFonts w:asciiTheme="minorHAnsi" w:hAnsiTheme="minorHAnsi"/>
                <w:szCs w:val="18"/>
                <w:lang w:val="es-CL"/>
              </w:rPr>
            </w:pPr>
          </w:p>
        </w:tc>
        <w:tc>
          <w:tcPr>
            <w:tcW w:w="604" w:type="dxa"/>
            <w:tcBorders>
              <w:top w:val="single" w:sz="4" w:space="0" w:color="7F8C8D"/>
              <w:left w:val="single" w:sz="4" w:space="0" w:color="7F8C8D"/>
              <w:bottom w:val="single" w:sz="4" w:space="0" w:color="7F8C8D"/>
              <w:right w:val="single" w:sz="4" w:space="0" w:color="7F8C8D"/>
            </w:tcBorders>
            <w:tcMar>
              <w:top w:w="40" w:type="dxa"/>
              <w:left w:w="35" w:type="dxa"/>
              <w:bottom w:w="40" w:type="dxa"/>
              <w:right w:w="35" w:type="dxa"/>
            </w:tcMar>
            <w:vAlign w:val="center"/>
          </w:tcPr>
          <w:p w14:paraId="1EC9EDDF" w14:textId="77777777" w:rsidR="000362F3" w:rsidRPr="00993EEC" w:rsidRDefault="000362F3" w:rsidP="00993EEC">
            <w:pPr>
              <w:spacing w:after="0" w:line="240" w:lineRule="auto"/>
              <w:jc w:val="center"/>
              <w:rPr>
                <w:rFonts w:asciiTheme="minorHAnsi" w:hAnsiTheme="minorHAnsi"/>
                <w:szCs w:val="18"/>
                <w:lang w:val="es-CL"/>
              </w:rPr>
            </w:pPr>
          </w:p>
        </w:tc>
        <w:tc>
          <w:tcPr>
            <w:tcW w:w="979" w:type="dxa"/>
            <w:tcBorders>
              <w:top w:val="single" w:sz="4" w:space="0" w:color="7F8C8D"/>
              <w:left w:val="single" w:sz="4" w:space="0" w:color="7F8C8D"/>
              <w:bottom w:val="single" w:sz="4" w:space="0" w:color="7F8C8D"/>
              <w:right w:val="single" w:sz="4" w:space="0" w:color="7F8C8D"/>
            </w:tcBorders>
            <w:tcMar>
              <w:top w:w="40" w:type="dxa"/>
              <w:left w:w="35" w:type="dxa"/>
              <w:bottom w:w="40" w:type="dxa"/>
              <w:right w:w="35" w:type="dxa"/>
            </w:tcMar>
            <w:vAlign w:val="center"/>
          </w:tcPr>
          <w:p w14:paraId="43B733F7" w14:textId="77777777" w:rsidR="000362F3" w:rsidRPr="00993EEC" w:rsidRDefault="000362F3" w:rsidP="00993EEC">
            <w:pPr>
              <w:spacing w:after="0" w:line="240" w:lineRule="auto"/>
              <w:jc w:val="center"/>
              <w:rPr>
                <w:rFonts w:asciiTheme="minorHAnsi" w:hAnsiTheme="minorHAnsi"/>
                <w:szCs w:val="18"/>
                <w:lang w:val="es-CL"/>
              </w:rPr>
            </w:pPr>
          </w:p>
        </w:tc>
        <w:tc>
          <w:tcPr>
            <w:tcW w:w="835" w:type="dxa"/>
            <w:tcBorders>
              <w:top w:val="single" w:sz="4" w:space="0" w:color="7F8C8D"/>
              <w:left w:val="single" w:sz="4" w:space="0" w:color="7F8C8D"/>
              <w:bottom w:val="single" w:sz="4" w:space="0" w:color="7F8C8D"/>
              <w:right w:val="single" w:sz="4" w:space="0" w:color="7F8C8D"/>
            </w:tcBorders>
            <w:tcMar>
              <w:top w:w="40" w:type="dxa"/>
              <w:left w:w="35" w:type="dxa"/>
              <w:bottom w:w="40" w:type="dxa"/>
              <w:right w:w="35" w:type="dxa"/>
            </w:tcMar>
            <w:vAlign w:val="center"/>
          </w:tcPr>
          <w:p w14:paraId="66516E29" w14:textId="77777777" w:rsidR="000362F3" w:rsidRPr="00993EEC" w:rsidRDefault="000362F3" w:rsidP="00993EEC">
            <w:pPr>
              <w:spacing w:after="0" w:line="240" w:lineRule="auto"/>
              <w:jc w:val="center"/>
              <w:rPr>
                <w:rFonts w:asciiTheme="minorHAnsi" w:hAnsiTheme="minorHAnsi"/>
                <w:szCs w:val="18"/>
                <w:lang w:val="es-CL"/>
              </w:rPr>
            </w:pPr>
          </w:p>
        </w:tc>
        <w:tc>
          <w:tcPr>
            <w:tcW w:w="792" w:type="dxa"/>
            <w:tcBorders>
              <w:top w:val="single" w:sz="4" w:space="0" w:color="7F8C8D"/>
              <w:left w:val="single" w:sz="4" w:space="0" w:color="7F8C8D"/>
              <w:bottom w:val="single" w:sz="4" w:space="0" w:color="7F8C8D"/>
              <w:right w:val="single" w:sz="4" w:space="0" w:color="7F8C8D"/>
            </w:tcBorders>
            <w:tcMar>
              <w:top w:w="40" w:type="dxa"/>
              <w:left w:w="35" w:type="dxa"/>
              <w:bottom w:w="40" w:type="dxa"/>
              <w:right w:w="35" w:type="dxa"/>
            </w:tcMar>
            <w:vAlign w:val="center"/>
          </w:tcPr>
          <w:p w14:paraId="5CFBF628" w14:textId="77777777" w:rsidR="000362F3" w:rsidRPr="00993EEC" w:rsidRDefault="000362F3" w:rsidP="00993EEC">
            <w:pPr>
              <w:spacing w:after="0" w:line="240" w:lineRule="auto"/>
              <w:jc w:val="center"/>
              <w:rPr>
                <w:rFonts w:asciiTheme="minorHAnsi" w:hAnsiTheme="minorHAnsi"/>
                <w:szCs w:val="18"/>
                <w:lang w:val="es-CL"/>
              </w:rPr>
            </w:pPr>
          </w:p>
        </w:tc>
        <w:tc>
          <w:tcPr>
            <w:tcW w:w="835" w:type="dxa"/>
            <w:tcBorders>
              <w:top w:val="single" w:sz="4" w:space="0" w:color="7F8C8D"/>
              <w:left w:val="single" w:sz="4" w:space="0" w:color="7F8C8D"/>
              <w:bottom w:val="single" w:sz="4" w:space="0" w:color="7F8C8D"/>
              <w:right w:val="single" w:sz="4" w:space="0" w:color="7F8C8D"/>
            </w:tcBorders>
            <w:tcMar>
              <w:top w:w="40" w:type="dxa"/>
              <w:left w:w="35" w:type="dxa"/>
              <w:bottom w:w="40" w:type="dxa"/>
              <w:right w:w="35" w:type="dxa"/>
            </w:tcMar>
            <w:vAlign w:val="center"/>
          </w:tcPr>
          <w:p w14:paraId="491F3F83" w14:textId="77777777" w:rsidR="000362F3" w:rsidRPr="00993EEC" w:rsidRDefault="000362F3" w:rsidP="00993EEC">
            <w:pPr>
              <w:spacing w:after="0" w:line="240" w:lineRule="auto"/>
              <w:jc w:val="center"/>
              <w:rPr>
                <w:rFonts w:asciiTheme="minorHAnsi" w:hAnsiTheme="minorHAnsi"/>
                <w:szCs w:val="18"/>
                <w:lang w:val="es-CL"/>
              </w:rPr>
            </w:pPr>
          </w:p>
        </w:tc>
        <w:tc>
          <w:tcPr>
            <w:tcW w:w="1655" w:type="dxa"/>
            <w:tcBorders>
              <w:top w:val="single" w:sz="4" w:space="0" w:color="7F8C8D"/>
              <w:left w:val="single" w:sz="4" w:space="0" w:color="7F8C8D"/>
              <w:bottom w:val="single" w:sz="4" w:space="0" w:color="7F8C8D"/>
              <w:right w:val="single" w:sz="4" w:space="0" w:color="7F8C8D"/>
            </w:tcBorders>
            <w:tcMar>
              <w:top w:w="40" w:type="dxa"/>
              <w:left w:w="35" w:type="dxa"/>
              <w:bottom w:w="40" w:type="dxa"/>
              <w:right w:w="35" w:type="dxa"/>
            </w:tcMar>
            <w:vAlign w:val="center"/>
          </w:tcPr>
          <w:p w14:paraId="4ED45C68" w14:textId="77777777" w:rsidR="000362F3" w:rsidRPr="00993EEC" w:rsidRDefault="000362F3" w:rsidP="00993EEC">
            <w:pPr>
              <w:spacing w:after="0" w:line="240" w:lineRule="auto"/>
              <w:jc w:val="center"/>
              <w:rPr>
                <w:rFonts w:asciiTheme="minorHAnsi" w:hAnsiTheme="minorHAnsi"/>
                <w:szCs w:val="18"/>
                <w:lang w:val="es-CL"/>
              </w:rPr>
            </w:pPr>
          </w:p>
        </w:tc>
      </w:tr>
      <w:tr w:rsidR="006338E8" w:rsidRPr="00F5355E" w14:paraId="4D2532B3" w14:textId="77777777" w:rsidTr="00E822AF">
        <w:trPr>
          <w:cantSplit/>
          <w:trHeight w:val="502"/>
          <w:jc w:val="center"/>
        </w:trPr>
        <w:tc>
          <w:tcPr>
            <w:tcW w:w="503" w:type="dxa"/>
            <w:tcBorders>
              <w:top w:val="single" w:sz="4" w:space="0" w:color="7F8C8D"/>
              <w:left w:val="single" w:sz="4" w:space="0" w:color="7F8C8D"/>
              <w:bottom w:val="single" w:sz="4" w:space="0" w:color="7F8C8D"/>
              <w:right w:val="single" w:sz="4" w:space="0" w:color="7F8C8D"/>
            </w:tcBorders>
            <w:tcMar>
              <w:top w:w="40" w:type="dxa"/>
              <w:left w:w="35" w:type="dxa"/>
              <w:bottom w:w="40" w:type="dxa"/>
              <w:right w:w="35" w:type="dxa"/>
            </w:tcMar>
            <w:vAlign w:val="center"/>
          </w:tcPr>
          <w:p w14:paraId="43E9D720" w14:textId="77777777" w:rsidR="000362F3" w:rsidRPr="00993EEC" w:rsidRDefault="000362F3" w:rsidP="00993EEC">
            <w:pPr>
              <w:spacing w:after="0" w:line="240" w:lineRule="auto"/>
              <w:jc w:val="center"/>
              <w:rPr>
                <w:rFonts w:asciiTheme="minorHAnsi" w:hAnsiTheme="minorHAnsi"/>
                <w:szCs w:val="18"/>
                <w:lang w:val="es-CL"/>
              </w:rPr>
            </w:pPr>
          </w:p>
        </w:tc>
        <w:tc>
          <w:tcPr>
            <w:tcW w:w="1800" w:type="dxa"/>
            <w:tcBorders>
              <w:top w:val="single" w:sz="4" w:space="0" w:color="7F8C8D"/>
              <w:left w:val="single" w:sz="4" w:space="0" w:color="7F8C8D"/>
              <w:bottom w:val="single" w:sz="4" w:space="0" w:color="7F8C8D"/>
              <w:right w:val="single" w:sz="4" w:space="0" w:color="7F8C8D"/>
            </w:tcBorders>
            <w:tcMar>
              <w:top w:w="40" w:type="dxa"/>
              <w:left w:w="35" w:type="dxa"/>
              <w:bottom w:w="40" w:type="dxa"/>
              <w:right w:w="35" w:type="dxa"/>
            </w:tcMar>
            <w:vAlign w:val="center"/>
          </w:tcPr>
          <w:p w14:paraId="7CEEBC31" w14:textId="77777777" w:rsidR="000362F3" w:rsidRPr="00993EEC" w:rsidRDefault="000362F3" w:rsidP="00993EEC">
            <w:pPr>
              <w:spacing w:after="0" w:line="240" w:lineRule="auto"/>
              <w:jc w:val="center"/>
              <w:rPr>
                <w:rFonts w:asciiTheme="minorHAnsi" w:hAnsiTheme="minorHAnsi"/>
                <w:szCs w:val="18"/>
                <w:lang w:val="es-CL"/>
              </w:rPr>
            </w:pPr>
          </w:p>
        </w:tc>
        <w:tc>
          <w:tcPr>
            <w:tcW w:w="1440" w:type="dxa"/>
            <w:tcBorders>
              <w:top w:val="single" w:sz="4" w:space="0" w:color="7F8C8D"/>
              <w:left w:val="single" w:sz="4" w:space="0" w:color="7F8C8D"/>
              <w:bottom w:val="single" w:sz="4" w:space="0" w:color="7F8C8D"/>
              <w:right w:val="single" w:sz="4" w:space="0" w:color="7F8C8D"/>
            </w:tcBorders>
            <w:tcMar>
              <w:top w:w="40" w:type="dxa"/>
              <w:left w:w="35" w:type="dxa"/>
              <w:bottom w:w="40" w:type="dxa"/>
              <w:right w:w="35" w:type="dxa"/>
            </w:tcMar>
            <w:vAlign w:val="center"/>
          </w:tcPr>
          <w:p w14:paraId="6DB68E45" w14:textId="77777777" w:rsidR="000362F3" w:rsidRPr="00993EEC" w:rsidRDefault="000362F3" w:rsidP="00993EEC">
            <w:pPr>
              <w:spacing w:after="0" w:line="240" w:lineRule="auto"/>
              <w:jc w:val="center"/>
              <w:rPr>
                <w:rFonts w:asciiTheme="minorHAnsi" w:hAnsiTheme="minorHAnsi"/>
                <w:szCs w:val="18"/>
                <w:lang w:val="es-CL"/>
              </w:rPr>
            </w:pPr>
          </w:p>
        </w:tc>
        <w:tc>
          <w:tcPr>
            <w:tcW w:w="604" w:type="dxa"/>
            <w:tcBorders>
              <w:top w:val="single" w:sz="4" w:space="0" w:color="7F8C8D"/>
              <w:left w:val="single" w:sz="4" w:space="0" w:color="7F8C8D"/>
              <w:bottom w:val="single" w:sz="4" w:space="0" w:color="7F8C8D"/>
              <w:right w:val="single" w:sz="4" w:space="0" w:color="7F8C8D"/>
            </w:tcBorders>
            <w:tcMar>
              <w:top w:w="40" w:type="dxa"/>
              <w:left w:w="35" w:type="dxa"/>
              <w:bottom w:w="40" w:type="dxa"/>
              <w:right w:w="35" w:type="dxa"/>
            </w:tcMar>
            <w:vAlign w:val="center"/>
          </w:tcPr>
          <w:p w14:paraId="0F7CF19E" w14:textId="77777777" w:rsidR="000362F3" w:rsidRPr="00993EEC" w:rsidRDefault="000362F3" w:rsidP="00993EEC">
            <w:pPr>
              <w:spacing w:after="0" w:line="240" w:lineRule="auto"/>
              <w:jc w:val="center"/>
              <w:rPr>
                <w:rFonts w:asciiTheme="minorHAnsi" w:hAnsiTheme="minorHAnsi"/>
                <w:szCs w:val="18"/>
                <w:lang w:val="es-CL"/>
              </w:rPr>
            </w:pPr>
          </w:p>
        </w:tc>
        <w:tc>
          <w:tcPr>
            <w:tcW w:w="979" w:type="dxa"/>
            <w:tcBorders>
              <w:top w:val="single" w:sz="4" w:space="0" w:color="7F8C8D"/>
              <w:left w:val="single" w:sz="4" w:space="0" w:color="7F8C8D"/>
              <w:bottom w:val="single" w:sz="4" w:space="0" w:color="7F8C8D"/>
              <w:right w:val="single" w:sz="4" w:space="0" w:color="7F8C8D"/>
            </w:tcBorders>
            <w:tcMar>
              <w:top w:w="40" w:type="dxa"/>
              <w:left w:w="35" w:type="dxa"/>
              <w:bottom w:w="40" w:type="dxa"/>
              <w:right w:w="35" w:type="dxa"/>
            </w:tcMar>
            <w:vAlign w:val="center"/>
          </w:tcPr>
          <w:p w14:paraId="474DFA50" w14:textId="77777777" w:rsidR="000362F3" w:rsidRPr="00993EEC" w:rsidRDefault="000362F3" w:rsidP="00993EEC">
            <w:pPr>
              <w:spacing w:after="0" w:line="240" w:lineRule="auto"/>
              <w:jc w:val="center"/>
              <w:rPr>
                <w:rFonts w:asciiTheme="minorHAnsi" w:hAnsiTheme="minorHAnsi"/>
                <w:szCs w:val="18"/>
                <w:lang w:val="es-CL"/>
              </w:rPr>
            </w:pPr>
          </w:p>
        </w:tc>
        <w:tc>
          <w:tcPr>
            <w:tcW w:w="835" w:type="dxa"/>
            <w:tcBorders>
              <w:top w:val="single" w:sz="4" w:space="0" w:color="7F8C8D"/>
              <w:left w:val="single" w:sz="4" w:space="0" w:color="7F8C8D"/>
              <w:bottom w:val="single" w:sz="4" w:space="0" w:color="7F8C8D"/>
              <w:right w:val="single" w:sz="4" w:space="0" w:color="7F8C8D"/>
            </w:tcBorders>
            <w:tcMar>
              <w:top w:w="40" w:type="dxa"/>
              <w:left w:w="35" w:type="dxa"/>
              <w:bottom w:w="40" w:type="dxa"/>
              <w:right w:w="35" w:type="dxa"/>
            </w:tcMar>
            <w:vAlign w:val="center"/>
          </w:tcPr>
          <w:p w14:paraId="1588A695" w14:textId="77777777" w:rsidR="000362F3" w:rsidRPr="00993EEC" w:rsidRDefault="000362F3" w:rsidP="00993EEC">
            <w:pPr>
              <w:spacing w:after="0" w:line="240" w:lineRule="auto"/>
              <w:jc w:val="center"/>
              <w:rPr>
                <w:rFonts w:asciiTheme="minorHAnsi" w:hAnsiTheme="minorHAnsi"/>
                <w:szCs w:val="18"/>
                <w:lang w:val="es-CL"/>
              </w:rPr>
            </w:pPr>
          </w:p>
        </w:tc>
        <w:tc>
          <w:tcPr>
            <w:tcW w:w="792" w:type="dxa"/>
            <w:tcBorders>
              <w:top w:val="single" w:sz="4" w:space="0" w:color="7F8C8D"/>
              <w:left w:val="single" w:sz="4" w:space="0" w:color="7F8C8D"/>
              <w:bottom w:val="single" w:sz="4" w:space="0" w:color="7F8C8D"/>
              <w:right w:val="single" w:sz="4" w:space="0" w:color="7F8C8D"/>
            </w:tcBorders>
            <w:tcMar>
              <w:top w:w="40" w:type="dxa"/>
              <w:left w:w="35" w:type="dxa"/>
              <w:bottom w:w="40" w:type="dxa"/>
              <w:right w:w="35" w:type="dxa"/>
            </w:tcMar>
            <w:vAlign w:val="center"/>
          </w:tcPr>
          <w:p w14:paraId="366B5B9A" w14:textId="77777777" w:rsidR="000362F3" w:rsidRPr="00993EEC" w:rsidRDefault="000362F3" w:rsidP="00993EEC">
            <w:pPr>
              <w:spacing w:after="0" w:line="240" w:lineRule="auto"/>
              <w:jc w:val="center"/>
              <w:rPr>
                <w:rFonts w:asciiTheme="minorHAnsi" w:hAnsiTheme="minorHAnsi"/>
                <w:szCs w:val="18"/>
                <w:lang w:val="es-CL"/>
              </w:rPr>
            </w:pPr>
          </w:p>
        </w:tc>
        <w:tc>
          <w:tcPr>
            <w:tcW w:w="835" w:type="dxa"/>
            <w:tcBorders>
              <w:top w:val="single" w:sz="4" w:space="0" w:color="7F8C8D"/>
              <w:left w:val="single" w:sz="4" w:space="0" w:color="7F8C8D"/>
              <w:bottom w:val="single" w:sz="4" w:space="0" w:color="7F8C8D"/>
              <w:right w:val="single" w:sz="4" w:space="0" w:color="7F8C8D"/>
            </w:tcBorders>
            <w:tcMar>
              <w:top w:w="40" w:type="dxa"/>
              <w:left w:w="35" w:type="dxa"/>
              <w:bottom w:w="40" w:type="dxa"/>
              <w:right w:w="35" w:type="dxa"/>
            </w:tcMar>
            <w:vAlign w:val="center"/>
          </w:tcPr>
          <w:p w14:paraId="4FA5E2A2" w14:textId="77777777" w:rsidR="000362F3" w:rsidRPr="00993EEC" w:rsidRDefault="000362F3" w:rsidP="00993EEC">
            <w:pPr>
              <w:spacing w:after="0" w:line="240" w:lineRule="auto"/>
              <w:jc w:val="center"/>
              <w:rPr>
                <w:rFonts w:asciiTheme="minorHAnsi" w:hAnsiTheme="minorHAnsi"/>
                <w:szCs w:val="18"/>
                <w:lang w:val="es-CL"/>
              </w:rPr>
            </w:pPr>
          </w:p>
        </w:tc>
        <w:tc>
          <w:tcPr>
            <w:tcW w:w="1655" w:type="dxa"/>
            <w:tcBorders>
              <w:top w:val="single" w:sz="4" w:space="0" w:color="7F8C8D"/>
              <w:left w:val="single" w:sz="4" w:space="0" w:color="7F8C8D"/>
              <w:bottom w:val="single" w:sz="4" w:space="0" w:color="7F8C8D"/>
              <w:right w:val="single" w:sz="4" w:space="0" w:color="7F8C8D"/>
            </w:tcBorders>
            <w:tcMar>
              <w:top w:w="40" w:type="dxa"/>
              <w:left w:w="35" w:type="dxa"/>
              <w:bottom w:w="40" w:type="dxa"/>
              <w:right w:w="35" w:type="dxa"/>
            </w:tcMar>
            <w:vAlign w:val="center"/>
          </w:tcPr>
          <w:p w14:paraId="29F449D4" w14:textId="77777777" w:rsidR="000362F3" w:rsidRPr="00993EEC" w:rsidRDefault="000362F3" w:rsidP="00993EEC">
            <w:pPr>
              <w:spacing w:after="0" w:line="240" w:lineRule="auto"/>
              <w:jc w:val="center"/>
              <w:rPr>
                <w:rFonts w:asciiTheme="minorHAnsi" w:hAnsiTheme="minorHAnsi"/>
                <w:szCs w:val="18"/>
                <w:lang w:val="es-CL"/>
              </w:rPr>
            </w:pPr>
          </w:p>
        </w:tc>
      </w:tr>
    </w:tbl>
    <w:p w14:paraId="2716E913" w14:textId="77777777" w:rsidR="00BA185C" w:rsidRPr="00F5355E" w:rsidRDefault="00BA185C">
      <w:pPr>
        <w:spacing w:after="40" w:line="252" w:lineRule="auto"/>
        <w:rPr>
          <w:rFonts w:asciiTheme="minorHAnsi" w:hAnsiTheme="minorHAnsi"/>
          <w:lang w:val="es-CL"/>
        </w:rPr>
      </w:pPr>
    </w:p>
    <w:p w14:paraId="7E123771" w14:textId="77777777" w:rsidR="009612B5" w:rsidRDefault="009612B5">
      <w:pPr>
        <w:pStyle w:val="SubtituloSinExpansion"/>
        <w:spacing w:before="0" w:after="0" w:line="240" w:lineRule="auto"/>
        <w:rPr>
          <w:rFonts w:asciiTheme="minorHAnsi" w:hAnsiTheme="minorHAnsi"/>
          <w:lang w:val="es-CL"/>
        </w:rPr>
      </w:pPr>
    </w:p>
    <w:p w14:paraId="35DDAA9C" w14:textId="395E9F4E" w:rsidR="00BA185C" w:rsidRDefault="0049208A">
      <w:pPr>
        <w:pStyle w:val="SubtituloSinExpansion"/>
        <w:spacing w:before="0" w:after="0" w:line="240" w:lineRule="auto"/>
        <w:rPr>
          <w:rFonts w:asciiTheme="minorHAnsi" w:hAnsiTheme="minorHAnsi"/>
          <w:lang w:val="es-CL"/>
        </w:rPr>
      </w:pPr>
      <w:r w:rsidRPr="00F5355E">
        <w:rPr>
          <w:rFonts w:asciiTheme="minorHAnsi" w:hAnsiTheme="minorHAnsi"/>
          <w:lang w:val="es-CL"/>
        </w:rPr>
        <w:t>A.1 Activos a reponer y dar de baja</w:t>
      </w:r>
    </w:p>
    <w:p w14:paraId="57FE9621" w14:textId="77777777" w:rsidR="005F59B7" w:rsidRPr="00F5355E" w:rsidRDefault="005F59B7">
      <w:pPr>
        <w:pStyle w:val="SubtituloSinExpansion"/>
        <w:spacing w:before="0" w:after="0" w:line="240" w:lineRule="auto"/>
        <w:rPr>
          <w:rFonts w:asciiTheme="minorHAnsi" w:hAnsiTheme="minorHAnsi"/>
          <w:lang w:val="es-CL"/>
        </w:rPr>
      </w:pPr>
    </w:p>
    <w:tbl>
      <w:tblPr>
        <w:tblW w:w="4023" w:type="pct"/>
        <w:jc w:val="center"/>
        <w:tblLayout w:type="fixed"/>
        <w:tblLook w:val="04A0" w:firstRow="1" w:lastRow="0" w:firstColumn="1" w:lastColumn="0" w:noHBand="0" w:noVBand="1"/>
      </w:tblPr>
      <w:tblGrid>
        <w:gridCol w:w="1434"/>
        <w:gridCol w:w="1133"/>
        <w:gridCol w:w="700"/>
        <w:gridCol w:w="2193"/>
        <w:gridCol w:w="2744"/>
      </w:tblGrid>
      <w:tr w:rsidR="006B258D" w:rsidRPr="00ED1331" w14:paraId="2D86269A" w14:textId="77777777" w:rsidTr="008F0A52">
        <w:trPr>
          <w:cantSplit/>
          <w:tblHeader/>
          <w:jc w:val="center"/>
        </w:trPr>
        <w:tc>
          <w:tcPr>
            <w:tcW w:w="1454" w:type="dxa"/>
            <w:tcBorders>
              <w:top w:val="single" w:sz="4" w:space="0" w:color="7F8C8D"/>
              <w:left w:val="single" w:sz="4" w:space="0" w:color="7F8C8D"/>
              <w:bottom w:val="single" w:sz="4" w:space="0" w:color="7F8C8D"/>
              <w:right w:val="single" w:sz="4" w:space="0" w:color="7F8C8D"/>
            </w:tcBorders>
            <w:shd w:val="clear" w:color="auto" w:fill="17365D"/>
            <w:tcMar>
              <w:top w:w="60" w:type="dxa"/>
              <w:left w:w="70" w:type="dxa"/>
              <w:bottom w:w="60" w:type="dxa"/>
              <w:right w:w="70" w:type="dxa"/>
            </w:tcMar>
            <w:vAlign w:val="center"/>
          </w:tcPr>
          <w:p w14:paraId="1BC10FDA" w14:textId="77777777" w:rsidR="000362F3" w:rsidRPr="008F0A52" w:rsidRDefault="00B22738">
            <w:pPr>
              <w:spacing w:after="0" w:line="240" w:lineRule="auto"/>
              <w:jc w:val="center"/>
              <w:rPr>
                <w:rFonts w:asciiTheme="minorHAnsi" w:hAnsiTheme="minorHAnsi"/>
                <w:szCs w:val="18"/>
                <w:lang w:val="es-CL"/>
              </w:rPr>
            </w:pPr>
            <w:r w:rsidRPr="008F0A52">
              <w:rPr>
                <w:rFonts w:asciiTheme="minorHAnsi" w:hAnsiTheme="minorHAnsi"/>
                <w:b/>
                <w:color w:val="FFFFFF"/>
                <w:szCs w:val="18"/>
                <w:lang w:val="es-CL"/>
              </w:rPr>
              <w:t>Tipo de activo</w:t>
            </w:r>
          </w:p>
        </w:tc>
        <w:tc>
          <w:tcPr>
            <w:tcW w:w="1149" w:type="dxa"/>
            <w:tcBorders>
              <w:top w:val="single" w:sz="4" w:space="0" w:color="7F8C8D"/>
              <w:left w:val="single" w:sz="4" w:space="0" w:color="7F8C8D"/>
              <w:bottom w:val="single" w:sz="4" w:space="0" w:color="7F8C8D"/>
              <w:right w:val="single" w:sz="4" w:space="0" w:color="7F8C8D"/>
            </w:tcBorders>
            <w:shd w:val="clear" w:color="auto" w:fill="17365D"/>
            <w:tcMar>
              <w:top w:w="60" w:type="dxa"/>
              <w:left w:w="70" w:type="dxa"/>
              <w:bottom w:w="60" w:type="dxa"/>
              <w:right w:w="70" w:type="dxa"/>
            </w:tcMar>
            <w:vAlign w:val="center"/>
          </w:tcPr>
          <w:p w14:paraId="5889DCC2" w14:textId="77777777" w:rsidR="000362F3" w:rsidRPr="008F0A52" w:rsidRDefault="00B22738">
            <w:pPr>
              <w:spacing w:after="0" w:line="240" w:lineRule="auto"/>
              <w:jc w:val="center"/>
              <w:rPr>
                <w:rFonts w:asciiTheme="minorHAnsi" w:hAnsiTheme="minorHAnsi"/>
                <w:szCs w:val="18"/>
                <w:lang w:val="es-CL"/>
              </w:rPr>
            </w:pPr>
            <w:r w:rsidRPr="008F0A52">
              <w:rPr>
                <w:rFonts w:asciiTheme="minorHAnsi" w:hAnsiTheme="minorHAnsi"/>
                <w:b/>
                <w:color w:val="FFFFFF"/>
                <w:szCs w:val="18"/>
                <w:lang w:val="es-CL"/>
              </w:rPr>
              <w:t>Patente / serie</w:t>
            </w:r>
          </w:p>
        </w:tc>
        <w:tc>
          <w:tcPr>
            <w:tcW w:w="709" w:type="dxa"/>
            <w:tcBorders>
              <w:top w:val="single" w:sz="4" w:space="0" w:color="7F8C8D"/>
              <w:left w:val="single" w:sz="4" w:space="0" w:color="7F8C8D"/>
              <w:bottom w:val="single" w:sz="4" w:space="0" w:color="7F8C8D"/>
              <w:right w:val="single" w:sz="4" w:space="0" w:color="7F8C8D"/>
            </w:tcBorders>
            <w:shd w:val="clear" w:color="auto" w:fill="17365D"/>
            <w:tcMar>
              <w:top w:w="60" w:type="dxa"/>
              <w:left w:w="70" w:type="dxa"/>
              <w:bottom w:w="60" w:type="dxa"/>
              <w:right w:w="70" w:type="dxa"/>
            </w:tcMar>
            <w:vAlign w:val="center"/>
          </w:tcPr>
          <w:p w14:paraId="3BE6F204" w14:textId="77777777" w:rsidR="000362F3" w:rsidRPr="008F0A52" w:rsidRDefault="00B22738">
            <w:pPr>
              <w:spacing w:after="0" w:line="240" w:lineRule="auto"/>
              <w:jc w:val="center"/>
              <w:rPr>
                <w:rFonts w:asciiTheme="minorHAnsi" w:hAnsiTheme="minorHAnsi"/>
                <w:szCs w:val="18"/>
                <w:lang w:val="es-CL"/>
              </w:rPr>
            </w:pPr>
            <w:r w:rsidRPr="008F0A52">
              <w:rPr>
                <w:rFonts w:asciiTheme="minorHAnsi" w:hAnsiTheme="minorHAnsi"/>
                <w:b/>
                <w:color w:val="FFFFFF"/>
                <w:szCs w:val="18"/>
                <w:lang w:val="es-CL"/>
              </w:rPr>
              <w:t>Año</w:t>
            </w:r>
          </w:p>
        </w:tc>
        <w:tc>
          <w:tcPr>
            <w:tcW w:w="2226" w:type="dxa"/>
            <w:tcBorders>
              <w:top w:val="single" w:sz="4" w:space="0" w:color="7F8C8D"/>
              <w:left w:val="single" w:sz="4" w:space="0" w:color="7F8C8D"/>
              <w:bottom w:val="single" w:sz="4" w:space="0" w:color="7F8C8D"/>
              <w:right w:val="single" w:sz="4" w:space="0" w:color="7F8C8D"/>
            </w:tcBorders>
            <w:shd w:val="clear" w:color="auto" w:fill="17365D"/>
            <w:tcMar>
              <w:top w:w="60" w:type="dxa"/>
              <w:left w:w="70" w:type="dxa"/>
              <w:bottom w:w="60" w:type="dxa"/>
              <w:right w:w="70" w:type="dxa"/>
            </w:tcMar>
            <w:vAlign w:val="center"/>
          </w:tcPr>
          <w:p w14:paraId="25DF60BE" w14:textId="77777777" w:rsidR="000362F3" w:rsidRPr="008F0A52" w:rsidRDefault="00B22738">
            <w:pPr>
              <w:spacing w:after="0" w:line="240" w:lineRule="auto"/>
              <w:jc w:val="center"/>
              <w:rPr>
                <w:rFonts w:asciiTheme="minorHAnsi" w:hAnsiTheme="minorHAnsi"/>
                <w:szCs w:val="18"/>
                <w:lang w:val="es-CL"/>
              </w:rPr>
            </w:pPr>
            <w:r w:rsidRPr="008F0A52">
              <w:rPr>
                <w:rFonts w:asciiTheme="minorHAnsi" w:hAnsiTheme="minorHAnsi"/>
                <w:b/>
                <w:color w:val="FFFFFF"/>
                <w:szCs w:val="18"/>
                <w:lang w:val="es-CL"/>
              </w:rPr>
              <w:t>Causal de reposición</w:t>
            </w:r>
          </w:p>
        </w:tc>
        <w:tc>
          <w:tcPr>
            <w:tcW w:w="2786" w:type="dxa"/>
            <w:tcBorders>
              <w:top w:val="single" w:sz="4" w:space="0" w:color="7F8C8D"/>
              <w:left w:val="single" w:sz="4" w:space="0" w:color="7F8C8D"/>
              <w:bottom w:val="single" w:sz="4" w:space="0" w:color="7F8C8D"/>
              <w:right w:val="single" w:sz="4" w:space="0" w:color="7F8C8D"/>
            </w:tcBorders>
            <w:shd w:val="clear" w:color="auto" w:fill="17365D"/>
            <w:tcMar>
              <w:top w:w="60" w:type="dxa"/>
              <w:left w:w="70" w:type="dxa"/>
              <w:bottom w:w="60" w:type="dxa"/>
              <w:right w:w="70" w:type="dxa"/>
            </w:tcMar>
            <w:vAlign w:val="center"/>
          </w:tcPr>
          <w:p w14:paraId="058F11F9" w14:textId="0252C31A" w:rsidR="000362F3" w:rsidRPr="008F0A52" w:rsidRDefault="0025592B">
            <w:pPr>
              <w:spacing w:after="0" w:line="240" w:lineRule="auto"/>
              <w:jc w:val="center"/>
              <w:rPr>
                <w:rFonts w:asciiTheme="minorHAnsi" w:hAnsiTheme="minorHAnsi"/>
                <w:szCs w:val="18"/>
                <w:lang w:val="es-CL"/>
              </w:rPr>
            </w:pPr>
            <w:r>
              <w:rPr>
                <w:rFonts w:asciiTheme="minorHAnsi" w:hAnsiTheme="minorHAnsi"/>
                <w:b/>
                <w:color w:val="FFFFFF"/>
                <w:szCs w:val="18"/>
                <w:lang w:val="es-CL"/>
              </w:rPr>
              <w:t>Certifi</w:t>
            </w:r>
            <w:r w:rsidR="00DA2B34">
              <w:rPr>
                <w:rFonts w:asciiTheme="minorHAnsi" w:hAnsiTheme="minorHAnsi"/>
                <w:b/>
                <w:color w:val="FFFFFF"/>
                <w:szCs w:val="18"/>
                <w:lang w:val="es-CL"/>
              </w:rPr>
              <w:t xml:space="preserve">cado de costos de operación y mantención </w:t>
            </w:r>
          </w:p>
        </w:tc>
      </w:tr>
      <w:tr w:rsidR="006B258D" w:rsidRPr="00ED1331" w14:paraId="4ADDB4E9" w14:textId="77777777" w:rsidTr="008F0A52">
        <w:trPr>
          <w:cantSplit/>
          <w:jc w:val="center"/>
        </w:trPr>
        <w:tc>
          <w:tcPr>
            <w:tcW w:w="1454" w:type="dxa"/>
            <w:tcBorders>
              <w:top w:val="single" w:sz="4" w:space="0" w:color="7F8C8D"/>
              <w:left w:val="single" w:sz="4" w:space="0" w:color="7F8C8D"/>
              <w:bottom w:val="single" w:sz="4" w:space="0" w:color="7F8C8D"/>
              <w:right w:val="single" w:sz="4" w:space="0" w:color="7F8C8D"/>
            </w:tcBorders>
            <w:shd w:val="clear" w:color="auto" w:fill="FFF2CC"/>
            <w:tcMar>
              <w:top w:w="45" w:type="dxa"/>
              <w:left w:w="35" w:type="dxa"/>
              <w:bottom w:w="45" w:type="dxa"/>
              <w:right w:w="35" w:type="dxa"/>
            </w:tcMar>
            <w:vAlign w:val="center"/>
          </w:tcPr>
          <w:p w14:paraId="5CB132BB" w14:textId="3CF53611" w:rsidR="000362F3" w:rsidRPr="008F0A52" w:rsidRDefault="000362F3">
            <w:pPr>
              <w:spacing w:after="0" w:line="240" w:lineRule="auto"/>
              <w:jc w:val="center"/>
              <w:rPr>
                <w:rFonts w:asciiTheme="minorHAnsi" w:hAnsiTheme="minorHAnsi"/>
                <w:szCs w:val="18"/>
                <w:lang w:val="es-CL"/>
              </w:rPr>
            </w:pPr>
          </w:p>
        </w:tc>
        <w:tc>
          <w:tcPr>
            <w:tcW w:w="1149" w:type="dxa"/>
            <w:tcBorders>
              <w:top w:val="single" w:sz="4" w:space="0" w:color="7F8C8D"/>
              <w:left w:val="single" w:sz="4" w:space="0" w:color="7F8C8D"/>
              <w:bottom w:val="single" w:sz="4" w:space="0" w:color="7F8C8D"/>
              <w:right w:val="single" w:sz="4" w:space="0" w:color="7F8C8D"/>
            </w:tcBorders>
            <w:shd w:val="clear" w:color="auto" w:fill="FFF2CC"/>
            <w:tcMar>
              <w:top w:w="45" w:type="dxa"/>
              <w:left w:w="35" w:type="dxa"/>
              <w:bottom w:w="45" w:type="dxa"/>
              <w:right w:w="35" w:type="dxa"/>
            </w:tcMar>
            <w:vAlign w:val="center"/>
          </w:tcPr>
          <w:p w14:paraId="14F40F65" w14:textId="259E176B" w:rsidR="000362F3" w:rsidRPr="008F0A52" w:rsidRDefault="000362F3">
            <w:pPr>
              <w:spacing w:after="0" w:line="240" w:lineRule="auto"/>
              <w:jc w:val="center"/>
              <w:rPr>
                <w:rFonts w:asciiTheme="minorHAnsi" w:hAnsiTheme="minorHAnsi"/>
                <w:szCs w:val="18"/>
                <w:lang w:val="es-CL"/>
              </w:rPr>
            </w:pPr>
          </w:p>
        </w:tc>
        <w:tc>
          <w:tcPr>
            <w:tcW w:w="709" w:type="dxa"/>
            <w:tcBorders>
              <w:top w:val="single" w:sz="4" w:space="0" w:color="7F8C8D"/>
              <w:left w:val="single" w:sz="4" w:space="0" w:color="7F8C8D"/>
              <w:bottom w:val="single" w:sz="4" w:space="0" w:color="7F8C8D"/>
              <w:right w:val="single" w:sz="4" w:space="0" w:color="7F8C8D"/>
            </w:tcBorders>
            <w:shd w:val="clear" w:color="auto" w:fill="FFF2CC"/>
            <w:tcMar>
              <w:top w:w="45" w:type="dxa"/>
              <w:left w:w="35" w:type="dxa"/>
              <w:bottom w:w="45" w:type="dxa"/>
              <w:right w:w="35" w:type="dxa"/>
            </w:tcMar>
            <w:vAlign w:val="center"/>
          </w:tcPr>
          <w:p w14:paraId="71FF58E6" w14:textId="1062492E" w:rsidR="000362F3" w:rsidRPr="008F0A52" w:rsidRDefault="000362F3">
            <w:pPr>
              <w:spacing w:after="0"/>
              <w:jc w:val="center"/>
              <w:rPr>
                <w:rFonts w:asciiTheme="minorHAnsi" w:hAnsiTheme="minorHAnsi"/>
                <w:szCs w:val="18"/>
                <w:lang w:val="es-CL"/>
              </w:rPr>
            </w:pPr>
          </w:p>
        </w:tc>
        <w:tc>
          <w:tcPr>
            <w:tcW w:w="2226" w:type="dxa"/>
            <w:tcBorders>
              <w:top w:val="single" w:sz="4" w:space="0" w:color="7F8C8D"/>
              <w:left w:val="single" w:sz="4" w:space="0" w:color="7F8C8D"/>
              <w:bottom w:val="single" w:sz="4" w:space="0" w:color="7F8C8D"/>
              <w:right w:val="single" w:sz="4" w:space="0" w:color="7F8C8D"/>
            </w:tcBorders>
            <w:shd w:val="clear" w:color="auto" w:fill="FFF2CC"/>
            <w:tcMar>
              <w:top w:w="45" w:type="dxa"/>
              <w:left w:w="35" w:type="dxa"/>
              <w:bottom w:w="45" w:type="dxa"/>
              <w:right w:w="35" w:type="dxa"/>
            </w:tcMar>
            <w:vAlign w:val="center"/>
          </w:tcPr>
          <w:p w14:paraId="6C026D22" w14:textId="2DB4E92E" w:rsidR="000362F3" w:rsidRPr="008F0A52" w:rsidRDefault="000362F3">
            <w:pPr>
              <w:spacing w:after="0" w:line="240" w:lineRule="auto"/>
              <w:jc w:val="center"/>
              <w:rPr>
                <w:rFonts w:asciiTheme="minorHAnsi" w:hAnsiTheme="minorHAnsi"/>
                <w:szCs w:val="18"/>
                <w:lang w:val="es-CL"/>
              </w:rPr>
            </w:pPr>
          </w:p>
        </w:tc>
        <w:tc>
          <w:tcPr>
            <w:tcW w:w="2786" w:type="dxa"/>
            <w:tcBorders>
              <w:top w:val="single" w:sz="4" w:space="0" w:color="7F8C8D"/>
              <w:left w:val="single" w:sz="4" w:space="0" w:color="7F8C8D"/>
              <w:bottom w:val="single" w:sz="4" w:space="0" w:color="7F8C8D"/>
              <w:right w:val="single" w:sz="4" w:space="0" w:color="7F8C8D"/>
            </w:tcBorders>
            <w:shd w:val="clear" w:color="auto" w:fill="FFF2CC"/>
            <w:tcMar>
              <w:top w:w="45" w:type="dxa"/>
              <w:left w:w="35" w:type="dxa"/>
              <w:bottom w:w="45" w:type="dxa"/>
              <w:right w:w="35" w:type="dxa"/>
            </w:tcMar>
            <w:vAlign w:val="center"/>
          </w:tcPr>
          <w:p w14:paraId="34219BAD" w14:textId="3B3F8285" w:rsidR="000362F3" w:rsidRPr="008F0A52" w:rsidRDefault="00DA2B34">
            <w:pPr>
              <w:spacing w:after="0" w:line="240" w:lineRule="auto"/>
              <w:jc w:val="center"/>
              <w:rPr>
                <w:rFonts w:asciiTheme="minorHAnsi" w:hAnsiTheme="minorHAnsi"/>
                <w:szCs w:val="18"/>
                <w:lang w:val="es-CL"/>
              </w:rPr>
            </w:pPr>
            <w:r>
              <w:rPr>
                <w:rFonts w:asciiTheme="minorHAnsi" w:hAnsiTheme="minorHAnsi"/>
                <w:szCs w:val="18"/>
                <w:lang w:val="es-CL"/>
              </w:rPr>
              <w:t xml:space="preserve">Indicar </w:t>
            </w:r>
            <w:r w:rsidR="00042236">
              <w:rPr>
                <w:rFonts w:asciiTheme="minorHAnsi" w:hAnsiTheme="minorHAnsi"/>
                <w:szCs w:val="18"/>
                <w:lang w:val="es-CL"/>
              </w:rPr>
              <w:t xml:space="preserve">número de certificado y fecha de emisión del documento </w:t>
            </w:r>
          </w:p>
        </w:tc>
      </w:tr>
    </w:tbl>
    <w:p w14:paraId="138D5B96" w14:textId="77777777" w:rsidR="00BA185C" w:rsidRPr="00F5355E" w:rsidRDefault="00BA185C">
      <w:pPr>
        <w:spacing w:after="40" w:line="252" w:lineRule="auto"/>
        <w:rPr>
          <w:rFonts w:asciiTheme="minorHAnsi" w:hAnsiTheme="minorHAnsi"/>
          <w:lang w:val="es-CL"/>
        </w:rPr>
      </w:pPr>
    </w:p>
    <w:p w14:paraId="5590DCE7" w14:textId="77777777" w:rsidR="00BA185C" w:rsidRDefault="00BA185C">
      <w:pPr>
        <w:spacing w:after="40" w:line="252" w:lineRule="auto"/>
        <w:rPr>
          <w:rFonts w:asciiTheme="minorHAnsi" w:hAnsiTheme="minorHAnsi"/>
          <w:lang w:val="es-CL"/>
        </w:rPr>
      </w:pPr>
    </w:p>
    <w:p w14:paraId="0D63C7AD" w14:textId="77777777" w:rsidR="005F59B7" w:rsidRDefault="005F59B7">
      <w:pPr>
        <w:spacing w:after="40" w:line="252" w:lineRule="auto"/>
        <w:rPr>
          <w:rFonts w:asciiTheme="minorHAnsi" w:hAnsiTheme="minorHAnsi"/>
          <w:lang w:val="es-CL"/>
        </w:rPr>
      </w:pPr>
    </w:p>
    <w:p w14:paraId="652C0E92" w14:textId="77777777" w:rsidR="009E386C" w:rsidRPr="00F5355E" w:rsidRDefault="009E386C" w:rsidP="009E386C">
      <w:pPr>
        <w:spacing w:after="40" w:line="252" w:lineRule="auto"/>
        <w:rPr>
          <w:rFonts w:asciiTheme="minorHAnsi" w:hAnsiTheme="minorHAnsi"/>
          <w:lang w:val="es-CL"/>
        </w:rPr>
      </w:pPr>
    </w:p>
    <w:p w14:paraId="6637DA04" w14:textId="688DF44E" w:rsidR="009E386C" w:rsidRPr="00F5355E" w:rsidRDefault="009E386C" w:rsidP="009E386C">
      <w:pPr>
        <w:pStyle w:val="TituloSeccionSinExpansion"/>
        <w:pBdr>
          <w:bottom w:val="single" w:sz="8" w:space="1" w:color="17365D"/>
        </w:pBdr>
        <w:spacing w:before="0" w:after="0" w:line="240" w:lineRule="auto"/>
        <w:rPr>
          <w:rFonts w:asciiTheme="minorHAnsi" w:hAnsiTheme="minorHAnsi"/>
          <w:lang w:val="es-CL"/>
        </w:rPr>
      </w:pPr>
      <w:r w:rsidRPr="00F5355E">
        <w:rPr>
          <w:rFonts w:asciiTheme="minorHAnsi" w:hAnsiTheme="minorHAnsi"/>
          <w:lang w:val="es-CL"/>
        </w:rPr>
        <w:t>ANEXO B. CARPETA DIGITAL DEL PROYECTO</w:t>
      </w:r>
    </w:p>
    <w:p w14:paraId="291588B4" w14:textId="77777777" w:rsidR="001F4F37" w:rsidRDefault="001F4F37" w:rsidP="009E386C">
      <w:pPr>
        <w:pStyle w:val="SubtituloSinExpansion"/>
        <w:spacing w:before="0" w:after="0" w:line="240" w:lineRule="auto"/>
        <w:rPr>
          <w:rFonts w:asciiTheme="minorHAnsi" w:hAnsiTheme="minorHAnsi"/>
          <w:lang w:val="es-CL"/>
        </w:rPr>
      </w:pPr>
    </w:p>
    <w:p w14:paraId="07B3C9A3" w14:textId="4469C774" w:rsidR="009E386C" w:rsidRPr="00F5355E" w:rsidRDefault="001250DA" w:rsidP="009E386C">
      <w:pPr>
        <w:pStyle w:val="SubtituloSinExpansion"/>
        <w:spacing w:before="0" w:after="0" w:line="240" w:lineRule="auto"/>
        <w:rPr>
          <w:rFonts w:asciiTheme="minorHAnsi" w:hAnsiTheme="minorHAnsi"/>
          <w:lang w:val="es-CL"/>
        </w:rPr>
      </w:pPr>
      <w:r w:rsidRPr="00F5355E">
        <w:rPr>
          <w:rFonts w:asciiTheme="minorHAnsi" w:hAnsiTheme="minorHAnsi"/>
          <w:lang w:val="es-CL"/>
        </w:rPr>
        <w:t>B.1 Recomendación para la carga de documentos</w:t>
      </w:r>
    </w:p>
    <w:p w14:paraId="174B2133" w14:textId="139FEBFE" w:rsidR="009E386C" w:rsidRPr="00F5355E" w:rsidRDefault="003108A6" w:rsidP="009E386C">
      <w:pPr>
        <w:spacing w:after="0" w:line="240" w:lineRule="auto"/>
        <w:rPr>
          <w:rFonts w:asciiTheme="minorHAnsi" w:hAnsiTheme="minorHAnsi"/>
          <w:lang w:val="es-CL"/>
        </w:rPr>
      </w:pPr>
      <w:r w:rsidRPr="00F5355E">
        <w:rPr>
          <w:rFonts w:asciiTheme="minorHAnsi" w:hAnsiTheme="minorHAnsi"/>
          <w:lang w:val="es-CL"/>
        </w:rPr>
        <w:t>Los antecedentes deben cargarse en la Carpeta Digital del BIP de acuerdo con la siguiente organización:</w:t>
      </w:r>
    </w:p>
    <w:p w14:paraId="384550BC" w14:textId="77777777" w:rsidR="009E386C" w:rsidRPr="00F5355E" w:rsidRDefault="009E386C" w:rsidP="009E386C">
      <w:pPr>
        <w:spacing w:after="40" w:line="252" w:lineRule="auto"/>
        <w:rPr>
          <w:rFonts w:asciiTheme="minorHAnsi" w:hAnsiTheme="minorHAnsi"/>
          <w:lang w:val="es-CL"/>
        </w:rPr>
      </w:pPr>
    </w:p>
    <w:p w14:paraId="56370068" w14:textId="77777777" w:rsidR="009E386C" w:rsidRPr="00F5355E" w:rsidRDefault="009E386C" w:rsidP="009E386C">
      <w:pPr>
        <w:keepNext/>
        <w:spacing w:before="100" w:after="80"/>
        <w:rPr>
          <w:rFonts w:asciiTheme="minorHAnsi" w:hAnsiTheme="minorHAnsi"/>
          <w:lang w:val="es-CL"/>
        </w:rPr>
      </w:pPr>
      <w:r w:rsidRPr="00F5355E">
        <w:rPr>
          <w:rFonts w:asciiTheme="minorHAnsi" w:hAnsiTheme="minorHAnsi"/>
          <w:b/>
          <w:color w:val="1F4E78"/>
          <w:sz w:val="21"/>
          <w:lang w:val="es-CL"/>
        </w:rPr>
        <w:t>Carpeta Digital del BIP</w:t>
      </w:r>
    </w:p>
    <w:tbl>
      <w:tblPr>
        <w:tblW w:w="0" w:type="auto"/>
        <w:jc w:val="center"/>
        <w:tblLook w:val="04A0" w:firstRow="1" w:lastRow="0" w:firstColumn="1" w:lastColumn="0" w:noHBand="0" w:noVBand="1"/>
      </w:tblPr>
      <w:tblGrid>
        <w:gridCol w:w="2835"/>
        <w:gridCol w:w="7087"/>
      </w:tblGrid>
      <w:tr w:rsidR="009E386C" w:rsidRPr="001E5726" w14:paraId="34F2277C" w14:textId="77777777" w:rsidTr="00FA6EAE">
        <w:trPr>
          <w:tblHeader/>
          <w:jc w:val="center"/>
        </w:trPr>
        <w:tc>
          <w:tcPr>
            <w:tcW w:w="2835" w:type="dxa"/>
            <w:tcBorders>
              <w:top w:val="single" w:sz="4" w:space="0" w:color="A6A6A6"/>
              <w:left w:val="single" w:sz="4" w:space="0" w:color="A6A6A6"/>
              <w:bottom w:val="single" w:sz="4" w:space="0" w:color="A6A6A6"/>
              <w:right w:val="single" w:sz="4" w:space="0" w:color="A6A6A6"/>
            </w:tcBorders>
            <w:shd w:val="clear" w:color="auto" w:fill="17365D"/>
            <w:tcMar>
              <w:top w:w="70" w:type="dxa"/>
              <w:left w:w="80" w:type="dxa"/>
              <w:bottom w:w="70" w:type="dxa"/>
              <w:right w:w="80" w:type="dxa"/>
            </w:tcMar>
            <w:vAlign w:val="center"/>
          </w:tcPr>
          <w:p w14:paraId="171773E5" w14:textId="77777777" w:rsidR="009E386C" w:rsidRPr="001E5726" w:rsidRDefault="009E386C" w:rsidP="00FA6EAE">
            <w:pPr>
              <w:spacing w:after="0" w:line="240" w:lineRule="auto"/>
              <w:jc w:val="center"/>
              <w:rPr>
                <w:rFonts w:asciiTheme="minorHAnsi" w:hAnsiTheme="minorHAnsi"/>
                <w:szCs w:val="18"/>
                <w:lang w:val="es-CL"/>
              </w:rPr>
            </w:pPr>
            <w:r w:rsidRPr="001E5726">
              <w:rPr>
                <w:rFonts w:asciiTheme="minorHAnsi" w:hAnsiTheme="minorHAnsi"/>
                <w:b/>
                <w:color w:val="FFFFFF"/>
                <w:szCs w:val="18"/>
                <w:lang w:val="es-CL"/>
              </w:rPr>
              <w:t>Subcarpeta</w:t>
            </w:r>
          </w:p>
        </w:tc>
        <w:tc>
          <w:tcPr>
            <w:tcW w:w="7087" w:type="dxa"/>
            <w:tcBorders>
              <w:top w:val="single" w:sz="4" w:space="0" w:color="A6A6A6"/>
              <w:left w:val="single" w:sz="4" w:space="0" w:color="A6A6A6"/>
              <w:bottom w:val="single" w:sz="4" w:space="0" w:color="A6A6A6"/>
              <w:right w:val="single" w:sz="4" w:space="0" w:color="A6A6A6"/>
            </w:tcBorders>
            <w:shd w:val="clear" w:color="auto" w:fill="17365D"/>
            <w:tcMar>
              <w:top w:w="70" w:type="dxa"/>
              <w:left w:w="80" w:type="dxa"/>
              <w:bottom w:w="70" w:type="dxa"/>
              <w:right w:w="80" w:type="dxa"/>
            </w:tcMar>
            <w:vAlign w:val="center"/>
          </w:tcPr>
          <w:p w14:paraId="79C5D10F" w14:textId="77777777" w:rsidR="009E386C" w:rsidRPr="001E5726" w:rsidRDefault="009E386C" w:rsidP="00FA6EAE">
            <w:pPr>
              <w:spacing w:after="0" w:line="240" w:lineRule="auto"/>
              <w:jc w:val="center"/>
              <w:rPr>
                <w:rFonts w:asciiTheme="minorHAnsi" w:hAnsiTheme="minorHAnsi"/>
                <w:szCs w:val="18"/>
                <w:lang w:val="es-CL"/>
              </w:rPr>
            </w:pPr>
            <w:r w:rsidRPr="001E5726">
              <w:rPr>
                <w:rFonts w:asciiTheme="minorHAnsi" w:hAnsiTheme="minorHAnsi"/>
                <w:b/>
                <w:color w:val="FFFFFF"/>
                <w:szCs w:val="18"/>
                <w:lang w:val="es-CL"/>
              </w:rPr>
              <w:t>Contenido mínimo</w:t>
            </w:r>
          </w:p>
        </w:tc>
      </w:tr>
      <w:tr w:rsidR="009E386C" w:rsidRPr="00ED1331" w14:paraId="2C6AC8A7" w14:textId="77777777" w:rsidTr="00FA6EAE">
        <w:trPr>
          <w:jc w:val="center"/>
        </w:trPr>
        <w:tc>
          <w:tcPr>
            <w:tcW w:w="2835" w:type="dxa"/>
            <w:tcBorders>
              <w:top w:val="single" w:sz="4" w:space="0" w:color="A6A6A6"/>
              <w:left w:val="single" w:sz="4" w:space="0" w:color="A6A6A6"/>
              <w:bottom w:val="single" w:sz="4" w:space="0" w:color="A6A6A6"/>
              <w:right w:val="single" w:sz="4" w:space="0" w:color="A6A6A6"/>
            </w:tcBorders>
            <w:tcMar>
              <w:top w:w="70" w:type="dxa"/>
              <w:left w:w="80" w:type="dxa"/>
              <w:bottom w:w="70" w:type="dxa"/>
              <w:right w:w="80" w:type="dxa"/>
            </w:tcMar>
            <w:vAlign w:val="center"/>
          </w:tcPr>
          <w:p w14:paraId="48E17D6A" w14:textId="77777777" w:rsidR="009E386C" w:rsidRPr="001E5726" w:rsidRDefault="009E386C" w:rsidP="00FA6EAE">
            <w:pPr>
              <w:spacing w:after="0" w:line="240" w:lineRule="auto"/>
              <w:jc w:val="center"/>
              <w:rPr>
                <w:rFonts w:asciiTheme="minorHAnsi" w:hAnsiTheme="minorHAnsi"/>
                <w:szCs w:val="18"/>
                <w:lang w:val="es-CL"/>
              </w:rPr>
            </w:pPr>
            <w:r w:rsidRPr="001E5726">
              <w:rPr>
                <w:rFonts w:asciiTheme="minorHAnsi" w:hAnsiTheme="minorHAnsi"/>
                <w:color w:val="000000"/>
                <w:szCs w:val="18"/>
                <w:lang w:val="es-CL"/>
              </w:rPr>
              <w:t xml:space="preserve">Estudio </w:t>
            </w:r>
            <w:proofErr w:type="spellStart"/>
            <w:r w:rsidRPr="001E5726">
              <w:rPr>
                <w:rFonts w:asciiTheme="minorHAnsi" w:hAnsiTheme="minorHAnsi"/>
                <w:color w:val="000000"/>
                <w:szCs w:val="18"/>
                <w:lang w:val="es-CL"/>
              </w:rPr>
              <w:t>preinversional</w:t>
            </w:r>
            <w:proofErr w:type="spellEnd"/>
          </w:p>
        </w:tc>
        <w:tc>
          <w:tcPr>
            <w:tcW w:w="7087" w:type="dxa"/>
            <w:tcBorders>
              <w:top w:val="single" w:sz="4" w:space="0" w:color="A6A6A6"/>
              <w:left w:val="single" w:sz="4" w:space="0" w:color="A6A6A6"/>
              <w:bottom w:val="single" w:sz="4" w:space="0" w:color="A6A6A6"/>
              <w:right w:val="single" w:sz="4" w:space="0" w:color="A6A6A6"/>
            </w:tcBorders>
            <w:tcMar>
              <w:top w:w="70" w:type="dxa"/>
              <w:left w:w="80" w:type="dxa"/>
              <w:bottom w:w="70" w:type="dxa"/>
              <w:right w:w="80" w:type="dxa"/>
            </w:tcMar>
            <w:vAlign w:val="center"/>
          </w:tcPr>
          <w:p w14:paraId="611170B0" w14:textId="283F52D3" w:rsidR="006A1A83" w:rsidRPr="001E5726" w:rsidRDefault="0049208A">
            <w:pPr>
              <w:spacing w:after="0" w:line="240" w:lineRule="auto"/>
              <w:rPr>
                <w:rFonts w:asciiTheme="minorHAnsi" w:hAnsiTheme="minorHAnsi"/>
                <w:szCs w:val="18"/>
                <w:lang w:val="es-CL"/>
              </w:rPr>
            </w:pPr>
            <w:r w:rsidRPr="001E5726">
              <w:rPr>
                <w:rFonts w:asciiTheme="minorHAnsi" w:hAnsiTheme="minorHAnsi"/>
                <w:szCs w:val="18"/>
                <w:lang w:val="es-CL"/>
              </w:rPr>
              <w:t>Perfil reducido final en formatos Word y PDF</w:t>
            </w:r>
          </w:p>
        </w:tc>
      </w:tr>
      <w:tr w:rsidR="009E386C" w:rsidRPr="00ED1331" w14:paraId="46B8CFB6" w14:textId="77777777" w:rsidTr="00FA6EAE">
        <w:trPr>
          <w:jc w:val="center"/>
        </w:trPr>
        <w:tc>
          <w:tcPr>
            <w:tcW w:w="2835" w:type="dxa"/>
            <w:tcBorders>
              <w:top w:val="single" w:sz="4" w:space="0" w:color="A6A6A6"/>
              <w:left w:val="single" w:sz="4" w:space="0" w:color="A6A6A6"/>
              <w:bottom w:val="single" w:sz="4" w:space="0" w:color="A6A6A6"/>
              <w:right w:val="single" w:sz="4" w:space="0" w:color="A6A6A6"/>
            </w:tcBorders>
            <w:shd w:val="clear" w:color="auto" w:fill="F7F9FB"/>
            <w:tcMar>
              <w:top w:w="70" w:type="dxa"/>
              <w:left w:w="80" w:type="dxa"/>
              <w:bottom w:w="70" w:type="dxa"/>
              <w:right w:w="80" w:type="dxa"/>
            </w:tcMar>
            <w:vAlign w:val="center"/>
          </w:tcPr>
          <w:p w14:paraId="17A087FC" w14:textId="77777777" w:rsidR="009E386C" w:rsidRPr="001E5726" w:rsidRDefault="009E386C" w:rsidP="00FA6EAE">
            <w:pPr>
              <w:spacing w:after="0" w:line="240" w:lineRule="auto"/>
              <w:jc w:val="center"/>
              <w:rPr>
                <w:rFonts w:asciiTheme="minorHAnsi" w:hAnsiTheme="minorHAnsi"/>
                <w:szCs w:val="18"/>
                <w:lang w:val="es-CL"/>
              </w:rPr>
            </w:pPr>
            <w:r w:rsidRPr="001E5726">
              <w:rPr>
                <w:rFonts w:asciiTheme="minorHAnsi" w:hAnsiTheme="minorHAnsi"/>
                <w:color w:val="000000"/>
                <w:szCs w:val="18"/>
                <w:lang w:val="es-CL"/>
              </w:rPr>
              <w:t>Evaluación técnica - presupuesto</w:t>
            </w:r>
          </w:p>
        </w:tc>
        <w:tc>
          <w:tcPr>
            <w:tcW w:w="7087" w:type="dxa"/>
            <w:tcBorders>
              <w:top w:val="single" w:sz="4" w:space="0" w:color="A6A6A6"/>
              <w:left w:val="single" w:sz="4" w:space="0" w:color="A6A6A6"/>
              <w:bottom w:val="single" w:sz="4" w:space="0" w:color="A6A6A6"/>
              <w:right w:val="single" w:sz="4" w:space="0" w:color="A6A6A6"/>
            </w:tcBorders>
            <w:shd w:val="clear" w:color="auto" w:fill="F7F9FB"/>
            <w:tcMar>
              <w:top w:w="70" w:type="dxa"/>
              <w:left w:w="80" w:type="dxa"/>
              <w:bottom w:w="70" w:type="dxa"/>
              <w:right w:w="80" w:type="dxa"/>
            </w:tcMar>
            <w:vAlign w:val="center"/>
          </w:tcPr>
          <w:p w14:paraId="751CF550" w14:textId="77777777" w:rsidR="006A1A83" w:rsidRPr="001E5726" w:rsidRDefault="0049208A">
            <w:pPr>
              <w:spacing w:after="0" w:line="240" w:lineRule="auto"/>
              <w:rPr>
                <w:rFonts w:asciiTheme="minorHAnsi" w:hAnsiTheme="minorHAnsi"/>
                <w:szCs w:val="18"/>
                <w:lang w:val="es-CL"/>
              </w:rPr>
            </w:pPr>
            <w:r w:rsidRPr="001E5726">
              <w:rPr>
                <w:rFonts w:asciiTheme="minorHAnsi" w:hAnsiTheme="minorHAnsi"/>
                <w:szCs w:val="18"/>
                <w:lang w:val="es-CL"/>
              </w:rPr>
              <w:t>Planilla Excel de evaluación económica, con flujos, parámetros, precios sociales e indicadores VAC y CAE.</w:t>
            </w:r>
          </w:p>
        </w:tc>
      </w:tr>
      <w:tr w:rsidR="009E386C" w:rsidRPr="00ED1331" w14:paraId="70C9F902" w14:textId="77777777" w:rsidTr="00FA6EAE">
        <w:trPr>
          <w:jc w:val="center"/>
        </w:trPr>
        <w:tc>
          <w:tcPr>
            <w:tcW w:w="2835" w:type="dxa"/>
            <w:tcBorders>
              <w:top w:val="single" w:sz="4" w:space="0" w:color="A6A6A6"/>
              <w:left w:val="single" w:sz="4" w:space="0" w:color="A6A6A6"/>
              <w:bottom w:val="single" w:sz="4" w:space="0" w:color="A6A6A6"/>
              <w:right w:val="single" w:sz="4" w:space="0" w:color="A6A6A6"/>
            </w:tcBorders>
            <w:tcMar>
              <w:top w:w="70" w:type="dxa"/>
              <w:left w:w="80" w:type="dxa"/>
              <w:bottom w:w="70" w:type="dxa"/>
              <w:right w:w="80" w:type="dxa"/>
            </w:tcMar>
            <w:vAlign w:val="center"/>
          </w:tcPr>
          <w:p w14:paraId="3B0544B8" w14:textId="77777777" w:rsidR="009E386C" w:rsidRPr="001E5726" w:rsidRDefault="009E386C" w:rsidP="00FA6EAE">
            <w:pPr>
              <w:spacing w:after="0" w:line="240" w:lineRule="auto"/>
              <w:jc w:val="center"/>
              <w:rPr>
                <w:rFonts w:asciiTheme="minorHAnsi" w:hAnsiTheme="minorHAnsi"/>
                <w:szCs w:val="18"/>
                <w:lang w:val="es-CL"/>
              </w:rPr>
            </w:pPr>
            <w:r w:rsidRPr="001E5726">
              <w:rPr>
                <w:rFonts w:asciiTheme="minorHAnsi" w:hAnsiTheme="minorHAnsi"/>
                <w:color w:val="000000"/>
                <w:szCs w:val="18"/>
                <w:lang w:val="es-CL"/>
              </w:rPr>
              <w:t>Anexos</w:t>
            </w:r>
          </w:p>
        </w:tc>
        <w:tc>
          <w:tcPr>
            <w:tcW w:w="7087" w:type="dxa"/>
            <w:tcBorders>
              <w:top w:val="single" w:sz="4" w:space="0" w:color="A6A6A6"/>
              <w:left w:val="single" w:sz="4" w:space="0" w:color="A6A6A6"/>
              <w:bottom w:val="single" w:sz="4" w:space="0" w:color="A6A6A6"/>
              <w:right w:val="single" w:sz="4" w:space="0" w:color="A6A6A6"/>
            </w:tcBorders>
            <w:tcMar>
              <w:top w:w="70" w:type="dxa"/>
              <w:left w:w="80" w:type="dxa"/>
              <w:bottom w:w="70" w:type="dxa"/>
              <w:right w:w="80" w:type="dxa"/>
            </w:tcMar>
            <w:vAlign w:val="center"/>
          </w:tcPr>
          <w:p w14:paraId="085E0C19" w14:textId="77777777" w:rsidR="000362F3" w:rsidRPr="001E5726" w:rsidRDefault="00B22738">
            <w:pPr>
              <w:spacing w:after="0" w:line="240" w:lineRule="auto"/>
              <w:rPr>
                <w:rFonts w:asciiTheme="minorHAnsi" w:hAnsiTheme="minorHAnsi"/>
                <w:szCs w:val="18"/>
                <w:lang w:val="es-CL"/>
              </w:rPr>
            </w:pPr>
            <w:r w:rsidRPr="001E5726">
              <w:rPr>
                <w:rFonts w:asciiTheme="minorHAnsi" w:hAnsiTheme="minorHAnsi"/>
                <w:szCs w:val="18"/>
                <w:lang w:val="es-CL"/>
              </w:rPr>
              <w:t>Ficha Anexo N°1; especificaciones técnicas firmadas; cotizaciones vigentes de proveedores distintos; certificado o acuerdo municipal que respalde los costos de operación y mantención; inventario o catastro de activos; para adquisición, antecedentes que acrediten la brecha de capacidad; para reposición, informes técnicos, hojas de vida y certificados o compromisos de baja; además de fotografías, mapas y otros respaldos aplicables.</w:t>
            </w:r>
          </w:p>
        </w:tc>
      </w:tr>
      <w:tr w:rsidR="009E386C" w:rsidRPr="00ED1331" w14:paraId="45DBC557" w14:textId="77777777" w:rsidTr="00FA6EAE">
        <w:trPr>
          <w:jc w:val="center"/>
        </w:trPr>
        <w:tc>
          <w:tcPr>
            <w:tcW w:w="2835" w:type="dxa"/>
            <w:tcBorders>
              <w:top w:val="single" w:sz="4" w:space="0" w:color="A6A6A6"/>
              <w:left w:val="single" w:sz="4" w:space="0" w:color="A6A6A6"/>
              <w:bottom w:val="single" w:sz="4" w:space="0" w:color="A6A6A6"/>
              <w:right w:val="single" w:sz="4" w:space="0" w:color="A6A6A6"/>
            </w:tcBorders>
            <w:shd w:val="clear" w:color="auto" w:fill="F7F9FB"/>
            <w:tcMar>
              <w:top w:w="70" w:type="dxa"/>
              <w:left w:w="80" w:type="dxa"/>
              <w:bottom w:w="70" w:type="dxa"/>
              <w:right w:w="80" w:type="dxa"/>
            </w:tcMar>
            <w:vAlign w:val="center"/>
          </w:tcPr>
          <w:p w14:paraId="0F62BBDD" w14:textId="77777777" w:rsidR="009E386C" w:rsidRPr="001E5726" w:rsidRDefault="009E386C" w:rsidP="00FA6EAE">
            <w:pPr>
              <w:spacing w:after="0" w:line="240" w:lineRule="auto"/>
              <w:jc w:val="center"/>
              <w:rPr>
                <w:rFonts w:asciiTheme="minorHAnsi" w:hAnsiTheme="minorHAnsi"/>
                <w:szCs w:val="18"/>
                <w:lang w:val="es-CL"/>
              </w:rPr>
            </w:pPr>
            <w:r w:rsidRPr="001E5726">
              <w:rPr>
                <w:rFonts w:asciiTheme="minorHAnsi" w:hAnsiTheme="minorHAnsi"/>
                <w:color w:val="000000"/>
                <w:szCs w:val="18"/>
                <w:lang w:val="es-CL"/>
              </w:rPr>
              <w:t>Oficios</w:t>
            </w:r>
          </w:p>
        </w:tc>
        <w:tc>
          <w:tcPr>
            <w:tcW w:w="7087" w:type="dxa"/>
            <w:tcBorders>
              <w:top w:val="single" w:sz="4" w:space="0" w:color="A6A6A6"/>
              <w:left w:val="single" w:sz="4" w:space="0" w:color="A6A6A6"/>
              <w:bottom w:val="single" w:sz="4" w:space="0" w:color="A6A6A6"/>
              <w:right w:val="single" w:sz="4" w:space="0" w:color="A6A6A6"/>
            </w:tcBorders>
            <w:shd w:val="clear" w:color="auto" w:fill="F7F9FB"/>
            <w:tcMar>
              <w:top w:w="70" w:type="dxa"/>
              <w:left w:w="80" w:type="dxa"/>
              <w:bottom w:w="70" w:type="dxa"/>
              <w:right w:w="80" w:type="dxa"/>
            </w:tcMar>
            <w:vAlign w:val="center"/>
          </w:tcPr>
          <w:p w14:paraId="46F4B848" w14:textId="2478E13E" w:rsidR="006A1A83" w:rsidRPr="001E5726" w:rsidRDefault="0049208A">
            <w:pPr>
              <w:spacing w:after="0" w:line="240" w:lineRule="auto"/>
              <w:rPr>
                <w:rFonts w:asciiTheme="minorHAnsi" w:hAnsiTheme="minorHAnsi"/>
                <w:szCs w:val="18"/>
                <w:lang w:val="es-CL"/>
              </w:rPr>
            </w:pPr>
            <w:r w:rsidRPr="001E5726">
              <w:rPr>
                <w:rFonts w:asciiTheme="minorHAnsi" w:hAnsiTheme="minorHAnsi"/>
                <w:szCs w:val="18"/>
                <w:lang w:val="es-CL"/>
              </w:rPr>
              <w:t>Oficio conductor de postulación dirigido al Gobierno Regional</w:t>
            </w:r>
            <w:r w:rsidR="00FE3F0C" w:rsidRPr="001E5726">
              <w:rPr>
                <w:rFonts w:asciiTheme="minorHAnsi" w:hAnsiTheme="minorHAnsi"/>
                <w:szCs w:val="18"/>
                <w:lang w:val="es-CL"/>
              </w:rPr>
              <w:t>.</w:t>
            </w:r>
          </w:p>
        </w:tc>
      </w:tr>
    </w:tbl>
    <w:p w14:paraId="43646A45" w14:textId="77777777" w:rsidR="00B22738" w:rsidRPr="00F5355E" w:rsidRDefault="00B22738">
      <w:pPr>
        <w:rPr>
          <w:rFonts w:asciiTheme="minorHAnsi" w:hAnsiTheme="minorHAnsi"/>
          <w:lang w:val="es-CL"/>
        </w:rPr>
      </w:pPr>
    </w:p>
    <w:sectPr w:rsidR="00B22738" w:rsidRPr="00F5355E" w:rsidSect="00034616">
      <w:headerReference w:type="default" r:id="rId9"/>
      <w:footerReference w:type="default" r:id="rId10"/>
      <w:pgSz w:w="11906" w:h="16838"/>
      <w:pgMar w:top="850" w:right="850" w:bottom="794" w:left="850" w:header="34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0781C" w14:textId="77777777" w:rsidR="00B06ADE" w:rsidRDefault="00B06ADE">
      <w:pPr>
        <w:spacing w:after="0" w:line="240" w:lineRule="auto"/>
      </w:pPr>
      <w:r>
        <w:separator/>
      </w:r>
    </w:p>
  </w:endnote>
  <w:endnote w:type="continuationSeparator" w:id="0">
    <w:p w14:paraId="6B68C411" w14:textId="77777777" w:rsidR="00B06ADE" w:rsidRDefault="00B06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F4688" w14:textId="132662D1" w:rsidR="00BA185C" w:rsidRPr="008725A9" w:rsidRDefault="00733F0E">
    <w:pPr>
      <w:spacing w:after="0" w:line="240" w:lineRule="auto"/>
      <w:jc w:val="center"/>
      <w:rPr>
        <w:lang w:val="es-CL"/>
      </w:rPr>
    </w:pPr>
    <w:r w:rsidRPr="00733F0E">
      <w:rPr>
        <w:color w:val="666666"/>
        <w:sz w:val="16"/>
        <w:lang w:val="es-CL"/>
      </w:rPr>
      <w:t>Perfil Reducido Circular 33 - Subtítulo 29</w:t>
    </w:r>
    <w:r w:rsidR="0049208A" w:rsidRPr="008725A9">
      <w:rPr>
        <w:color w:val="666666"/>
        <w:sz w:val="16"/>
        <w:lang w:val="es-CL"/>
      </w:rPr>
      <w:t xml:space="preserve">| Página </w:t>
    </w:r>
    <w:r w:rsidR="0049208A">
      <w:rPr>
        <w:color w:val="666666"/>
        <w:sz w:val="16"/>
      </w:rPr>
      <w:fldChar w:fldCharType="begin"/>
    </w:r>
    <w:r w:rsidR="0049208A" w:rsidRPr="008725A9">
      <w:rPr>
        <w:color w:val="666666"/>
        <w:sz w:val="16"/>
        <w:lang w:val="es-CL"/>
      </w:rPr>
      <w:instrText xml:space="preserve"> PAGE </w:instrText>
    </w:r>
    <w:r w:rsidR="0049208A">
      <w:rPr>
        <w:color w:val="666666"/>
        <w:sz w:val="16"/>
      </w:rPr>
      <w:fldChar w:fldCharType="separate"/>
    </w:r>
    <w:r w:rsidR="0049208A" w:rsidRPr="008725A9">
      <w:rPr>
        <w:color w:val="666666"/>
        <w:sz w:val="16"/>
        <w:lang w:val="es-CL"/>
      </w:rPr>
      <w:t>1</w:t>
    </w:r>
    <w:r w:rsidR="0049208A">
      <w:rPr>
        <w:color w:val="666666"/>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7214E" w14:textId="77777777" w:rsidR="00BA185C" w:rsidRPr="008725A9" w:rsidRDefault="0049208A">
    <w:pPr>
      <w:spacing w:after="0" w:line="240" w:lineRule="auto"/>
      <w:jc w:val="center"/>
      <w:rPr>
        <w:lang w:val="es-CL"/>
      </w:rPr>
    </w:pPr>
    <w:r w:rsidRPr="008725A9">
      <w:rPr>
        <w:color w:val="666666"/>
        <w:sz w:val="16"/>
        <w:lang w:val="es-CL"/>
      </w:rPr>
      <w:t xml:space="preserve">Formato municipal de llenado | Versión 4 - 2026 | Página </w:t>
    </w:r>
    <w:r>
      <w:rPr>
        <w:color w:val="666666"/>
        <w:sz w:val="16"/>
      </w:rPr>
      <w:fldChar w:fldCharType="begin"/>
    </w:r>
    <w:r w:rsidRPr="008725A9">
      <w:rPr>
        <w:color w:val="666666"/>
        <w:sz w:val="16"/>
        <w:lang w:val="es-CL"/>
      </w:rPr>
      <w:instrText xml:space="preserve"> PAGE </w:instrText>
    </w:r>
    <w:r>
      <w:rPr>
        <w:color w:val="666666"/>
        <w:sz w:val="16"/>
      </w:rPr>
      <w:fldChar w:fldCharType="separate"/>
    </w:r>
    <w:r w:rsidRPr="008725A9">
      <w:rPr>
        <w:color w:val="666666"/>
        <w:sz w:val="16"/>
        <w:lang w:val="es-CL"/>
      </w:rPr>
      <w:t>1</w:t>
    </w:r>
    <w:r>
      <w:rPr>
        <w:color w:val="666666"/>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7E24F" w14:textId="77777777" w:rsidR="00B06ADE" w:rsidRDefault="00B06ADE">
      <w:pPr>
        <w:spacing w:after="0" w:line="240" w:lineRule="auto"/>
      </w:pPr>
      <w:r>
        <w:separator/>
      </w:r>
    </w:p>
  </w:footnote>
  <w:footnote w:type="continuationSeparator" w:id="0">
    <w:p w14:paraId="44D48FD8" w14:textId="77777777" w:rsidR="00B06ADE" w:rsidRDefault="00B06A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F7078" w14:textId="77777777" w:rsidR="00BA185C" w:rsidRPr="008725A9" w:rsidRDefault="0049208A">
    <w:pPr>
      <w:spacing w:after="0" w:line="240" w:lineRule="auto"/>
      <w:jc w:val="right"/>
      <w:rPr>
        <w:lang w:val="es-CL"/>
      </w:rPr>
    </w:pPr>
    <w:r w:rsidRPr="008725A9">
      <w:rPr>
        <w:color w:val="666666"/>
        <w:sz w:val="16"/>
        <w:lang w:val="es-CL"/>
      </w:rPr>
      <w:t>Gobierno Regional de Coquimbo | Anexos de control documental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5FCC5555"/>
    <w:multiLevelType w:val="hybridMultilevel"/>
    <w:tmpl w:val="D1A06AD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213231460">
    <w:abstractNumId w:val="8"/>
  </w:num>
  <w:num w:numId="2" w16cid:durableId="1648440731">
    <w:abstractNumId w:val="6"/>
  </w:num>
  <w:num w:numId="3" w16cid:durableId="628977573">
    <w:abstractNumId w:val="5"/>
  </w:num>
  <w:num w:numId="4" w16cid:durableId="1662276606">
    <w:abstractNumId w:val="4"/>
  </w:num>
  <w:num w:numId="5" w16cid:durableId="1668510269">
    <w:abstractNumId w:val="7"/>
  </w:num>
  <w:num w:numId="6" w16cid:durableId="1611815598">
    <w:abstractNumId w:val="3"/>
  </w:num>
  <w:num w:numId="7" w16cid:durableId="1815760166">
    <w:abstractNumId w:val="2"/>
  </w:num>
  <w:num w:numId="8" w16cid:durableId="954990966">
    <w:abstractNumId w:val="1"/>
  </w:num>
  <w:num w:numId="9" w16cid:durableId="826093429">
    <w:abstractNumId w:val="0"/>
  </w:num>
  <w:num w:numId="10" w16cid:durableId="2005590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15F"/>
    <w:rsid w:val="000116AC"/>
    <w:rsid w:val="00012D2E"/>
    <w:rsid w:val="000241D5"/>
    <w:rsid w:val="00025D14"/>
    <w:rsid w:val="00034616"/>
    <w:rsid w:val="000362F3"/>
    <w:rsid w:val="00036E4A"/>
    <w:rsid w:val="00041C76"/>
    <w:rsid w:val="00042236"/>
    <w:rsid w:val="00056969"/>
    <w:rsid w:val="0006063C"/>
    <w:rsid w:val="00067F57"/>
    <w:rsid w:val="0007047B"/>
    <w:rsid w:val="000E34D6"/>
    <w:rsid w:val="000E625E"/>
    <w:rsid w:val="000F7DB9"/>
    <w:rsid w:val="0010030B"/>
    <w:rsid w:val="00103A1F"/>
    <w:rsid w:val="00107C15"/>
    <w:rsid w:val="0011591A"/>
    <w:rsid w:val="001250DA"/>
    <w:rsid w:val="0013262B"/>
    <w:rsid w:val="0014301E"/>
    <w:rsid w:val="001475AF"/>
    <w:rsid w:val="0015074B"/>
    <w:rsid w:val="0017622B"/>
    <w:rsid w:val="0018013A"/>
    <w:rsid w:val="00183988"/>
    <w:rsid w:val="001A3422"/>
    <w:rsid w:val="001B2138"/>
    <w:rsid w:val="001E0CCC"/>
    <w:rsid w:val="001E20BC"/>
    <w:rsid w:val="001E36CE"/>
    <w:rsid w:val="001E5443"/>
    <w:rsid w:val="001E5726"/>
    <w:rsid w:val="001F0D74"/>
    <w:rsid w:val="001F4F37"/>
    <w:rsid w:val="002064ED"/>
    <w:rsid w:val="00217F04"/>
    <w:rsid w:val="00230C9F"/>
    <w:rsid w:val="002320FE"/>
    <w:rsid w:val="0025592B"/>
    <w:rsid w:val="0026054B"/>
    <w:rsid w:val="00285B4C"/>
    <w:rsid w:val="0029639D"/>
    <w:rsid w:val="002A6DB4"/>
    <w:rsid w:val="002B7A17"/>
    <w:rsid w:val="002C2EA5"/>
    <w:rsid w:val="002E1A7F"/>
    <w:rsid w:val="002E5608"/>
    <w:rsid w:val="00304E37"/>
    <w:rsid w:val="003108A6"/>
    <w:rsid w:val="00326F90"/>
    <w:rsid w:val="00327DF6"/>
    <w:rsid w:val="00363D48"/>
    <w:rsid w:val="0036549D"/>
    <w:rsid w:val="00366281"/>
    <w:rsid w:val="003A2C57"/>
    <w:rsid w:val="003B0798"/>
    <w:rsid w:val="003D0346"/>
    <w:rsid w:val="003D3F2A"/>
    <w:rsid w:val="004021F0"/>
    <w:rsid w:val="004254F6"/>
    <w:rsid w:val="00434538"/>
    <w:rsid w:val="00445FE7"/>
    <w:rsid w:val="00482058"/>
    <w:rsid w:val="0049208A"/>
    <w:rsid w:val="0049548B"/>
    <w:rsid w:val="004A6FD0"/>
    <w:rsid w:val="004E1355"/>
    <w:rsid w:val="004F0B94"/>
    <w:rsid w:val="004F7D8C"/>
    <w:rsid w:val="00514EED"/>
    <w:rsid w:val="00517910"/>
    <w:rsid w:val="00525841"/>
    <w:rsid w:val="00531D6A"/>
    <w:rsid w:val="00535F6C"/>
    <w:rsid w:val="00541AEC"/>
    <w:rsid w:val="005837C9"/>
    <w:rsid w:val="005970E9"/>
    <w:rsid w:val="005D4944"/>
    <w:rsid w:val="005E5CA6"/>
    <w:rsid w:val="005F1F84"/>
    <w:rsid w:val="005F59B7"/>
    <w:rsid w:val="005F63B4"/>
    <w:rsid w:val="006034B7"/>
    <w:rsid w:val="006130A2"/>
    <w:rsid w:val="00614C60"/>
    <w:rsid w:val="006338E8"/>
    <w:rsid w:val="0064152E"/>
    <w:rsid w:val="00642F4C"/>
    <w:rsid w:val="00654BAC"/>
    <w:rsid w:val="00667B03"/>
    <w:rsid w:val="006764A8"/>
    <w:rsid w:val="00687229"/>
    <w:rsid w:val="0069435D"/>
    <w:rsid w:val="00695BD8"/>
    <w:rsid w:val="00696B1B"/>
    <w:rsid w:val="006A1A83"/>
    <w:rsid w:val="006A795A"/>
    <w:rsid w:val="006B258D"/>
    <w:rsid w:val="006C144F"/>
    <w:rsid w:val="006D2C72"/>
    <w:rsid w:val="006E3469"/>
    <w:rsid w:val="00733F0E"/>
    <w:rsid w:val="00741A88"/>
    <w:rsid w:val="00773AC3"/>
    <w:rsid w:val="007B4C0E"/>
    <w:rsid w:val="007E3305"/>
    <w:rsid w:val="007F3A73"/>
    <w:rsid w:val="00800BA6"/>
    <w:rsid w:val="00800E59"/>
    <w:rsid w:val="008258CB"/>
    <w:rsid w:val="00825B55"/>
    <w:rsid w:val="008346DA"/>
    <w:rsid w:val="00861CC2"/>
    <w:rsid w:val="008725A9"/>
    <w:rsid w:val="0089050C"/>
    <w:rsid w:val="008D50A4"/>
    <w:rsid w:val="008E3754"/>
    <w:rsid w:val="008F0A52"/>
    <w:rsid w:val="009042A4"/>
    <w:rsid w:val="00904F0A"/>
    <w:rsid w:val="00932290"/>
    <w:rsid w:val="00953457"/>
    <w:rsid w:val="009612B5"/>
    <w:rsid w:val="00967239"/>
    <w:rsid w:val="00986D24"/>
    <w:rsid w:val="00993EEC"/>
    <w:rsid w:val="009A1015"/>
    <w:rsid w:val="009A21DD"/>
    <w:rsid w:val="009A3DA8"/>
    <w:rsid w:val="009A791D"/>
    <w:rsid w:val="009E386C"/>
    <w:rsid w:val="009E3A49"/>
    <w:rsid w:val="009E53E5"/>
    <w:rsid w:val="009E7513"/>
    <w:rsid w:val="009F0133"/>
    <w:rsid w:val="00A35D69"/>
    <w:rsid w:val="00A37E26"/>
    <w:rsid w:val="00A65136"/>
    <w:rsid w:val="00A8555D"/>
    <w:rsid w:val="00AA1319"/>
    <w:rsid w:val="00AA1D8D"/>
    <w:rsid w:val="00AC6C96"/>
    <w:rsid w:val="00B06ADE"/>
    <w:rsid w:val="00B22738"/>
    <w:rsid w:val="00B3617A"/>
    <w:rsid w:val="00B47730"/>
    <w:rsid w:val="00B6723E"/>
    <w:rsid w:val="00B767DA"/>
    <w:rsid w:val="00B812F6"/>
    <w:rsid w:val="00BA185C"/>
    <w:rsid w:val="00BB6998"/>
    <w:rsid w:val="00BC3211"/>
    <w:rsid w:val="00BC7C88"/>
    <w:rsid w:val="00BD491F"/>
    <w:rsid w:val="00BE1141"/>
    <w:rsid w:val="00BF0991"/>
    <w:rsid w:val="00C167AB"/>
    <w:rsid w:val="00C24015"/>
    <w:rsid w:val="00C463CD"/>
    <w:rsid w:val="00C545E4"/>
    <w:rsid w:val="00C73560"/>
    <w:rsid w:val="00CB0664"/>
    <w:rsid w:val="00CC5E9B"/>
    <w:rsid w:val="00CC5ED6"/>
    <w:rsid w:val="00CC7F50"/>
    <w:rsid w:val="00CD6C7A"/>
    <w:rsid w:val="00D02A31"/>
    <w:rsid w:val="00D14527"/>
    <w:rsid w:val="00D2371A"/>
    <w:rsid w:val="00D33D34"/>
    <w:rsid w:val="00D821D2"/>
    <w:rsid w:val="00D95137"/>
    <w:rsid w:val="00DA1BA1"/>
    <w:rsid w:val="00DA2B34"/>
    <w:rsid w:val="00DA2FC2"/>
    <w:rsid w:val="00DA4141"/>
    <w:rsid w:val="00DD7A9A"/>
    <w:rsid w:val="00E021EB"/>
    <w:rsid w:val="00E03FD5"/>
    <w:rsid w:val="00E126B9"/>
    <w:rsid w:val="00E24E45"/>
    <w:rsid w:val="00E25DFF"/>
    <w:rsid w:val="00E27BF0"/>
    <w:rsid w:val="00E3619E"/>
    <w:rsid w:val="00E65543"/>
    <w:rsid w:val="00E779A6"/>
    <w:rsid w:val="00E822AF"/>
    <w:rsid w:val="00EC5B0C"/>
    <w:rsid w:val="00EC637B"/>
    <w:rsid w:val="00ED1331"/>
    <w:rsid w:val="00ED19AC"/>
    <w:rsid w:val="00F01F65"/>
    <w:rsid w:val="00F04D91"/>
    <w:rsid w:val="00F05A27"/>
    <w:rsid w:val="00F16A0B"/>
    <w:rsid w:val="00F177C8"/>
    <w:rsid w:val="00F459C3"/>
    <w:rsid w:val="00F52B3A"/>
    <w:rsid w:val="00F5355E"/>
    <w:rsid w:val="00F5463B"/>
    <w:rsid w:val="00F55840"/>
    <w:rsid w:val="00F65C63"/>
    <w:rsid w:val="00F73889"/>
    <w:rsid w:val="00F81447"/>
    <w:rsid w:val="00F87AB9"/>
    <w:rsid w:val="00F94867"/>
    <w:rsid w:val="00FC693F"/>
    <w:rsid w:val="00FD7283"/>
    <w:rsid w:val="00FE3F0C"/>
    <w:rsid w:val="00FE48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B37A0C1B-489F-4CB0-9D03-0133A5F03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18"/>
    </w:rPr>
  </w:style>
  <w:style w:type="paragraph" w:styleId="Ttulo1">
    <w:name w:val="heading 1"/>
    <w:basedOn w:val="Normal"/>
    <w:next w:val="Normal"/>
    <w:link w:val="Ttulo1Car"/>
    <w:uiPriority w:val="9"/>
    <w:qFormat/>
    <w:rsid w:val="00FC693F"/>
    <w:pPr>
      <w:keepNext/>
      <w:keepLines/>
      <w:pBdr>
        <w:bottom w:val="single" w:sz="8" w:space="3" w:color="17365D"/>
      </w:pBdr>
      <w:spacing w:before="160" w:after="80"/>
      <w:outlineLvl w:val="0"/>
    </w:pPr>
    <w:rPr>
      <w:rFonts w:asciiTheme="majorHAnsi" w:eastAsiaTheme="majorEastAsia" w:hAnsiTheme="majorHAnsi" w:cstheme="majorBidi"/>
      <w:b/>
      <w:bCs/>
      <w:color w:val="17365D"/>
      <w:sz w:val="23"/>
      <w:szCs w:val="28"/>
    </w:rPr>
  </w:style>
  <w:style w:type="paragraph" w:styleId="Ttulo2">
    <w:name w:val="heading 2"/>
    <w:basedOn w:val="Normal"/>
    <w:next w:val="Normal"/>
    <w:link w:val="Ttulo2Car"/>
    <w:uiPriority w:val="9"/>
    <w:unhideWhenUsed/>
    <w:qFormat/>
    <w:rsid w:val="00FC693F"/>
    <w:pPr>
      <w:keepNext/>
      <w:keepLines/>
      <w:spacing w:before="140" w:after="60"/>
      <w:outlineLvl w:val="1"/>
    </w:pPr>
    <w:rPr>
      <w:rFonts w:asciiTheme="majorHAnsi" w:eastAsiaTheme="majorEastAsia" w:hAnsiTheme="majorHAnsi" w:cstheme="majorBidi"/>
      <w:b/>
      <w:bCs/>
      <w:color w:val="17365D"/>
      <w:sz w:val="21"/>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17365D"/>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80" w:line="240" w:lineRule="auto"/>
      <w:contextualSpacing/>
    </w:pPr>
    <w:rPr>
      <w:rFonts w:asciiTheme="majorHAnsi" w:eastAsiaTheme="majorEastAsia" w:hAnsiTheme="majorHAnsi" w:cstheme="majorBidi"/>
      <w:b/>
      <w:color w:val="17365D"/>
      <w:spacing w:val="5"/>
      <w:kern w:val="28"/>
      <w:sz w:val="36"/>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nstruction">
    <w:name w:val="Instruction"/>
    <w:pPr>
      <w:spacing w:after="40"/>
    </w:pPr>
    <w:rPr>
      <w:rFonts w:ascii="Arial" w:hAnsi="Arial"/>
      <w:color w:val="3C3C3C"/>
      <w:sz w:val="17"/>
    </w:rPr>
  </w:style>
  <w:style w:type="paragraph" w:customStyle="1" w:styleId="Small">
    <w:name w:val="Small"/>
    <w:rPr>
      <w:rFonts w:ascii="Arial" w:hAnsi="Arial"/>
      <w:color w:val="464646"/>
      <w:sz w:val="15"/>
    </w:rPr>
  </w:style>
  <w:style w:type="paragraph" w:customStyle="1" w:styleId="heading10">
    <w:name w:val="heading 10"/>
    <w:qFormat/>
    <w:rsid w:val="0089050C"/>
    <w:pPr>
      <w:spacing w:before="200" w:after="100" w:line="240" w:lineRule="auto"/>
    </w:pPr>
    <w:rPr>
      <w:rFonts w:ascii="Calibri" w:eastAsia="Calibri" w:hAnsi="Calibri" w:cs="Calibri"/>
      <w:b/>
      <w:bCs/>
      <w:color w:val="1F3864"/>
      <w:sz w:val="24"/>
      <w:szCs w:val="24"/>
      <w:lang w:val="es-CL" w:eastAsia="es-CL"/>
    </w:rPr>
  </w:style>
  <w:style w:type="paragraph" w:customStyle="1" w:styleId="TituloSeccionSinExpansion">
    <w:name w:val="TituloSeccionSinExpansion"/>
    <w:basedOn w:val="Normal"/>
    <w:pPr>
      <w:keepNext/>
      <w:spacing w:before="160" w:after="60"/>
    </w:pPr>
    <w:rPr>
      <w:b/>
      <w:color w:val="17365D"/>
      <w:sz w:val="24"/>
    </w:rPr>
  </w:style>
  <w:style w:type="paragraph" w:customStyle="1" w:styleId="SubtituloSinExpansion">
    <w:name w:val="SubtituloSinExpansion"/>
    <w:basedOn w:val="Normal"/>
    <w:pPr>
      <w:keepNext/>
      <w:spacing w:before="100" w:after="60"/>
    </w:pPr>
    <w:rPr>
      <w:b/>
      <w:color w:val="17365D"/>
      <w:sz w:val="21"/>
    </w:rPr>
  </w:style>
  <w:style w:type="paragraph" w:styleId="Revisin">
    <w:name w:val="Revision"/>
    <w:hidden/>
    <w:uiPriority w:val="99"/>
    <w:semiHidden/>
    <w:rsid w:val="00541AEC"/>
    <w:pPr>
      <w:spacing w:after="0" w:line="240" w:lineRule="auto"/>
    </w:pPr>
    <w:rPr>
      <w:rFonts w:ascii="Arial" w:eastAsia="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1812</Words>
  <Characters>9970</Characters>
  <Application>Microsoft Office Word</Application>
  <DocSecurity>0</DocSecurity>
  <Lines>83</Lines>
  <Paragraphs>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Formato Municipal Perfil Reducido Circular 33 - Subtítulo 29</vt:lpstr>
      <vt:lpstr/>
    </vt:vector>
  </TitlesOfParts>
  <Manager/>
  <Company/>
  <LinksUpToDate>false</LinksUpToDate>
  <CharactersWithSpaces>11759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Municipal Perfil Reducido Circular 33 - Subtítulo 29</dc:title>
  <dc:subject>Adquisición de activos no financieros - Gobierno Regional de Coquimbo</dc:subject>
  <dc:creator>python-docx</dc:creator>
  <cp:keywords/>
  <dc:description>Versión mejorada: títulos no colapsables y sin recuadros de color.</dc:description>
  <cp:lastModifiedBy>Paulina Tapia Astudillo</cp:lastModifiedBy>
  <cp:revision>2</cp:revision>
  <dcterms:created xsi:type="dcterms:W3CDTF">2026-08-10T15:48:00Z</dcterms:created>
  <dcterms:modified xsi:type="dcterms:W3CDTF">2026-08-10T15:48:00Z</dcterms:modified>
  <cp:category/>
</cp:coreProperties>
</file>